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sz w:val="28"/>
          <w:szCs w:val="28"/>
        </w:rPr>
        <w:id w:val="618107834"/>
        <w:docPartObj>
          <w:docPartGallery w:val="Cover Pages"/>
          <w:docPartUnique/>
        </w:docPartObj>
      </w:sdtPr>
      <w:sdtEndPr>
        <w:rPr>
          <w:b/>
          <w:bCs/>
          <w:color w:val="0080FF"/>
        </w:rPr>
      </w:sdtEndPr>
      <w:sdtContent>
        <w:p w14:paraId="1FEE7D91" w14:textId="324B912D" w:rsidR="00893DAC" w:rsidRPr="005C3535" w:rsidRDefault="00893DAC">
          <w:pPr>
            <w:pStyle w:val="NoSpacing"/>
            <w:rPr>
              <w:sz w:val="28"/>
              <w:szCs w:val="28"/>
            </w:rPr>
          </w:pPr>
          <w:r w:rsidRPr="005C3535">
            <w:rPr>
              <w:noProof/>
              <w:sz w:val="28"/>
              <w:szCs w:val="28"/>
            </w:rPr>
            <mc:AlternateContent>
              <mc:Choice Requires="wpg">
                <w:drawing>
                  <wp:anchor distT="0" distB="0" distL="114300" distR="114300" simplePos="0" relativeHeight="251648000" behindDoc="1" locked="0" layoutInCell="1" allowOverlap="1" wp14:anchorId="1B53D62E" wp14:editId="4EDF42B9">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2194560" cy="9125712"/>
                    <wp:effectExtent l="0" t="0" r="6985" b="7620"/>
                    <wp:wrapNone/>
                    <wp:docPr id="2" name="Group 2"/>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3" name="Rectangle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Pentagon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38E283" w14:textId="40EC1F84" w:rsidR="00893DAC" w:rsidRDefault="00712ABE">
                                  <w:pPr>
                                    <w:pStyle w:val="NoSpacing"/>
                                    <w:jc w:val="right"/>
                                    <w:rPr>
                                      <w:color w:val="FFFFFF" w:themeColor="background1"/>
                                      <w:sz w:val="28"/>
                                      <w:szCs w:val="28"/>
                                    </w:rPr>
                                  </w:pPr>
                                  <w:r>
                                    <w:rPr>
                                      <w:color w:val="FFFFFF" w:themeColor="background1"/>
                                      <w:sz w:val="28"/>
                                      <w:szCs w:val="28"/>
                                    </w:rPr>
                                    <w:t>December 2025</w:t>
                                  </w:r>
                                </w:p>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Group 5"/>
                            <wpg:cNvGrpSpPr/>
                            <wpg:grpSpPr>
                              <a:xfrm>
                                <a:off x="76200" y="4210050"/>
                                <a:ext cx="2057400" cy="4910328"/>
                                <a:chOff x="80645" y="4211812"/>
                                <a:chExt cx="1306273" cy="3121026"/>
                              </a:xfrm>
                            </wpg:grpSpPr>
                            <wpg:grpSp>
                              <wpg:cNvPr id="6" name="Group 6"/>
                              <wpg:cNvGrpSpPr>
                                <a:grpSpLocks noChangeAspect="1"/>
                              </wpg:cNvGrpSpPr>
                              <wpg:grpSpPr>
                                <a:xfrm>
                                  <a:off x="141062" y="4211812"/>
                                  <a:ext cx="1047750" cy="3121026"/>
                                  <a:chOff x="141062" y="4211812"/>
                                  <a:chExt cx="1047750" cy="3121026"/>
                                </a:xfrm>
                              </wpg:grpSpPr>
                              <wps:wsp>
                                <wps:cNvPr id="20"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oup 7"/>
                              <wpg:cNvGrpSpPr>
                                <a:grpSpLocks noChangeAspect="1"/>
                              </wpg:cNvGrpSpPr>
                              <wpg:grpSpPr>
                                <a:xfrm>
                                  <a:off x="80645" y="4826972"/>
                                  <a:ext cx="1306273" cy="2505863"/>
                                  <a:chOff x="80645" y="4649964"/>
                                  <a:chExt cx="874712" cy="1677988"/>
                                </a:xfrm>
                              </wpg:grpSpPr>
                              <wps:wsp>
                                <wps:cNvPr id="8"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1B53D62E" id="Group 2" o:spid="_x0000_s1026" style="position:absolute;margin-left:0;margin-top:0;width:172.8pt;height:718.55pt;z-index:-251668480;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">
                    <v:rect id="Rectangle 3"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" fillcolor="#1f497d [3215]" stroked="f" strokeweight="1.52778mm">
                      <v:stroke linestyle="thickThin"/>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" adj="18883" fillcolor="#4f81bd [3204]" stroked="f" strokeweight="1.52778mm">
                      <v:stroke linestyle="thickThin"/>
                      <v:textbox inset=",0,14.4pt,0">
                        <w:txbxContent>
                          <w:p w14:paraId="4738E283" w14:textId="40EC1F84" w:rsidR="00893DAC" w:rsidRDefault="00712ABE">
                            <w:pPr>
                              <w:pStyle w:val="NoSpacing"/>
                              <w:jc w:val="right"/>
                              <w:rPr>
                                <w:color w:val="FFFFFF" w:themeColor="background1"/>
                                <w:sz w:val="28"/>
                                <w:szCs w:val="28"/>
                              </w:rPr>
                            </w:pPr>
                            <w:r>
                              <w:rPr>
                                <w:color w:val="FFFFFF" w:themeColor="background1"/>
                                <w:sz w:val="28"/>
                                <w:szCs w:val="28"/>
                              </w:rPr>
                              <w:t>December 2025</w:t>
                            </w:r>
                          </w:p>
                        </w:txbxContent>
                      </v:textbox>
                    </v:shape>
                    <v:group id="Group 5"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6"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o:lock v:ext="edit" aspectratio="t"/>
                        <v:shape id="Freeform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" path="m,l39,152,84,304r38,113l122,440,76,306,39,180,6,53,,xe" fillcolor="#1f497d [3215]" strokecolor="#1f497d [3215]" strokeweight="0">
                          <v:path arrowok="t" o:connecttype="custom" o:connectlocs="0,0;61913,241300;133350,482600;193675,661988;193675,698500;120650,485775;61913,285750;9525,84138;0,0" o:connectangles="0,0,0,0,0,0,0,0,0"/>
                        </v:shape>
                        <v:shape id="Freeform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" path="m,l8,19,37,93r30,74l116,269r-8,l60,169,30,98,1,25,,xe" fillcolor="#1f497d [3215]" strokecolor="#1f497d [3215]" strokeweight="0">
                          <v:path arrowok="t" o:connecttype="custom" o:connectlocs="0,0;12700,30163;58738,147638;106363,265113;184150,427038;171450,427038;95250,268288;47625,155575;1588,39688;0,0" o:connectangles="0,0,0,0,0,0,0,0,0,0"/>
                        </v:shape>
                        <v:shape id="Freeform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" path="m,l,,1,79r2,80l12,317,23,476,39,634,58,792,83,948r24,138l135,1223r5,49l138,1262,105,1106,77,949,53,792,35,634,20,476,9,317,2,159,,79,,xe" fillcolor="#1f497d [3215]" strokecolor="#1f497d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" path="m45,r,l35,66r-9,67l14,267,6,401,3,534,6,669r8,134l18,854r,-3l9,814,8,803,1,669,,534,3,401,12,267,25,132,34,66,45,xe" fillcolor="#1f497d [3215]" strokecolor="#1f497d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" path="m,l10,44r11,82l34,207r19,86l75,380r25,86l120,521r21,55l152,618r2,11l140,595,115,532,93,468,67,383,47,295,28,207,12,104,,xe" fillcolor="#1f497d [3215]" strokecolor="#1f497d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" path="m,l33,69r-9,l12,35,,xe" fillcolor="#1f497d [3215]" strokecolor="#1f497d [3215]" strokeweight="0">
                          <v:path arrowok="t" o:connecttype="custom" o:connectlocs="0,0;52388,109538;38100,109538;19050,55563;0,0" o:connectangles="0,0,0,0,0"/>
                        </v:shape>
                        <v:shape id="Freeform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" path="m,l9,37r,3l15,93,5,49,,xe" fillcolor="#1f497d [3215]" strokecolor="#1f497d [3215]" strokeweight="0">
                          <v:path arrowok="t" o:connecttype="custom" o:connectlocs="0,0;14288,58738;14288,63500;23813,147638;7938,77788;0,0" o:connectangles="0,0,0,0,0,0"/>
                        </v:shape>
                        <v:shape id="Freeform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" path="m394,r,l356,38,319,77r-35,40l249,160r-42,58l168,276r-37,63l98,402,69,467,45,535,26,604,14,673,7,746,6,766,,749r1,-5l7,673,21,603,40,533,65,466,94,400r33,-64l164,275r40,-60l248,158r34,-42l318,76,354,37,394,xe" fillcolor="#1f497d [3215]" strokecolor="#1f497d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" path="m,l6,16r1,3l11,80r9,52l33,185r3,9l21,161,15,145,5,81,1,41,,xe" fillcolor="#1f497d [3215]" strokecolor="#1f497d [3215]" strokeweight="0">
                          <v:path arrowok="t" o:connecttype="custom" o:connectlocs="0,0;9525,25400;11113,30163;17463,127000;31750,209550;52388,293688;57150,307975;33338,255588;23813,230188;7938,128588;1588,65088;0,0" o:connectangles="0,0,0,0,0,0,0,0,0,0,0,0"/>
                        </v:shape>
                        <v:shape id="Freeform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" path="m,l31,65r-8,l,xe" fillcolor="#1f497d [3215]" strokecolor="#1f497d [3215]" strokeweight="0">
                          <v:path arrowok="t" o:connecttype="custom" o:connectlocs="0,0;49213,103188;36513,103188;0,0" o:connectangles="0,0,0,0"/>
                        </v:shape>
                        <v:shape id="Freeform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" path="m,l6,17,7,42,6,39,,23,,xe" fillcolor="#1f497d [3215]" strokecolor="#1f497d [3215]" strokeweight="0">
                          <v:path arrowok="t" o:connecttype="custom" o:connectlocs="0,0;9525,26988;11113,66675;9525,61913;0,36513;0,0" o:connectangles="0,0,0,0,0,0"/>
                        </v:shape>
                        <v:shape id="Freeform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" path="m,l6,16,21,49,33,84r12,34l44,118,13,53,11,42,,xe" fillcolor="#1f497d [3215]" strokecolor="#1f497d [3215]" strokeweight="0">
                          <v:path arrowok="t" o:connecttype="custom" o:connectlocs="0,0;9525,25400;33338,77788;52388,133350;71438,187325;69850,187325;20638,84138;17463,66675;0,0" o:connectangles="0,0,0,0,0,0,0,0,0"/>
                        </v:shape>
                      </v:group>
                      <v:group id="Group 7"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o:lock v:ext="edit" aspectratio="t"/>
                        <v:shape id="Freeform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" path="m,l41,155,86,309r39,116l125,450,79,311,41,183,7,54,,xe" fillcolor="#1f497d [3215]" strokecolor="#1f497d [3215]" strokeweight="0">
                          <v:fill opacity="13107f"/>
                          <v:stroke opacity="13107f"/>
                          <v:path arrowok="t" o:connecttype="custom" o:connectlocs="0,0;65088,246063;136525,490538;198438,674688;198438,714375;125413,493713;65088,290513;11113,85725;0,0" o:connectangles="0,0,0,0,0,0,0,0,0"/>
                        </v:shape>
                        <v:shape id="Freeform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" path="m,l8,20,37,96r32,74l118,275r-9,l61,174,30,100,,26,,xe" fillcolor="#1f497d [3215]" strokecolor="#1f497d [3215]" strokeweight="0">
                          <v:fill opacity="13107f"/>
                          <v:stroke opacity="13107f"/>
                          <v:path arrowok="t" o:connecttype="custom" o:connectlocs="0,0;12700,31750;58738,152400;109538,269875;187325,436563;173038,436563;96838,276225;47625,158750;0,41275;0,0" o:connectangles="0,0,0,0,0,0,0,0,0,0"/>
                        </v:shape>
                        <v:shape id="Freeform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" path="m,l16,72r4,49l18,112,,31,,xe" fillcolor="#1f497d [3215]" strokecolor="#1f497d [3215]" strokeweight="0">
                          <v:fill opacity="13107f"/>
                          <v:stroke opacity="13107f"/>
                          <v:path arrowok="t" o:connecttype="custom" o:connectlocs="0,0;25400,114300;31750,192088;28575,177800;0,49213;0,0" o:connectangles="0,0,0,0,0,0"/>
                        </v:shape>
                        <v:shape id="Freeform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" path="m,l11,46r11,83l36,211r19,90l76,389r27,87l123,533r21,55l155,632r3,11l142,608,118,544,95,478,69,391,47,302,29,212,13,107,,xe" fillcolor="#1f497d [3215]" strokecolor="#1f497d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" path="m,l33,71r-9,l11,36,,xe" fillcolor="#1f497d [3215]" strokecolor="#1f497d [3215]" strokeweight="0">
                          <v:fill opacity="13107f"/>
                          <v:stroke opacity="13107f"/>
                          <v:path arrowok="t" o:connecttype="custom" o:connectlocs="0,0;52388,112713;38100,112713;17463,57150;0,0" o:connectangles="0,0,0,0,0"/>
                        </v:shape>
                        <v:shape id="Freeform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" path="m,l8,37r,4l15,95,4,49,,xe" fillcolor="#1f497d [3215]" strokecolor="#1f497d [3215]" strokeweight="0">
                          <v:fill opacity="13107f"/>
                          <v:stroke opacity="13107f"/>
                          <v:path arrowok="t" o:connecttype="custom" o:connectlocs="0,0;12700,58738;12700,65088;23813,150813;6350,77788;0,0" o:connectangles="0,0,0,0,0,0"/>
                        </v:shape>
                        <v:shape id="Freeform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" path="m402,r,1l363,39,325,79r-35,42l255,164r-44,58l171,284r-38,62l100,411,71,478,45,546,27,617,13,689,7,761r,21l,765r1,-4l7,688,21,616,40,545,66,475,95,409r35,-66l167,281r42,-61l253,163r34,-43l324,78,362,38,402,xe" fillcolor="#1f497d [3215]" strokecolor="#1f497d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" path="m,l6,15r1,3l12,80r9,54l33,188r4,8l22,162,15,146,5,81,1,40,,xe" fillcolor="#1f497d [3215]" strokecolor="#1f497d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" path="m,l31,66r-7,l,xe" fillcolor="#1f497d [3215]" strokecolor="#1f497d [3215]" strokeweight="0">
                          <v:fill opacity="13107f"/>
                          <v:stroke opacity="13107f"/>
                          <v:path arrowok="t" o:connecttype="custom" o:connectlocs="0,0;49213,104775;38100,104775;0,0" o:connectangles="0,0,0,0"/>
                        </v:shape>
                        <v:shape id="Freeform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" path="m,l7,17r,26l6,40,,25,,xe" fillcolor="#1f497d [3215]" strokecolor="#1f497d [3215]" strokeweight="0">
                          <v:fill opacity="13107f"/>
                          <v:stroke opacity="13107f"/>
                          <v:path arrowok="t" o:connecttype="custom" o:connectlocs="0,0;11113,26988;11113,68263;9525,63500;0,39688;0,0" o:connectangles="0,0,0,0,0,0"/>
                        </v:shape>
                        <v:shape id="Freeform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" path="m,l7,16,22,50,33,86r13,35l45,121,14,55,11,44,,xe" fillcolor="#1f497d [3215]" strokecolor="#1f497d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31ADC2B9" w14:textId="57908C5C" w:rsidR="00891902" w:rsidRDefault="00891902">
          <w:pPr>
            <w:rPr>
              <w:b/>
              <w:bCs/>
              <w:color w:val="0080FF"/>
              <w:sz w:val="28"/>
              <w:szCs w:val="28"/>
            </w:rPr>
          </w:pPr>
        </w:p>
        <w:p w14:paraId="06AFB240" w14:textId="2A997F3C" w:rsidR="00891902" w:rsidRDefault="00DE1832">
          <w:pPr>
            <w:rPr>
              <w:b/>
              <w:bCs/>
              <w:color w:val="0080FF"/>
              <w:sz w:val="28"/>
              <w:szCs w:val="28"/>
            </w:rPr>
          </w:pPr>
          <w:r w:rsidRPr="005C3535">
            <w:rPr>
              <w:noProof/>
              <w:sz w:val="28"/>
              <w:szCs w:val="28"/>
            </w:rPr>
            <mc:AlternateContent>
              <mc:Choice Requires="wps">
                <w:drawing>
                  <wp:anchor distT="0" distB="0" distL="114300" distR="114300" simplePos="0" relativeHeight="251655168" behindDoc="0" locked="0" layoutInCell="1" allowOverlap="1" wp14:anchorId="69CACF77" wp14:editId="65C467B6">
                    <wp:simplePos x="0" y="0"/>
                    <wp:positionH relativeFrom="page">
                      <wp:posOffset>3048000</wp:posOffset>
                    </wp:positionH>
                    <wp:positionV relativeFrom="page">
                      <wp:posOffset>1704975</wp:posOffset>
                    </wp:positionV>
                    <wp:extent cx="3019425" cy="1257300"/>
                    <wp:effectExtent l="0" t="0" r="9525" b="0"/>
                    <wp:wrapNone/>
                    <wp:docPr id="1" name="Text Box 1"/>
                    <wp:cNvGraphicFramePr/>
                    <a:graphic xmlns:a="http://schemas.openxmlformats.org/drawingml/2006/main">
                      <a:graphicData uri="http://schemas.microsoft.com/office/word/2010/wordprocessingShape">
                        <wps:wsp>
                          <wps:cNvSpPr txBox="1"/>
                          <wps:spPr>
                            <a:xfrm>
                              <a:off x="0" y="0"/>
                              <a:ext cx="3019425" cy="1257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EBF771" w14:textId="2B852431" w:rsidR="004134BF" w:rsidRPr="00A54D04" w:rsidRDefault="00142044" w:rsidP="004134BF">
                                <w:pPr>
                                  <w:pStyle w:val="NoSpacing"/>
                                  <w:shd w:val="clear" w:color="auto" w:fill="C6D9F1" w:themeFill="text2" w:themeFillTint="33"/>
                                  <w:rPr>
                                    <w:rFonts w:asciiTheme="majorHAnsi" w:eastAsiaTheme="majorEastAsia" w:hAnsiTheme="majorHAnsi" w:cstheme="majorBidi"/>
                                    <w:b/>
                                    <w:bCs/>
                                    <w:color w:val="262626" w:themeColor="text1" w:themeTint="D9"/>
                                    <w:sz w:val="72"/>
                                  </w:rPr>
                                </w:pPr>
                                <w:sdt>
                                  <w:sdtPr>
                                    <w:rPr>
                                      <w:rFonts w:asciiTheme="majorHAnsi" w:eastAsiaTheme="majorEastAsia" w:hAnsiTheme="majorHAnsi" w:cstheme="majorBidi"/>
                                      <w:b/>
                                      <w:bCs/>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A07453">
                                      <w:rPr>
                                        <w:rFonts w:asciiTheme="majorHAnsi" w:eastAsiaTheme="majorEastAsia" w:hAnsiTheme="majorHAnsi" w:cstheme="majorBidi"/>
                                        <w:b/>
                                        <w:bCs/>
                                        <w:color w:val="262626" w:themeColor="text1" w:themeTint="D9"/>
                                        <w:sz w:val="72"/>
                                        <w:szCs w:val="72"/>
                                      </w:rPr>
                                      <w:t>AIML-VISHWA</w:t>
                                    </w:r>
                                  </w:sdtContent>
                                </w:sdt>
                              </w:p>
                              <w:p w14:paraId="118084DE" w14:textId="0BE76191" w:rsidR="004134BF" w:rsidRDefault="00142044" w:rsidP="004134BF">
                                <w:pPr>
                                  <w:shd w:val="clear" w:color="auto" w:fill="C6D9F1" w:themeFill="text2" w:themeFillTint="33"/>
                                  <w:spacing w:before="120"/>
                                  <w:rPr>
                                    <w:b/>
                                    <w:bCs/>
                                    <w:color w:val="404040" w:themeColor="text1" w:themeTint="BF"/>
                                    <w:sz w:val="36"/>
                                    <w:szCs w:val="36"/>
                                  </w:rPr>
                                </w:pPr>
                                <w:sdt>
                                  <w:sdtPr>
                                    <w:rPr>
                                      <w:b/>
                                      <w:bCs/>
                                      <w:color w:val="404040" w:themeColor="text1" w:themeTint="BF"/>
                                      <w:sz w:val="36"/>
                                      <w:szCs w:val="36"/>
                                    </w:rPr>
                                    <w:alias w:val="Subtitle"/>
                                    <w:tag w:val=""/>
                                    <w:id w:val="-1148361611"/>
                                    <w:showingPlcHdr/>
                                    <w:dataBinding w:prefixMappings="xmlns:ns0='http://purl.org/dc/elements/1.1/' xmlns:ns1='http://schemas.openxmlformats.org/package/2006/metadata/core-properties' " w:xpath="/ns1:coreProperties[1]/ns0:subject[1]" w:storeItemID="{6C3C8BC8-F283-45AE-878A-BAB7291924A1}"/>
                                    <w:text/>
                                  </w:sdtPr>
                                  <w:sdtEndPr/>
                                  <w:sdtContent>
                                    <w:r w:rsidR="00A07453">
                                      <w:rPr>
                                        <w:b/>
                                        <w:bCs/>
                                        <w:color w:val="404040" w:themeColor="text1" w:themeTint="BF"/>
                                        <w:sz w:val="36"/>
                                        <w:szCs w:val="36"/>
                                      </w:rPr>
                                      <w:t xml:space="preserve">     </w:t>
                                    </w:r>
                                  </w:sdtContent>
                                </w:sdt>
                                <w:r w:rsidR="004134BF" w:rsidRPr="00A54D04">
                                  <w:rPr>
                                    <w:b/>
                                    <w:bCs/>
                                    <w:color w:val="404040" w:themeColor="text1" w:themeTint="BF"/>
                                    <w:sz w:val="36"/>
                                    <w:szCs w:val="36"/>
                                  </w:rPr>
                                  <w:t xml:space="preserve">CSE(AI&amp;ML)   </w:t>
                                </w:r>
                                <w:r w:rsidR="004134BF">
                                  <w:rPr>
                                    <w:b/>
                                    <w:bCs/>
                                    <w:color w:val="404040" w:themeColor="text1" w:themeTint="BF"/>
                                    <w:sz w:val="36"/>
                                    <w:szCs w:val="36"/>
                                  </w:rPr>
                                  <w:t>Volume 1</w:t>
                                </w:r>
                                <w:r w:rsidR="004134BF" w:rsidRPr="00A54D04">
                                  <w:rPr>
                                    <w:b/>
                                    <w:bCs/>
                                    <w:color w:val="404040" w:themeColor="text1" w:themeTint="BF"/>
                                    <w:sz w:val="36"/>
                                    <w:szCs w:val="36"/>
                                  </w:rPr>
                                  <w:t xml:space="preserve"> </w:t>
                                </w:r>
                              </w:p>
                              <w:p w14:paraId="4696C1C8" w14:textId="6A5B7265" w:rsidR="00006C41" w:rsidRPr="00A54D04" w:rsidRDefault="00006C41" w:rsidP="004134BF">
                                <w:pPr>
                                  <w:shd w:val="clear" w:color="auto" w:fill="C6D9F1" w:themeFill="text2" w:themeFillTint="33"/>
                                  <w:spacing w:before="120"/>
                                  <w:rPr>
                                    <w:b/>
                                    <w:bCs/>
                                    <w:color w:val="404040" w:themeColor="text1" w:themeTint="BF"/>
                                    <w:sz w:val="36"/>
                                    <w:szCs w:val="36"/>
                                  </w:rPr>
                                </w:pPr>
                                <w:r>
                                  <w:rPr>
                                    <w:b/>
                                    <w:bCs/>
                                    <w:color w:val="404040" w:themeColor="text1" w:themeTint="BF"/>
                                    <w:sz w:val="36"/>
                                    <w:szCs w:val="3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69CACF77" id="_x0000_t202" coordsize="21600,21600" o:spt="202" path="m,l,21600r21600,l21600,xe">
                    <v:stroke joinstyle="miter"/>
                    <v:path gradientshapeok="t" o:connecttype="rect"/>
                  </v:shapetype>
                  <v:shape id="Text Box 1" o:spid="_x0000_s1055" type="#_x0000_t202" style="position:absolute;margin-left:240pt;margin-top:134.25pt;width:237.75pt;height:99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" filled="f" stroked="f" strokeweight=".5pt">
                    <v:textbox inset="0,0,0,0">
                      <w:txbxContent>
                        <w:p w14:paraId="62EBF771" w14:textId="2B852431" w:rsidR="004134BF" w:rsidRPr="00A54D04" w:rsidRDefault="00142044" w:rsidP="004134BF">
                          <w:pPr>
                            <w:pStyle w:val="NoSpacing"/>
                            <w:shd w:val="clear" w:color="auto" w:fill="C6D9F1" w:themeFill="text2" w:themeFillTint="33"/>
                            <w:rPr>
                              <w:rFonts w:asciiTheme="majorHAnsi" w:eastAsiaTheme="majorEastAsia" w:hAnsiTheme="majorHAnsi" w:cstheme="majorBidi"/>
                              <w:b/>
                              <w:bCs/>
                              <w:color w:val="262626" w:themeColor="text1" w:themeTint="D9"/>
                              <w:sz w:val="72"/>
                            </w:rPr>
                          </w:pPr>
                          <w:sdt>
                            <w:sdtPr>
                              <w:rPr>
                                <w:rFonts w:asciiTheme="majorHAnsi" w:eastAsiaTheme="majorEastAsia" w:hAnsiTheme="majorHAnsi" w:cstheme="majorBidi"/>
                                <w:b/>
                                <w:bCs/>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A07453">
                                <w:rPr>
                                  <w:rFonts w:asciiTheme="majorHAnsi" w:eastAsiaTheme="majorEastAsia" w:hAnsiTheme="majorHAnsi" w:cstheme="majorBidi"/>
                                  <w:b/>
                                  <w:bCs/>
                                  <w:color w:val="262626" w:themeColor="text1" w:themeTint="D9"/>
                                  <w:sz w:val="72"/>
                                  <w:szCs w:val="72"/>
                                </w:rPr>
                                <w:t>AIML-VISHWA</w:t>
                              </w:r>
                            </w:sdtContent>
                          </w:sdt>
                        </w:p>
                        <w:p w14:paraId="118084DE" w14:textId="0BE76191" w:rsidR="004134BF" w:rsidRDefault="00142044" w:rsidP="004134BF">
                          <w:pPr>
                            <w:shd w:val="clear" w:color="auto" w:fill="C6D9F1" w:themeFill="text2" w:themeFillTint="33"/>
                            <w:spacing w:before="120"/>
                            <w:rPr>
                              <w:b/>
                              <w:bCs/>
                              <w:color w:val="404040" w:themeColor="text1" w:themeTint="BF"/>
                              <w:sz w:val="36"/>
                              <w:szCs w:val="36"/>
                            </w:rPr>
                          </w:pPr>
                          <w:sdt>
                            <w:sdtPr>
                              <w:rPr>
                                <w:b/>
                                <w:bCs/>
                                <w:color w:val="404040" w:themeColor="text1" w:themeTint="BF"/>
                                <w:sz w:val="36"/>
                                <w:szCs w:val="36"/>
                              </w:rPr>
                              <w:alias w:val="Subtitle"/>
                              <w:tag w:val=""/>
                              <w:id w:val="-1148361611"/>
                              <w:showingPlcHdr/>
                              <w:dataBinding w:prefixMappings="xmlns:ns0='http://purl.org/dc/elements/1.1/' xmlns:ns1='http://schemas.openxmlformats.org/package/2006/metadata/core-properties' " w:xpath="/ns1:coreProperties[1]/ns0:subject[1]" w:storeItemID="{6C3C8BC8-F283-45AE-878A-BAB7291924A1}"/>
                              <w:text/>
                            </w:sdtPr>
                            <w:sdtEndPr/>
                            <w:sdtContent>
                              <w:r w:rsidR="00A07453">
                                <w:rPr>
                                  <w:b/>
                                  <w:bCs/>
                                  <w:color w:val="404040" w:themeColor="text1" w:themeTint="BF"/>
                                  <w:sz w:val="36"/>
                                  <w:szCs w:val="36"/>
                                </w:rPr>
                                <w:t xml:space="preserve">     </w:t>
                              </w:r>
                            </w:sdtContent>
                          </w:sdt>
                          <w:r w:rsidR="004134BF" w:rsidRPr="00A54D04">
                            <w:rPr>
                              <w:b/>
                              <w:bCs/>
                              <w:color w:val="404040" w:themeColor="text1" w:themeTint="BF"/>
                              <w:sz w:val="36"/>
                              <w:szCs w:val="36"/>
                            </w:rPr>
                            <w:t xml:space="preserve">CSE(AI&amp;ML)   </w:t>
                          </w:r>
                          <w:r w:rsidR="004134BF">
                            <w:rPr>
                              <w:b/>
                              <w:bCs/>
                              <w:color w:val="404040" w:themeColor="text1" w:themeTint="BF"/>
                              <w:sz w:val="36"/>
                              <w:szCs w:val="36"/>
                            </w:rPr>
                            <w:t>Volume 1</w:t>
                          </w:r>
                          <w:r w:rsidR="004134BF" w:rsidRPr="00A54D04">
                            <w:rPr>
                              <w:b/>
                              <w:bCs/>
                              <w:color w:val="404040" w:themeColor="text1" w:themeTint="BF"/>
                              <w:sz w:val="36"/>
                              <w:szCs w:val="36"/>
                            </w:rPr>
                            <w:t xml:space="preserve"> </w:t>
                          </w:r>
                        </w:p>
                        <w:p w14:paraId="4696C1C8" w14:textId="6A5B7265" w:rsidR="00006C41" w:rsidRPr="00A54D04" w:rsidRDefault="00006C41" w:rsidP="004134BF">
                          <w:pPr>
                            <w:shd w:val="clear" w:color="auto" w:fill="C6D9F1" w:themeFill="text2" w:themeFillTint="33"/>
                            <w:spacing w:before="120"/>
                            <w:rPr>
                              <w:b/>
                              <w:bCs/>
                              <w:color w:val="404040" w:themeColor="text1" w:themeTint="BF"/>
                              <w:sz w:val="36"/>
                              <w:szCs w:val="36"/>
                            </w:rPr>
                          </w:pPr>
                          <w:r>
                            <w:rPr>
                              <w:b/>
                              <w:bCs/>
                              <w:color w:val="404040" w:themeColor="text1" w:themeTint="BF"/>
                              <w:sz w:val="36"/>
                              <w:szCs w:val="36"/>
                            </w:rPr>
                            <w:t xml:space="preserve">        </w:t>
                          </w:r>
                        </w:p>
                      </w:txbxContent>
                    </v:textbox>
                    <w10:wrap anchorx="page" anchory="page"/>
                  </v:shape>
                </w:pict>
              </mc:Fallback>
            </mc:AlternateContent>
          </w:r>
        </w:p>
        <w:p w14:paraId="05B15436" w14:textId="21789930" w:rsidR="00891902" w:rsidRDefault="00891902">
          <w:pPr>
            <w:rPr>
              <w:b/>
              <w:bCs/>
              <w:color w:val="0080FF"/>
              <w:sz w:val="28"/>
              <w:szCs w:val="28"/>
            </w:rPr>
          </w:pPr>
        </w:p>
        <w:p w14:paraId="17BCD4DC" w14:textId="77777777" w:rsidR="00891902" w:rsidRDefault="00891902">
          <w:pPr>
            <w:rPr>
              <w:b/>
              <w:bCs/>
              <w:color w:val="0080FF"/>
              <w:sz w:val="28"/>
              <w:szCs w:val="28"/>
            </w:rPr>
          </w:pPr>
        </w:p>
        <w:p w14:paraId="79463473" w14:textId="3930B4C5" w:rsidR="00891902" w:rsidRDefault="00891902">
          <w:pPr>
            <w:rPr>
              <w:b/>
              <w:bCs/>
              <w:color w:val="0080FF"/>
              <w:sz w:val="28"/>
              <w:szCs w:val="28"/>
            </w:rPr>
          </w:pPr>
        </w:p>
        <w:p w14:paraId="1C93BF70" w14:textId="6B23E54E" w:rsidR="004134BF" w:rsidRDefault="004134BF">
          <w:pPr>
            <w:rPr>
              <w:b/>
              <w:bCs/>
              <w:color w:val="0080FF"/>
              <w:sz w:val="28"/>
              <w:szCs w:val="28"/>
            </w:rPr>
          </w:pPr>
        </w:p>
        <w:p w14:paraId="5B20D553" w14:textId="6A49180C" w:rsidR="004134BF" w:rsidRDefault="004134BF">
          <w:pPr>
            <w:rPr>
              <w:b/>
              <w:bCs/>
              <w:color w:val="0080FF"/>
              <w:sz w:val="28"/>
              <w:szCs w:val="28"/>
            </w:rPr>
          </w:pPr>
          <w:r>
            <w:rPr>
              <w:b/>
              <w:bCs/>
              <w:color w:val="0080FF"/>
              <w:sz w:val="28"/>
              <w:szCs w:val="28"/>
            </w:rPr>
            <w:t xml:space="preserve">  </w:t>
          </w:r>
        </w:p>
        <w:p w14:paraId="48000E20" w14:textId="2F691D03" w:rsidR="00891902" w:rsidRDefault="004134BF">
          <w:pPr>
            <w:rPr>
              <w:b/>
              <w:bCs/>
              <w:color w:val="0080FF"/>
              <w:sz w:val="28"/>
              <w:szCs w:val="28"/>
            </w:rPr>
          </w:pPr>
          <w:r>
            <w:rPr>
              <w:b/>
              <w:bCs/>
              <w:noProof/>
              <w:color w:val="0080FF"/>
              <w:sz w:val="28"/>
              <w:szCs w:val="28"/>
            </w:rPr>
            <w:drawing>
              <wp:inline distT="0" distB="0" distL="0" distR="0" wp14:anchorId="6E8AD7BA" wp14:editId="673C066E">
                <wp:extent cx="7429500" cy="3457575"/>
                <wp:effectExtent l="0" t="0" r="0" b="28575"/>
                <wp:docPr id="38"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11081131" w14:textId="77777777" w:rsidR="00891902" w:rsidRDefault="00891902">
          <w:pPr>
            <w:rPr>
              <w:b/>
              <w:bCs/>
              <w:color w:val="0080FF"/>
              <w:sz w:val="28"/>
              <w:szCs w:val="28"/>
            </w:rPr>
          </w:pPr>
        </w:p>
        <w:p w14:paraId="71A6C223" w14:textId="77777777" w:rsidR="00891902" w:rsidRDefault="00891902">
          <w:pPr>
            <w:rPr>
              <w:b/>
              <w:bCs/>
              <w:color w:val="0080FF"/>
              <w:sz w:val="28"/>
              <w:szCs w:val="28"/>
            </w:rPr>
          </w:pPr>
        </w:p>
        <w:p w14:paraId="3D32A0DC" w14:textId="77777777" w:rsidR="00891902" w:rsidRDefault="00891902">
          <w:pPr>
            <w:rPr>
              <w:b/>
              <w:bCs/>
              <w:color w:val="0080FF"/>
              <w:sz w:val="28"/>
              <w:szCs w:val="28"/>
            </w:rPr>
          </w:pPr>
        </w:p>
        <w:p w14:paraId="14727A7D" w14:textId="77777777" w:rsidR="00891902" w:rsidRDefault="00891902">
          <w:pPr>
            <w:rPr>
              <w:b/>
              <w:bCs/>
              <w:color w:val="0080FF"/>
              <w:sz w:val="28"/>
              <w:szCs w:val="28"/>
            </w:rPr>
          </w:pPr>
        </w:p>
        <w:p w14:paraId="3A8517BF" w14:textId="44C6A366" w:rsidR="00891902" w:rsidRDefault="00891902">
          <w:pPr>
            <w:rPr>
              <w:b/>
              <w:bCs/>
              <w:color w:val="0080FF"/>
              <w:sz w:val="28"/>
              <w:szCs w:val="28"/>
            </w:rPr>
          </w:pPr>
        </w:p>
        <w:p w14:paraId="7D1DF7AE" w14:textId="494FD2A0" w:rsidR="00891902" w:rsidRDefault="004134BF">
          <w:pPr>
            <w:rPr>
              <w:b/>
              <w:bCs/>
              <w:color w:val="0080FF"/>
              <w:sz w:val="44"/>
              <w:szCs w:val="44"/>
            </w:rPr>
          </w:pPr>
          <w:r w:rsidRPr="00BD416E">
            <w:rPr>
              <w:b/>
              <w:bCs/>
              <w:noProof/>
              <w:color w:val="0080FF"/>
              <w:sz w:val="96"/>
              <w:szCs w:val="96"/>
            </w:rPr>
            <w:lastRenderedPageBreak/>
            <w:drawing>
              <wp:inline distT="0" distB="0" distL="0" distR="0" wp14:anchorId="6ACF0441" wp14:editId="495E94B7">
                <wp:extent cx="2286000" cy="125854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15145" cy="1274595"/>
                        </a:xfrm>
                        <a:prstGeom prst="rect">
                          <a:avLst/>
                        </a:prstGeom>
                        <a:noFill/>
                        <a:ln>
                          <a:noFill/>
                        </a:ln>
                      </pic:spPr>
                    </pic:pic>
                  </a:graphicData>
                </a:graphic>
              </wp:inline>
            </w:drawing>
          </w:r>
          <w:r>
            <w:rPr>
              <w:b/>
              <w:bCs/>
              <w:color w:val="0080FF"/>
              <w:sz w:val="28"/>
              <w:szCs w:val="28"/>
            </w:rPr>
            <w:t xml:space="preserve">       </w:t>
          </w:r>
          <w:r w:rsidRPr="00134B93">
            <w:rPr>
              <w:b/>
              <w:bCs/>
              <w:color w:val="0080FF"/>
              <w:sz w:val="52"/>
              <w:szCs w:val="52"/>
            </w:rPr>
            <w:t>CONTENTS</w:t>
          </w:r>
          <w:r w:rsidRPr="00B629FB">
            <w:rPr>
              <w:b/>
              <w:bCs/>
              <w:color w:val="0080FF"/>
              <w:sz w:val="44"/>
              <w:szCs w:val="44"/>
            </w:rPr>
            <w:t xml:space="preserve"> </w:t>
          </w:r>
        </w:p>
        <w:p w14:paraId="612E4C13" w14:textId="77777777" w:rsidR="00B629FB" w:rsidRPr="00B629FB" w:rsidRDefault="00B629FB">
          <w:pPr>
            <w:rPr>
              <w:b/>
              <w:bCs/>
              <w:color w:val="0080FF"/>
              <w:sz w:val="44"/>
              <w:szCs w:val="44"/>
            </w:rPr>
          </w:pPr>
        </w:p>
        <w:p w14:paraId="6D3CFE0D" w14:textId="433CAD92" w:rsidR="004134BF" w:rsidRDefault="00134B93" w:rsidP="00134B93">
          <w:pPr>
            <w:ind w:left="720"/>
            <w:rPr>
              <w:b/>
              <w:bCs/>
              <w:color w:val="0080FF"/>
              <w:sz w:val="28"/>
              <w:szCs w:val="28"/>
            </w:rPr>
          </w:pPr>
          <w:r>
            <w:rPr>
              <w:b/>
              <w:bCs/>
              <w:noProof/>
              <w:color w:val="0080FF"/>
              <w:sz w:val="28"/>
              <w:szCs w:val="28"/>
            </w:rPr>
            <w:t xml:space="preserve">   </w:t>
          </w:r>
          <w:r w:rsidR="004134BF">
            <w:rPr>
              <w:b/>
              <w:bCs/>
              <w:noProof/>
              <w:color w:val="0080FF"/>
              <w:sz w:val="28"/>
              <w:szCs w:val="28"/>
            </w:rPr>
            <w:drawing>
              <wp:inline distT="0" distB="0" distL="0" distR="0" wp14:anchorId="42D81980" wp14:editId="06543A61">
                <wp:extent cx="5486400" cy="4038600"/>
                <wp:effectExtent l="0" t="19050" r="0" b="38100"/>
                <wp:docPr id="41" name="Diagram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6A5BA651" w14:textId="2209830B" w:rsidR="00891902" w:rsidRDefault="00891902">
          <w:pPr>
            <w:rPr>
              <w:b/>
              <w:bCs/>
              <w:color w:val="0080FF"/>
              <w:sz w:val="28"/>
              <w:szCs w:val="28"/>
            </w:rPr>
          </w:pPr>
        </w:p>
        <w:p w14:paraId="341BB4BE" w14:textId="32D917DF" w:rsidR="00891902" w:rsidRDefault="004134BF">
          <w:pPr>
            <w:rPr>
              <w:b/>
              <w:bCs/>
              <w:color w:val="0080FF"/>
              <w:sz w:val="28"/>
              <w:szCs w:val="28"/>
            </w:rPr>
          </w:pPr>
          <w:r>
            <w:rPr>
              <w:b/>
              <w:bCs/>
              <w:color w:val="0080FF"/>
              <w:sz w:val="28"/>
              <w:szCs w:val="28"/>
            </w:rPr>
            <w:t xml:space="preserve">     </w:t>
          </w:r>
        </w:p>
        <w:p w14:paraId="4D75924A" w14:textId="3279F747" w:rsidR="00006C41" w:rsidRDefault="00006C41">
          <w:pPr>
            <w:rPr>
              <w:b/>
              <w:bCs/>
              <w:color w:val="0080FF"/>
              <w:sz w:val="28"/>
              <w:szCs w:val="28"/>
            </w:rPr>
          </w:pPr>
        </w:p>
        <w:p w14:paraId="0C1022D5" w14:textId="6214F628" w:rsidR="00006C41" w:rsidRDefault="00006C41">
          <w:pPr>
            <w:rPr>
              <w:b/>
              <w:bCs/>
              <w:color w:val="0080FF"/>
              <w:sz w:val="28"/>
              <w:szCs w:val="28"/>
            </w:rPr>
          </w:pPr>
        </w:p>
        <w:p w14:paraId="0CC6E895" w14:textId="77777777" w:rsidR="00006C41" w:rsidRDefault="00006C41">
          <w:pPr>
            <w:rPr>
              <w:b/>
              <w:bCs/>
              <w:color w:val="0080FF"/>
              <w:sz w:val="28"/>
              <w:szCs w:val="28"/>
            </w:rPr>
          </w:pPr>
        </w:p>
        <w:p w14:paraId="2FC10C30" w14:textId="4483BBC2" w:rsidR="00891902" w:rsidRDefault="00A4612A">
          <w:pPr>
            <w:rPr>
              <w:b/>
              <w:bCs/>
              <w:color w:val="0080FF"/>
              <w:sz w:val="28"/>
              <w:szCs w:val="28"/>
            </w:rPr>
          </w:pPr>
          <w:r w:rsidRPr="005C3535">
            <w:rPr>
              <w:noProof/>
              <w:sz w:val="28"/>
              <w:szCs w:val="28"/>
            </w:rPr>
            <mc:AlternateContent>
              <mc:Choice Requires="wps">
                <w:drawing>
                  <wp:anchor distT="0" distB="0" distL="114300" distR="114300" simplePos="0" relativeHeight="251658240" behindDoc="0" locked="0" layoutInCell="1" allowOverlap="1" wp14:anchorId="21BF45C5" wp14:editId="0D4DA94A">
                    <wp:simplePos x="0" y="0"/>
                    <wp:positionH relativeFrom="column">
                      <wp:posOffset>0</wp:posOffset>
                    </wp:positionH>
                    <wp:positionV relativeFrom="paragraph">
                      <wp:posOffset>371474</wp:posOffset>
                    </wp:positionV>
                    <wp:extent cx="5676900" cy="5038725"/>
                    <wp:effectExtent l="57150" t="19050" r="76200" b="104775"/>
                    <wp:wrapNone/>
                    <wp:docPr id="33" name="Rectangle 33"/>
                    <wp:cNvGraphicFramePr/>
                    <a:graphic xmlns:a="http://schemas.openxmlformats.org/drawingml/2006/main">
                      <a:graphicData uri="http://schemas.microsoft.com/office/word/2010/wordprocessingShape">
                        <wps:wsp>
                          <wps:cNvSpPr/>
                          <wps:spPr>
                            <a:xfrm>
                              <a:off x="0" y="0"/>
                              <a:ext cx="5676900" cy="503872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0EFB0D8C" w14:textId="77777777" w:rsidR="00A4612A" w:rsidRPr="00A4612A" w:rsidRDefault="00A4612A" w:rsidP="00A4612A">
                                <w:pPr>
                                  <w:jc w:val="center"/>
                                  <w:rPr>
                                    <w:rFonts w:ascii="Times New Roman" w:hAnsi="Times New Roman" w:cs="Times New Roman"/>
                                    <w:b/>
                                    <w:bCs/>
                                    <w:color w:val="000000" w:themeColor="text1"/>
                                    <w:sz w:val="36"/>
                                    <w:szCs w:val="32"/>
                                  </w:rPr>
                                </w:pPr>
                                <w:r w:rsidRPr="00A4612A">
                                  <w:rPr>
                                    <w:rFonts w:ascii="Times New Roman" w:hAnsi="Times New Roman" w:cs="Times New Roman"/>
                                    <w:b/>
                                    <w:bCs/>
                                    <w:color w:val="000000" w:themeColor="text1"/>
                                    <w:sz w:val="36"/>
                                    <w:szCs w:val="32"/>
                                  </w:rPr>
                                  <w:t>ABOUT INSTITUTE</w:t>
                                </w:r>
                              </w:p>
                              <w:p w14:paraId="00E903A9" w14:textId="77777777" w:rsidR="00A4612A" w:rsidRDefault="00A4612A" w:rsidP="00A4612A">
                                <w:pPr>
                                  <w:shd w:val="clear" w:color="auto" w:fill="DAEEF3" w:themeFill="accent5" w:themeFillTint="33"/>
                                  <w:jc w:val="both"/>
                                  <w:rPr>
                                    <w:rFonts w:ascii="Arial" w:hAnsi="Arial" w:cs="Arial"/>
                                    <w:color w:val="000000" w:themeColor="text1"/>
                                    <w:sz w:val="27"/>
                                    <w:szCs w:val="27"/>
                                    <w:shd w:val="clear" w:color="auto" w:fill="D4EDDA"/>
                                  </w:rPr>
                                </w:pPr>
                              </w:p>
                              <w:p w14:paraId="517FFD23" w14:textId="77777777" w:rsidR="00A4612A" w:rsidRPr="006E0507" w:rsidRDefault="00A4612A" w:rsidP="00A4612A">
                                <w:pPr>
                                  <w:shd w:val="clear" w:color="auto" w:fill="DAEEF3" w:themeFill="accent5" w:themeFillTint="33"/>
                                  <w:jc w:val="both"/>
                                  <w:rPr>
                                    <w:rFonts w:ascii="Times New Roman" w:hAnsi="Times New Roman" w:cs="Times New Roman"/>
                                    <w:color w:val="000000" w:themeColor="text1"/>
                                    <w:sz w:val="28"/>
                                    <w:szCs w:val="28"/>
                                  </w:rPr>
                                </w:pPr>
                                <w:r w:rsidRPr="006E0507">
                                  <w:rPr>
                                    <w:rFonts w:ascii="Times New Roman" w:hAnsi="Times New Roman" w:cs="Times New Roman"/>
                                    <w:color w:val="000000" w:themeColor="text1"/>
                                    <w:sz w:val="28"/>
                                    <w:szCs w:val="28"/>
                                    <w:shd w:val="clear" w:color="auto" w:fill="D4EDDA"/>
                                  </w:rPr>
                                  <w:t>VIT Pune is the leader in academic excellence,</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promoting an interactive and participative learning process.</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 xml:space="preserve">It has a reputation of being innovative, research-oriented and </w:t>
                                </w:r>
                                <w:proofErr w:type="spellStart"/>
                                <w:proofErr w:type="gramStart"/>
                                <w:r w:rsidRPr="006E0507">
                                  <w:rPr>
                                    <w:rFonts w:ascii="Times New Roman" w:hAnsi="Times New Roman" w:cs="Times New Roman"/>
                                    <w:color w:val="000000" w:themeColor="text1"/>
                                    <w:sz w:val="28"/>
                                    <w:szCs w:val="28"/>
                                    <w:shd w:val="clear" w:color="auto" w:fill="D4EDDA"/>
                                  </w:rPr>
                                  <w:t>committed.</w:t>
                                </w:r>
                                <w:r w:rsidRPr="006E0507">
                                  <w:rPr>
                                    <w:rFonts w:ascii="Times New Roman" w:hAnsi="Times New Roman" w:cs="Times New Roman"/>
                                    <w:color w:val="000000" w:themeColor="text1"/>
                                    <w:sz w:val="28"/>
                                    <w:szCs w:val="28"/>
                                  </w:rPr>
                                  <w:t>T</w:t>
                                </w:r>
                                <w:r w:rsidRPr="006E0507">
                                  <w:rPr>
                                    <w:rFonts w:ascii="Times New Roman" w:hAnsi="Times New Roman" w:cs="Times New Roman"/>
                                    <w:color w:val="000000" w:themeColor="text1"/>
                                    <w:sz w:val="28"/>
                                    <w:szCs w:val="28"/>
                                    <w:shd w:val="clear" w:color="auto" w:fill="D4EDDA"/>
                                  </w:rPr>
                                  <w:t>he</w:t>
                                </w:r>
                                <w:proofErr w:type="spellEnd"/>
                                <w:proofErr w:type="gramEnd"/>
                                <w:r w:rsidRPr="006E0507">
                                  <w:rPr>
                                    <w:rFonts w:ascii="Times New Roman" w:hAnsi="Times New Roman" w:cs="Times New Roman"/>
                                    <w:color w:val="000000" w:themeColor="text1"/>
                                    <w:sz w:val="28"/>
                                    <w:szCs w:val="28"/>
                                    <w:shd w:val="clear" w:color="auto" w:fill="D4EDDA"/>
                                  </w:rPr>
                                  <w:t xml:space="preserve"> institute keeps on influencing the future, holistic development.</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 xml:space="preserve">scholars of different </w:t>
                                </w:r>
                                <w:proofErr w:type="spellStart"/>
                                <w:proofErr w:type="gramStart"/>
                                <w:r w:rsidRPr="006E0507">
                                  <w:rPr>
                                    <w:rFonts w:ascii="Times New Roman" w:hAnsi="Times New Roman" w:cs="Times New Roman"/>
                                    <w:color w:val="000000" w:themeColor="text1"/>
                                    <w:sz w:val="28"/>
                                    <w:szCs w:val="28"/>
                                    <w:shd w:val="clear" w:color="auto" w:fill="D4EDDA"/>
                                  </w:rPr>
                                  <w:t>disciplines.</w:t>
                                </w:r>
                                <w:r w:rsidRPr="006E0507">
                                  <w:rPr>
                                    <w:rFonts w:ascii="Times New Roman" w:hAnsi="Times New Roman" w:cs="Times New Roman"/>
                                    <w:color w:val="000000" w:themeColor="text1"/>
                                    <w:sz w:val="28"/>
                                    <w:szCs w:val="28"/>
                                  </w:rPr>
                                  <w:t>With</w:t>
                                </w:r>
                                <w:proofErr w:type="spellEnd"/>
                                <w:proofErr w:type="gramEnd"/>
                                <w:r w:rsidRPr="006E0507">
                                  <w:rPr>
                                    <w:rFonts w:ascii="Times New Roman" w:hAnsi="Times New Roman" w:cs="Times New Roman"/>
                                    <w:color w:val="000000" w:themeColor="text1"/>
                                    <w:sz w:val="28"/>
                                    <w:szCs w:val="28"/>
                                  </w:rPr>
                                  <w:t xml:space="preserve"> state-of-the-art </w:t>
                                </w:r>
                                <w:r w:rsidRPr="006E0507">
                                  <w:rPr>
                                    <w:rFonts w:ascii="Times New Roman" w:hAnsi="Times New Roman" w:cs="Times New Roman"/>
                                    <w:color w:val="000000" w:themeColor="text1"/>
                                    <w:sz w:val="28"/>
                                    <w:szCs w:val="28"/>
                                    <w:shd w:val="clear" w:color="auto" w:fill="D4EDDA"/>
                                  </w:rPr>
                                  <w:t>infrastructure, laboratories and a robust.</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focus on practical studies, VIT Pune provides students with.</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relevant education that is rigorous and demanding.</w:t>
                                </w:r>
                                <w:r w:rsidRPr="006E0507">
                                  <w:rPr>
                                    <w:rFonts w:ascii="Times New Roman" w:hAnsi="Times New Roman" w:cs="Times New Roman"/>
                                    <w:color w:val="000000" w:themeColor="text1"/>
                                    <w:sz w:val="28"/>
                                    <w:szCs w:val="28"/>
                                  </w:rPr>
                                  <w:t xml:space="preserve"> of the global workforce. </w:t>
                                </w:r>
                              </w:p>
                              <w:p w14:paraId="50437BA4" w14:textId="06FA18C0" w:rsidR="00A4612A" w:rsidRPr="006E0507" w:rsidRDefault="00A4612A" w:rsidP="00A4612A">
                                <w:pPr>
                                  <w:shd w:val="clear" w:color="auto" w:fill="DAEEF3" w:themeFill="accent5" w:themeFillTint="33"/>
                                  <w:jc w:val="both"/>
                                  <w:rPr>
                                    <w:rFonts w:ascii="Times New Roman" w:hAnsi="Times New Roman" w:cs="Times New Roman"/>
                                    <w:color w:val="000000" w:themeColor="text1"/>
                                    <w:sz w:val="28"/>
                                    <w:szCs w:val="28"/>
                                  </w:rPr>
                                </w:pPr>
                                <w:r w:rsidRPr="006E0507">
                                  <w:rPr>
                                    <w:rFonts w:ascii="Times New Roman" w:hAnsi="Times New Roman" w:cs="Times New Roman"/>
                                    <w:color w:val="000000" w:themeColor="text1"/>
                                    <w:sz w:val="28"/>
                                    <w:szCs w:val="28"/>
                                    <w:shd w:val="clear" w:color="auto" w:fill="D4EDDA"/>
                                  </w:rPr>
                                  <w:t xml:space="preserve">Our faculty are diverse, and committed to </w:t>
                                </w:r>
                                <w:proofErr w:type="spellStart"/>
                                <w:proofErr w:type="gramStart"/>
                                <w:r w:rsidRPr="006E0507">
                                  <w:rPr>
                                    <w:rFonts w:ascii="Times New Roman" w:hAnsi="Times New Roman" w:cs="Times New Roman"/>
                                    <w:color w:val="000000" w:themeColor="text1"/>
                                    <w:sz w:val="28"/>
                                    <w:szCs w:val="28"/>
                                    <w:shd w:val="clear" w:color="auto" w:fill="D4EDDA"/>
                                  </w:rPr>
                                  <w:t>us,campus</w:t>
                                </w:r>
                                <w:proofErr w:type="spellEnd"/>
                                <w:proofErr w:type="gramEnd"/>
                                <w:r w:rsidRPr="006E0507">
                                  <w:rPr>
                                    <w:rFonts w:ascii="Times New Roman" w:hAnsi="Times New Roman" w:cs="Times New Roman"/>
                                    <w:color w:val="000000" w:themeColor="text1"/>
                                    <w:sz w:val="28"/>
                                    <w:szCs w:val="28"/>
                                    <w:shd w:val="clear" w:color="auto" w:fill="D4EDDA"/>
                                  </w:rPr>
                                  <w:t xml:space="preserve"> life, colorful student body, and ecosystem is </w:t>
                                </w:r>
                                <w:proofErr w:type="spellStart"/>
                                <w:r w:rsidRPr="006E0507">
                                  <w:rPr>
                                    <w:rFonts w:ascii="Times New Roman" w:hAnsi="Times New Roman" w:cs="Times New Roman"/>
                                    <w:color w:val="000000" w:themeColor="text1"/>
                                    <w:sz w:val="28"/>
                                    <w:szCs w:val="28"/>
                                    <w:shd w:val="clear" w:color="auto" w:fill="D4EDDA"/>
                                  </w:rPr>
                                  <w:t>formeda</w:t>
                                </w:r>
                                <w:proofErr w:type="spellEnd"/>
                                <w:r w:rsidRPr="006E0507">
                                  <w:rPr>
                                    <w:rFonts w:ascii="Times New Roman" w:hAnsi="Times New Roman" w:cs="Times New Roman"/>
                                    <w:color w:val="000000" w:themeColor="text1"/>
                                    <w:sz w:val="28"/>
                                    <w:szCs w:val="28"/>
                                    <w:shd w:val="clear" w:color="auto" w:fill="D4EDDA"/>
                                  </w:rPr>
                                  <w:t xml:space="preserve"> </w:t>
                                </w:r>
                                <w:proofErr w:type="spellStart"/>
                                <w:r w:rsidRPr="006E0507">
                                  <w:rPr>
                                    <w:rFonts w:ascii="Times New Roman" w:hAnsi="Times New Roman" w:cs="Times New Roman"/>
                                    <w:color w:val="000000" w:themeColor="text1"/>
                                    <w:sz w:val="28"/>
                                    <w:szCs w:val="28"/>
                                    <w:shd w:val="clear" w:color="auto" w:fill="D4EDDA"/>
                                  </w:rPr>
                                  <w:t>cquiring</w:t>
                                </w:r>
                                <w:proofErr w:type="spellEnd"/>
                                <w:r w:rsidRPr="006E0507">
                                  <w:rPr>
                                    <w:rFonts w:ascii="Times New Roman" w:hAnsi="Times New Roman" w:cs="Times New Roman"/>
                                    <w:color w:val="000000" w:themeColor="text1"/>
                                    <w:sz w:val="28"/>
                                    <w:szCs w:val="28"/>
                                    <w:shd w:val="clear" w:color="auto" w:fill="D4EDDA"/>
                                  </w:rPr>
                                  <w:t xml:space="preserve"> which is an accompaniment of academic </w:t>
                                </w:r>
                                <w:proofErr w:type="spellStart"/>
                                <w:r w:rsidRPr="006E0507">
                                  <w:rPr>
                                    <w:rFonts w:ascii="Times New Roman" w:hAnsi="Times New Roman" w:cs="Times New Roman"/>
                                    <w:color w:val="000000" w:themeColor="text1"/>
                                    <w:sz w:val="28"/>
                                    <w:szCs w:val="28"/>
                                    <w:shd w:val="clear" w:color="auto" w:fill="D4EDDA"/>
                                  </w:rPr>
                                  <w:t>pursuits,co</w:t>
                                </w:r>
                                <w:proofErr w:type="spellEnd"/>
                                <w:r w:rsidRPr="006E0507">
                                  <w:rPr>
                                    <w:rFonts w:ascii="Times New Roman" w:hAnsi="Times New Roman" w:cs="Times New Roman"/>
                                    <w:color w:val="000000" w:themeColor="text1"/>
                                    <w:sz w:val="28"/>
                                    <w:szCs w:val="28"/>
                                    <w:shd w:val="clear" w:color="auto" w:fill="D4EDDA"/>
                                  </w:rPr>
                                  <w:t>-curricular activities, which promote self-development and</w:t>
                                </w:r>
                                <w:r w:rsidRPr="006E0507">
                                  <w:rPr>
                                    <w:rFonts w:ascii="Times New Roman" w:hAnsi="Times New Roman" w:cs="Times New Roman"/>
                                    <w:color w:val="000000" w:themeColor="text1"/>
                                    <w:sz w:val="28"/>
                                    <w:szCs w:val="28"/>
                                  </w:rPr>
                                  <w:t xml:space="preserve"> leadership. </w:t>
                                </w:r>
                                <w:r w:rsidRPr="006E0507">
                                  <w:rPr>
                                    <w:rFonts w:ascii="Times New Roman" w:hAnsi="Times New Roman" w:cs="Times New Roman"/>
                                    <w:color w:val="000000" w:themeColor="text1"/>
                                    <w:sz w:val="28"/>
                                    <w:szCs w:val="28"/>
                                    <w:shd w:val="clear" w:color="auto" w:fill="D4EDDA"/>
                                  </w:rPr>
                                  <w:t>VIT Pune will always be there as we aim at excellence.</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dedicated to the creation of non-only people.</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proficiently skilled technically and socially responsible and prepared to.</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mean something to the society and the world.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BF45C5" id="Rectangle 33" o:spid="_x0000_s1056" style="position:absolute;margin-left:0;margin-top:29.25pt;width:447pt;height:396.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" fillcolor="#0a121c [484]" strokecolor="#5887c0 [3060]" strokeweight="1pt">
                    <v:fill color2="#5887c0 [3060]" rotate="t" angle="180" colors="0 #083162;.5 #19569f;45875f #2b69b5;1 #4786db" focus="100%" type="gradient">
                      <o:fill v:ext="view" type="gradientUnscaled"/>
                    </v:fill>
                    <v:shadow on="t" color="black" opacity="22937f" origin=",.5" offset="0,3pt"/>
                    <v:textbox>
                      <w:txbxContent>
                        <w:p w14:paraId="0EFB0D8C" w14:textId="77777777" w:rsidR="00A4612A" w:rsidRPr="00A4612A" w:rsidRDefault="00A4612A" w:rsidP="00A4612A">
                          <w:pPr>
                            <w:jc w:val="center"/>
                            <w:rPr>
                              <w:rFonts w:ascii="Times New Roman" w:hAnsi="Times New Roman" w:cs="Times New Roman"/>
                              <w:b/>
                              <w:bCs/>
                              <w:color w:val="000000" w:themeColor="text1"/>
                              <w:sz w:val="36"/>
                              <w:szCs w:val="32"/>
                            </w:rPr>
                          </w:pPr>
                          <w:r w:rsidRPr="00A4612A">
                            <w:rPr>
                              <w:rFonts w:ascii="Times New Roman" w:hAnsi="Times New Roman" w:cs="Times New Roman"/>
                              <w:b/>
                              <w:bCs/>
                              <w:color w:val="000000" w:themeColor="text1"/>
                              <w:sz w:val="36"/>
                              <w:szCs w:val="32"/>
                            </w:rPr>
                            <w:t>ABOUT INSTITUTE</w:t>
                          </w:r>
                        </w:p>
                        <w:p w14:paraId="00E903A9" w14:textId="77777777" w:rsidR="00A4612A" w:rsidRDefault="00A4612A" w:rsidP="00A4612A">
                          <w:pPr>
                            <w:shd w:val="clear" w:color="auto" w:fill="DAEEF3" w:themeFill="accent5" w:themeFillTint="33"/>
                            <w:jc w:val="both"/>
                            <w:rPr>
                              <w:rFonts w:ascii="Arial" w:hAnsi="Arial" w:cs="Arial"/>
                              <w:color w:val="000000" w:themeColor="text1"/>
                              <w:sz w:val="27"/>
                              <w:szCs w:val="27"/>
                              <w:shd w:val="clear" w:color="auto" w:fill="D4EDDA"/>
                            </w:rPr>
                          </w:pPr>
                        </w:p>
                        <w:p w14:paraId="517FFD23" w14:textId="77777777" w:rsidR="00A4612A" w:rsidRPr="006E0507" w:rsidRDefault="00A4612A" w:rsidP="00A4612A">
                          <w:pPr>
                            <w:shd w:val="clear" w:color="auto" w:fill="DAEEF3" w:themeFill="accent5" w:themeFillTint="33"/>
                            <w:jc w:val="both"/>
                            <w:rPr>
                              <w:rFonts w:ascii="Times New Roman" w:hAnsi="Times New Roman" w:cs="Times New Roman"/>
                              <w:color w:val="000000" w:themeColor="text1"/>
                              <w:sz w:val="28"/>
                              <w:szCs w:val="28"/>
                            </w:rPr>
                          </w:pPr>
                          <w:r w:rsidRPr="006E0507">
                            <w:rPr>
                              <w:rFonts w:ascii="Times New Roman" w:hAnsi="Times New Roman" w:cs="Times New Roman"/>
                              <w:color w:val="000000" w:themeColor="text1"/>
                              <w:sz w:val="28"/>
                              <w:szCs w:val="28"/>
                              <w:shd w:val="clear" w:color="auto" w:fill="D4EDDA"/>
                            </w:rPr>
                            <w:t>VIT Pune is the leader in academic excellence,</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promoting an interactive and participative learning process.</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 xml:space="preserve">It has a reputation of being innovative, research-oriented and </w:t>
                          </w:r>
                          <w:proofErr w:type="spellStart"/>
                          <w:proofErr w:type="gramStart"/>
                          <w:r w:rsidRPr="006E0507">
                            <w:rPr>
                              <w:rFonts w:ascii="Times New Roman" w:hAnsi="Times New Roman" w:cs="Times New Roman"/>
                              <w:color w:val="000000" w:themeColor="text1"/>
                              <w:sz w:val="28"/>
                              <w:szCs w:val="28"/>
                              <w:shd w:val="clear" w:color="auto" w:fill="D4EDDA"/>
                            </w:rPr>
                            <w:t>committed.</w:t>
                          </w:r>
                          <w:r w:rsidRPr="006E0507">
                            <w:rPr>
                              <w:rFonts w:ascii="Times New Roman" w:hAnsi="Times New Roman" w:cs="Times New Roman"/>
                              <w:color w:val="000000" w:themeColor="text1"/>
                              <w:sz w:val="28"/>
                              <w:szCs w:val="28"/>
                            </w:rPr>
                            <w:t>T</w:t>
                          </w:r>
                          <w:r w:rsidRPr="006E0507">
                            <w:rPr>
                              <w:rFonts w:ascii="Times New Roman" w:hAnsi="Times New Roman" w:cs="Times New Roman"/>
                              <w:color w:val="000000" w:themeColor="text1"/>
                              <w:sz w:val="28"/>
                              <w:szCs w:val="28"/>
                              <w:shd w:val="clear" w:color="auto" w:fill="D4EDDA"/>
                            </w:rPr>
                            <w:t>he</w:t>
                          </w:r>
                          <w:proofErr w:type="spellEnd"/>
                          <w:proofErr w:type="gramEnd"/>
                          <w:r w:rsidRPr="006E0507">
                            <w:rPr>
                              <w:rFonts w:ascii="Times New Roman" w:hAnsi="Times New Roman" w:cs="Times New Roman"/>
                              <w:color w:val="000000" w:themeColor="text1"/>
                              <w:sz w:val="28"/>
                              <w:szCs w:val="28"/>
                              <w:shd w:val="clear" w:color="auto" w:fill="D4EDDA"/>
                            </w:rPr>
                            <w:t xml:space="preserve"> institute keeps on influencing the future, holistic development.</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 xml:space="preserve">scholars of different </w:t>
                          </w:r>
                          <w:proofErr w:type="spellStart"/>
                          <w:proofErr w:type="gramStart"/>
                          <w:r w:rsidRPr="006E0507">
                            <w:rPr>
                              <w:rFonts w:ascii="Times New Roman" w:hAnsi="Times New Roman" w:cs="Times New Roman"/>
                              <w:color w:val="000000" w:themeColor="text1"/>
                              <w:sz w:val="28"/>
                              <w:szCs w:val="28"/>
                              <w:shd w:val="clear" w:color="auto" w:fill="D4EDDA"/>
                            </w:rPr>
                            <w:t>disciplines.</w:t>
                          </w:r>
                          <w:r w:rsidRPr="006E0507">
                            <w:rPr>
                              <w:rFonts w:ascii="Times New Roman" w:hAnsi="Times New Roman" w:cs="Times New Roman"/>
                              <w:color w:val="000000" w:themeColor="text1"/>
                              <w:sz w:val="28"/>
                              <w:szCs w:val="28"/>
                            </w:rPr>
                            <w:t>With</w:t>
                          </w:r>
                          <w:proofErr w:type="spellEnd"/>
                          <w:proofErr w:type="gramEnd"/>
                          <w:r w:rsidRPr="006E0507">
                            <w:rPr>
                              <w:rFonts w:ascii="Times New Roman" w:hAnsi="Times New Roman" w:cs="Times New Roman"/>
                              <w:color w:val="000000" w:themeColor="text1"/>
                              <w:sz w:val="28"/>
                              <w:szCs w:val="28"/>
                            </w:rPr>
                            <w:t xml:space="preserve"> state-of-the-art </w:t>
                          </w:r>
                          <w:r w:rsidRPr="006E0507">
                            <w:rPr>
                              <w:rFonts w:ascii="Times New Roman" w:hAnsi="Times New Roman" w:cs="Times New Roman"/>
                              <w:color w:val="000000" w:themeColor="text1"/>
                              <w:sz w:val="28"/>
                              <w:szCs w:val="28"/>
                              <w:shd w:val="clear" w:color="auto" w:fill="D4EDDA"/>
                            </w:rPr>
                            <w:t>infrastructure, laboratories and a robust.</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focus on practical studies, VIT Pune provides students with.</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relevant education that is rigorous and demanding.</w:t>
                          </w:r>
                          <w:r w:rsidRPr="006E0507">
                            <w:rPr>
                              <w:rFonts w:ascii="Times New Roman" w:hAnsi="Times New Roman" w:cs="Times New Roman"/>
                              <w:color w:val="000000" w:themeColor="text1"/>
                              <w:sz w:val="28"/>
                              <w:szCs w:val="28"/>
                            </w:rPr>
                            <w:t xml:space="preserve"> of the global workforce. </w:t>
                          </w:r>
                        </w:p>
                        <w:p w14:paraId="50437BA4" w14:textId="06FA18C0" w:rsidR="00A4612A" w:rsidRPr="006E0507" w:rsidRDefault="00A4612A" w:rsidP="00A4612A">
                          <w:pPr>
                            <w:shd w:val="clear" w:color="auto" w:fill="DAEEF3" w:themeFill="accent5" w:themeFillTint="33"/>
                            <w:jc w:val="both"/>
                            <w:rPr>
                              <w:rFonts w:ascii="Times New Roman" w:hAnsi="Times New Roman" w:cs="Times New Roman"/>
                              <w:color w:val="000000" w:themeColor="text1"/>
                              <w:sz w:val="28"/>
                              <w:szCs w:val="28"/>
                            </w:rPr>
                          </w:pPr>
                          <w:r w:rsidRPr="006E0507">
                            <w:rPr>
                              <w:rFonts w:ascii="Times New Roman" w:hAnsi="Times New Roman" w:cs="Times New Roman"/>
                              <w:color w:val="000000" w:themeColor="text1"/>
                              <w:sz w:val="28"/>
                              <w:szCs w:val="28"/>
                              <w:shd w:val="clear" w:color="auto" w:fill="D4EDDA"/>
                            </w:rPr>
                            <w:t xml:space="preserve">Our faculty are diverse, and committed to </w:t>
                          </w:r>
                          <w:proofErr w:type="spellStart"/>
                          <w:proofErr w:type="gramStart"/>
                          <w:r w:rsidRPr="006E0507">
                            <w:rPr>
                              <w:rFonts w:ascii="Times New Roman" w:hAnsi="Times New Roman" w:cs="Times New Roman"/>
                              <w:color w:val="000000" w:themeColor="text1"/>
                              <w:sz w:val="28"/>
                              <w:szCs w:val="28"/>
                              <w:shd w:val="clear" w:color="auto" w:fill="D4EDDA"/>
                            </w:rPr>
                            <w:t>us,campus</w:t>
                          </w:r>
                          <w:proofErr w:type="spellEnd"/>
                          <w:proofErr w:type="gramEnd"/>
                          <w:r w:rsidRPr="006E0507">
                            <w:rPr>
                              <w:rFonts w:ascii="Times New Roman" w:hAnsi="Times New Roman" w:cs="Times New Roman"/>
                              <w:color w:val="000000" w:themeColor="text1"/>
                              <w:sz w:val="28"/>
                              <w:szCs w:val="28"/>
                              <w:shd w:val="clear" w:color="auto" w:fill="D4EDDA"/>
                            </w:rPr>
                            <w:t xml:space="preserve"> life, colorful student body, and ecosystem is </w:t>
                          </w:r>
                          <w:proofErr w:type="spellStart"/>
                          <w:r w:rsidRPr="006E0507">
                            <w:rPr>
                              <w:rFonts w:ascii="Times New Roman" w:hAnsi="Times New Roman" w:cs="Times New Roman"/>
                              <w:color w:val="000000" w:themeColor="text1"/>
                              <w:sz w:val="28"/>
                              <w:szCs w:val="28"/>
                              <w:shd w:val="clear" w:color="auto" w:fill="D4EDDA"/>
                            </w:rPr>
                            <w:t>formeda</w:t>
                          </w:r>
                          <w:proofErr w:type="spellEnd"/>
                          <w:r w:rsidRPr="006E0507">
                            <w:rPr>
                              <w:rFonts w:ascii="Times New Roman" w:hAnsi="Times New Roman" w:cs="Times New Roman"/>
                              <w:color w:val="000000" w:themeColor="text1"/>
                              <w:sz w:val="28"/>
                              <w:szCs w:val="28"/>
                              <w:shd w:val="clear" w:color="auto" w:fill="D4EDDA"/>
                            </w:rPr>
                            <w:t xml:space="preserve"> </w:t>
                          </w:r>
                          <w:proofErr w:type="spellStart"/>
                          <w:r w:rsidRPr="006E0507">
                            <w:rPr>
                              <w:rFonts w:ascii="Times New Roman" w:hAnsi="Times New Roman" w:cs="Times New Roman"/>
                              <w:color w:val="000000" w:themeColor="text1"/>
                              <w:sz w:val="28"/>
                              <w:szCs w:val="28"/>
                              <w:shd w:val="clear" w:color="auto" w:fill="D4EDDA"/>
                            </w:rPr>
                            <w:t>cquiring</w:t>
                          </w:r>
                          <w:proofErr w:type="spellEnd"/>
                          <w:r w:rsidRPr="006E0507">
                            <w:rPr>
                              <w:rFonts w:ascii="Times New Roman" w:hAnsi="Times New Roman" w:cs="Times New Roman"/>
                              <w:color w:val="000000" w:themeColor="text1"/>
                              <w:sz w:val="28"/>
                              <w:szCs w:val="28"/>
                              <w:shd w:val="clear" w:color="auto" w:fill="D4EDDA"/>
                            </w:rPr>
                            <w:t xml:space="preserve"> which is an accompaniment of academic </w:t>
                          </w:r>
                          <w:proofErr w:type="spellStart"/>
                          <w:r w:rsidRPr="006E0507">
                            <w:rPr>
                              <w:rFonts w:ascii="Times New Roman" w:hAnsi="Times New Roman" w:cs="Times New Roman"/>
                              <w:color w:val="000000" w:themeColor="text1"/>
                              <w:sz w:val="28"/>
                              <w:szCs w:val="28"/>
                              <w:shd w:val="clear" w:color="auto" w:fill="D4EDDA"/>
                            </w:rPr>
                            <w:t>pursuits,co</w:t>
                          </w:r>
                          <w:proofErr w:type="spellEnd"/>
                          <w:r w:rsidRPr="006E0507">
                            <w:rPr>
                              <w:rFonts w:ascii="Times New Roman" w:hAnsi="Times New Roman" w:cs="Times New Roman"/>
                              <w:color w:val="000000" w:themeColor="text1"/>
                              <w:sz w:val="28"/>
                              <w:szCs w:val="28"/>
                              <w:shd w:val="clear" w:color="auto" w:fill="D4EDDA"/>
                            </w:rPr>
                            <w:t>-curricular activities, which promote self-development and</w:t>
                          </w:r>
                          <w:r w:rsidRPr="006E0507">
                            <w:rPr>
                              <w:rFonts w:ascii="Times New Roman" w:hAnsi="Times New Roman" w:cs="Times New Roman"/>
                              <w:color w:val="000000" w:themeColor="text1"/>
                              <w:sz w:val="28"/>
                              <w:szCs w:val="28"/>
                            </w:rPr>
                            <w:t xml:space="preserve"> leadership. </w:t>
                          </w:r>
                          <w:r w:rsidRPr="006E0507">
                            <w:rPr>
                              <w:rFonts w:ascii="Times New Roman" w:hAnsi="Times New Roman" w:cs="Times New Roman"/>
                              <w:color w:val="000000" w:themeColor="text1"/>
                              <w:sz w:val="28"/>
                              <w:szCs w:val="28"/>
                              <w:shd w:val="clear" w:color="auto" w:fill="D4EDDA"/>
                            </w:rPr>
                            <w:t>VIT Pune will always be there as we aim at excellence.</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dedicated to the creation of non-only people.</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proficiently skilled technically and socially responsible and prepared to.</w:t>
                          </w:r>
                          <w:r w:rsidRPr="006E0507">
                            <w:rPr>
                              <w:rFonts w:ascii="Times New Roman" w:hAnsi="Times New Roman" w:cs="Times New Roman"/>
                              <w:color w:val="000000" w:themeColor="text1"/>
                              <w:sz w:val="28"/>
                              <w:szCs w:val="28"/>
                            </w:rPr>
                            <w:t xml:space="preserve"> </w:t>
                          </w:r>
                          <w:r w:rsidRPr="006E0507">
                            <w:rPr>
                              <w:rFonts w:ascii="Times New Roman" w:hAnsi="Times New Roman" w:cs="Times New Roman"/>
                              <w:color w:val="000000" w:themeColor="text1"/>
                              <w:sz w:val="28"/>
                              <w:szCs w:val="28"/>
                              <w:shd w:val="clear" w:color="auto" w:fill="D4EDDA"/>
                            </w:rPr>
                            <w:t>mean something to the society and the world.</w:t>
                          </w:r>
                        </w:p>
                      </w:txbxContent>
                    </v:textbox>
                  </v:rect>
                </w:pict>
              </mc:Fallback>
            </mc:AlternateContent>
          </w:r>
        </w:p>
        <w:p w14:paraId="6039C573" w14:textId="77777777" w:rsidR="00891902" w:rsidRDefault="00891902">
          <w:pPr>
            <w:rPr>
              <w:b/>
              <w:bCs/>
              <w:color w:val="0080FF"/>
              <w:sz w:val="28"/>
              <w:szCs w:val="28"/>
            </w:rPr>
          </w:pPr>
        </w:p>
        <w:p w14:paraId="1F131DFF" w14:textId="77777777" w:rsidR="00891902" w:rsidRDefault="00891902">
          <w:pPr>
            <w:rPr>
              <w:b/>
              <w:bCs/>
              <w:color w:val="0080FF"/>
              <w:sz w:val="28"/>
              <w:szCs w:val="28"/>
            </w:rPr>
          </w:pPr>
        </w:p>
        <w:p w14:paraId="35CFF67E" w14:textId="77777777" w:rsidR="00891902" w:rsidRDefault="00891902">
          <w:pPr>
            <w:rPr>
              <w:b/>
              <w:bCs/>
              <w:color w:val="0080FF"/>
              <w:sz w:val="28"/>
              <w:szCs w:val="28"/>
            </w:rPr>
          </w:pPr>
        </w:p>
        <w:p w14:paraId="7F955F38" w14:textId="77777777" w:rsidR="00891902" w:rsidRDefault="00891902">
          <w:pPr>
            <w:rPr>
              <w:b/>
              <w:bCs/>
              <w:color w:val="0080FF"/>
              <w:sz w:val="28"/>
              <w:szCs w:val="28"/>
            </w:rPr>
          </w:pPr>
        </w:p>
        <w:p w14:paraId="72EA7A73" w14:textId="77777777" w:rsidR="00891902" w:rsidRDefault="00891902">
          <w:pPr>
            <w:rPr>
              <w:b/>
              <w:bCs/>
              <w:color w:val="0080FF"/>
              <w:sz w:val="28"/>
              <w:szCs w:val="28"/>
            </w:rPr>
          </w:pPr>
        </w:p>
        <w:p w14:paraId="4B6CA6C4" w14:textId="77777777" w:rsidR="00891902" w:rsidRDefault="00891902">
          <w:pPr>
            <w:rPr>
              <w:b/>
              <w:bCs/>
              <w:color w:val="0080FF"/>
              <w:sz w:val="28"/>
              <w:szCs w:val="28"/>
            </w:rPr>
          </w:pPr>
        </w:p>
        <w:p w14:paraId="04C6390C" w14:textId="260A1DE1" w:rsidR="00891902" w:rsidRDefault="00891902">
          <w:pPr>
            <w:rPr>
              <w:b/>
              <w:bCs/>
              <w:color w:val="0080FF"/>
              <w:sz w:val="28"/>
              <w:szCs w:val="28"/>
            </w:rPr>
          </w:pPr>
        </w:p>
        <w:p w14:paraId="4561B583" w14:textId="4EC1A658" w:rsidR="00A4612A" w:rsidRDefault="00A54D04">
          <w:pPr>
            <w:rPr>
              <w:rFonts w:ascii="Times New Roman" w:hAnsi="Times New Roman" w:cs="Times New Roman"/>
              <w:b/>
              <w:bCs/>
              <w:sz w:val="28"/>
              <w:szCs w:val="28"/>
            </w:rPr>
          </w:pPr>
          <w:r w:rsidRPr="005C3535">
            <w:rPr>
              <w:noProof/>
              <w:sz w:val="28"/>
              <w:szCs w:val="28"/>
            </w:rPr>
            <mc:AlternateContent>
              <mc:Choice Requires="wps">
                <w:drawing>
                  <wp:anchor distT="0" distB="0" distL="114300" distR="114300" simplePos="0" relativeHeight="251652096" behindDoc="0" locked="0" layoutInCell="1" allowOverlap="1" wp14:anchorId="6005E4EA" wp14:editId="7764252A">
                    <wp:simplePos x="0" y="0"/>
                    <wp:positionH relativeFrom="page">
                      <wp:posOffset>3235960</wp:posOffset>
                    </wp:positionH>
                    <wp:positionV relativeFrom="page">
                      <wp:posOffset>9135500</wp:posOffset>
                    </wp:positionV>
                    <wp:extent cx="3657600" cy="36576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5688EA" w14:textId="1817D94A" w:rsidR="00893DAC" w:rsidRDefault="00142044">
                                <w:pPr>
                                  <w:pStyle w:val="NoSpacing"/>
                                  <w:rPr>
                                    <w:color w:val="4F81BD" w:themeColor="accent1"/>
                                    <w:sz w:val="26"/>
                                    <w:szCs w:val="26"/>
                                  </w:rPr>
                                </w:pPr>
                                <w:sdt>
                                  <w:sdtPr>
                                    <w:rPr>
                                      <w:color w:val="4F81BD"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69413D">
                                      <w:rPr>
                                        <w:color w:val="4F81BD" w:themeColor="accent1"/>
                                        <w:sz w:val="26"/>
                                        <w:szCs w:val="26"/>
                                      </w:rPr>
                                      <w:t>DELL</w:t>
                                    </w:r>
                                  </w:sdtContent>
                                </w:sdt>
                              </w:p>
                              <w:p w14:paraId="4ECF643B" w14:textId="594B98F2" w:rsidR="00893DAC" w:rsidRDefault="00142044">
                                <w:pPr>
                                  <w:pStyle w:val="NoSpacing"/>
                                  <w:rPr>
                                    <w:color w:val="595959" w:themeColor="text1" w:themeTint="A6"/>
                                    <w:sz w:val="20"/>
                                    <w:szCs w:val="20"/>
                                  </w:rPr>
                                </w:pPr>
                                <w:sdt>
                                  <w:sdtPr>
                                    <w:rPr>
                                      <w:caps/>
                                      <w:color w:val="595959" w:themeColor="text1" w:themeTint="A6"/>
                                      <w:sz w:val="20"/>
                                      <w:szCs w:val="20"/>
                                    </w:rPr>
                                    <w:alias w:val="Company"/>
                                    <w:tag w:val=""/>
                                    <w:id w:val="1558814826"/>
                                    <w:dataBinding w:prefixMappings="xmlns:ns0='http://schemas.openxmlformats.org/officeDocument/2006/extended-properties' " w:xpath="/ns0:Properties[1]/ns0:Company[1]" w:storeItemID="{6668398D-A668-4E3E-A5EB-62B293D839F1}"/>
                                    <w:text/>
                                  </w:sdtPr>
                                  <w:sdtEndPr/>
                                  <w:sdtContent>
                                    <w:r w:rsidR="00A07453">
                                      <w:rPr>
                                        <w:caps/>
                                        <w:color w:val="595959" w:themeColor="text1" w:themeTint="A6"/>
                                        <w:sz w:val="20"/>
                                        <w:szCs w:val="20"/>
                                      </w:rPr>
                                      <w:t>CSE(AI&amp;ML</w:t>
                                    </w:r>
                                    <w:proofErr w:type="gramStart"/>
                                    <w:r w:rsidR="00A07453">
                                      <w:rPr>
                                        <w:caps/>
                                        <w:color w:val="595959" w:themeColor="text1" w:themeTint="A6"/>
                                        <w:sz w:val="20"/>
                                        <w:szCs w:val="20"/>
                                      </w:rPr>
                                      <w:t>) ,VIT</w:t>
                                    </w:r>
                                    <w:proofErr w:type="gramEnd"/>
                                    <w:r w:rsidR="00A07453">
                                      <w:rPr>
                                        <w:caps/>
                                        <w:color w:val="595959" w:themeColor="text1" w:themeTint="A6"/>
                                        <w:sz w:val="20"/>
                                        <w:szCs w:val="20"/>
                                      </w:rPr>
                                      <w:t>,PUNE</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 w14:anchorId="6005E4EA" id="Text Box 32" o:spid="_x0000_s1057" type="#_x0000_t202" style="position:absolute;margin-left:254.8pt;margin-top:719.35pt;width:4in;height:28.8pt;z-index:251652096;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" filled="f" stroked="f" strokeweight=".5pt">
                    <v:textbox style="mso-fit-shape-to-text:t" inset="0,0,0,0">
                      <w:txbxContent>
                        <w:p w14:paraId="6C5688EA" w14:textId="1817D94A" w:rsidR="00893DAC" w:rsidRDefault="00142044">
                          <w:pPr>
                            <w:pStyle w:val="NoSpacing"/>
                            <w:rPr>
                              <w:color w:val="4F81BD" w:themeColor="accent1"/>
                              <w:sz w:val="26"/>
                              <w:szCs w:val="26"/>
                            </w:rPr>
                          </w:pPr>
                          <w:sdt>
                            <w:sdtPr>
                              <w:rPr>
                                <w:color w:val="4F81BD"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69413D">
                                <w:rPr>
                                  <w:color w:val="4F81BD" w:themeColor="accent1"/>
                                  <w:sz w:val="26"/>
                                  <w:szCs w:val="26"/>
                                </w:rPr>
                                <w:t>DELL</w:t>
                              </w:r>
                            </w:sdtContent>
                          </w:sdt>
                        </w:p>
                        <w:p w14:paraId="4ECF643B" w14:textId="594B98F2" w:rsidR="00893DAC" w:rsidRDefault="00142044">
                          <w:pPr>
                            <w:pStyle w:val="NoSpacing"/>
                            <w:rPr>
                              <w:color w:val="595959" w:themeColor="text1" w:themeTint="A6"/>
                              <w:sz w:val="20"/>
                              <w:szCs w:val="20"/>
                            </w:rPr>
                          </w:pPr>
                          <w:sdt>
                            <w:sdtPr>
                              <w:rPr>
                                <w:caps/>
                                <w:color w:val="595959" w:themeColor="text1" w:themeTint="A6"/>
                                <w:sz w:val="20"/>
                                <w:szCs w:val="20"/>
                              </w:rPr>
                              <w:alias w:val="Company"/>
                              <w:tag w:val=""/>
                              <w:id w:val="1558814826"/>
                              <w:dataBinding w:prefixMappings="xmlns:ns0='http://schemas.openxmlformats.org/officeDocument/2006/extended-properties' " w:xpath="/ns0:Properties[1]/ns0:Company[1]" w:storeItemID="{6668398D-A668-4E3E-A5EB-62B293D839F1}"/>
                              <w:text/>
                            </w:sdtPr>
                            <w:sdtEndPr/>
                            <w:sdtContent>
                              <w:r w:rsidR="00A07453">
                                <w:rPr>
                                  <w:caps/>
                                  <w:color w:val="595959" w:themeColor="text1" w:themeTint="A6"/>
                                  <w:sz w:val="20"/>
                                  <w:szCs w:val="20"/>
                                </w:rPr>
                                <w:t>CSE(AI&amp;ML</w:t>
                              </w:r>
                              <w:proofErr w:type="gramStart"/>
                              <w:r w:rsidR="00A07453">
                                <w:rPr>
                                  <w:caps/>
                                  <w:color w:val="595959" w:themeColor="text1" w:themeTint="A6"/>
                                  <w:sz w:val="20"/>
                                  <w:szCs w:val="20"/>
                                </w:rPr>
                                <w:t>) ,VIT</w:t>
                              </w:r>
                              <w:proofErr w:type="gramEnd"/>
                              <w:r w:rsidR="00A07453">
                                <w:rPr>
                                  <w:caps/>
                                  <w:color w:val="595959" w:themeColor="text1" w:themeTint="A6"/>
                                  <w:sz w:val="20"/>
                                  <w:szCs w:val="20"/>
                                </w:rPr>
                                <w:t>,PUNE</w:t>
                              </w:r>
                            </w:sdtContent>
                          </w:sdt>
                        </w:p>
                      </w:txbxContent>
                    </v:textbox>
                    <w10:wrap anchorx="page" anchory="page"/>
                  </v:shape>
                </w:pict>
              </mc:Fallback>
            </mc:AlternateContent>
          </w:r>
          <w:r w:rsidR="00893DAC" w:rsidRPr="005C3535">
            <w:rPr>
              <w:b/>
              <w:bCs/>
              <w:color w:val="0080FF"/>
              <w:sz w:val="28"/>
              <w:szCs w:val="28"/>
            </w:rPr>
            <w:br w:type="page"/>
          </w:r>
        </w:p>
        <w:p w14:paraId="76C2E95F" w14:textId="75EB2591" w:rsidR="003F4CE1" w:rsidRPr="005C3535" w:rsidRDefault="00A4612A">
          <w:pPr>
            <w:rPr>
              <w:b/>
              <w:bCs/>
              <w:color w:val="0080FF"/>
              <w:sz w:val="28"/>
              <w:szCs w:val="28"/>
            </w:rPr>
          </w:pPr>
          <w:r w:rsidRPr="005C3535">
            <w:rPr>
              <w:noProof/>
              <w:sz w:val="28"/>
              <w:szCs w:val="28"/>
            </w:rPr>
            <w:lastRenderedPageBreak/>
            <mc:AlternateContent>
              <mc:Choice Requires="wps">
                <w:drawing>
                  <wp:anchor distT="0" distB="0" distL="114300" distR="114300" simplePos="0" relativeHeight="251656192" behindDoc="0" locked="0" layoutInCell="1" allowOverlap="1" wp14:anchorId="590D2030" wp14:editId="57F2BFAE">
                    <wp:simplePos x="0" y="0"/>
                    <wp:positionH relativeFrom="column">
                      <wp:posOffset>0</wp:posOffset>
                    </wp:positionH>
                    <wp:positionV relativeFrom="paragraph">
                      <wp:posOffset>85725</wp:posOffset>
                    </wp:positionV>
                    <wp:extent cx="5676900" cy="6772275"/>
                    <wp:effectExtent l="57150" t="19050" r="76200" b="104775"/>
                    <wp:wrapNone/>
                    <wp:docPr id="53" name="Rectangle 53"/>
                    <wp:cNvGraphicFramePr/>
                    <a:graphic xmlns:a="http://schemas.openxmlformats.org/drawingml/2006/main">
                      <a:graphicData uri="http://schemas.microsoft.com/office/word/2010/wordprocessingShape">
                        <wps:wsp>
                          <wps:cNvSpPr/>
                          <wps:spPr>
                            <a:xfrm>
                              <a:off x="0" y="0"/>
                              <a:ext cx="5676900" cy="677227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4A075FC8" w14:textId="526FF705" w:rsidR="00A4612A" w:rsidRPr="00A4612A" w:rsidRDefault="00A4612A" w:rsidP="00A4612A">
                                <w:pPr>
                                  <w:jc w:val="center"/>
                                  <w:rPr>
                                    <w:rFonts w:ascii="Times New Roman" w:hAnsi="Times New Roman" w:cs="Times New Roman"/>
                                    <w:b/>
                                    <w:bCs/>
                                    <w:color w:val="000000" w:themeColor="text1"/>
                                    <w:sz w:val="36"/>
                                    <w:szCs w:val="32"/>
                                  </w:rPr>
                                </w:pPr>
                                <w:r w:rsidRPr="00A4612A">
                                  <w:rPr>
                                    <w:rFonts w:ascii="Times New Roman" w:hAnsi="Times New Roman" w:cs="Times New Roman"/>
                                    <w:b/>
                                    <w:bCs/>
                                    <w:color w:val="000000" w:themeColor="text1"/>
                                    <w:sz w:val="36"/>
                                    <w:szCs w:val="32"/>
                                  </w:rPr>
                                  <w:t>ABOUT</w:t>
                                </w:r>
                                <w:r>
                                  <w:rPr>
                                    <w:rFonts w:ascii="Times New Roman" w:hAnsi="Times New Roman" w:cs="Times New Roman"/>
                                    <w:b/>
                                    <w:bCs/>
                                    <w:color w:val="000000" w:themeColor="text1"/>
                                    <w:sz w:val="36"/>
                                    <w:szCs w:val="32"/>
                                  </w:rPr>
                                  <w:t xml:space="preserve"> DEPARTMENT-CSE(AI&amp;ML)</w:t>
                                </w:r>
                              </w:p>
                              <w:p w14:paraId="17F257E5" w14:textId="77777777" w:rsidR="00A4612A" w:rsidRDefault="00A4612A" w:rsidP="00A4612A">
                                <w:pPr>
                                  <w:shd w:val="clear" w:color="auto" w:fill="DAEEF3" w:themeFill="accent5" w:themeFillTint="33"/>
                                  <w:jc w:val="both"/>
                                  <w:rPr>
                                    <w:rFonts w:ascii="Arial" w:hAnsi="Arial" w:cs="Arial"/>
                                    <w:color w:val="000000" w:themeColor="text1"/>
                                    <w:sz w:val="27"/>
                                    <w:szCs w:val="27"/>
                                    <w:shd w:val="clear" w:color="auto" w:fill="D4EDDA"/>
                                  </w:rPr>
                                </w:pPr>
                              </w:p>
                              <w:p w14:paraId="0D24E561" w14:textId="77777777" w:rsidR="00A4612A" w:rsidRPr="006E0507" w:rsidRDefault="00A4612A" w:rsidP="00A4612A">
                                <w:pPr>
                                  <w:pStyle w:val="NormalWeb"/>
                                  <w:shd w:val="clear" w:color="auto" w:fill="DAEEF3" w:themeFill="accent5" w:themeFillTint="33"/>
                                  <w:jc w:val="both"/>
                                  <w:rPr>
                                    <w:color w:val="000000" w:themeColor="text1"/>
                                    <w:sz w:val="28"/>
                                    <w:szCs w:val="28"/>
                                  </w:rPr>
                                </w:pPr>
                                <w:r w:rsidRPr="006E0507">
                                  <w:rPr>
                                    <w:color w:val="000000" w:themeColor="text1"/>
                                    <w:sz w:val="28"/>
                                    <w:szCs w:val="28"/>
                                  </w:rPr>
                                  <w:t xml:space="preserve">The </w:t>
                                </w:r>
                                <w:r w:rsidRPr="006E0507">
                                  <w:rPr>
                                    <w:rStyle w:val="Strong"/>
                                    <w:color w:val="000000" w:themeColor="text1"/>
                                    <w:sz w:val="28"/>
                                    <w:szCs w:val="28"/>
                                  </w:rPr>
                                  <w:t>CSE–AIML Department at VIT Pune</w:t>
                                </w:r>
                                <w:r w:rsidRPr="006E0507">
                                  <w:rPr>
                                    <w:color w:val="000000" w:themeColor="text1"/>
                                    <w:sz w:val="28"/>
                                    <w:szCs w:val="28"/>
                                  </w:rPr>
                                  <w:t xml:space="preserve"> stands as a center of excellence dedicated to innovation, research, and advanced technological learning. The department is committed to cultivating a strong academic foundation while preparing students to excel in the rapidly evolving domains of </w:t>
                                </w:r>
                                <w:r w:rsidRPr="006E0507">
                                  <w:rPr>
                                    <w:rStyle w:val="Strong"/>
                                    <w:color w:val="000000" w:themeColor="text1"/>
                                    <w:sz w:val="28"/>
                                    <w:szCs w:val="28"/>
                                  </w:rPr>
                                  <w:t>Artificial Intelligence, Machine Learning, Data Science, and Intelligent Computing</w:t>
                                </w:r>
                                <w:r w:rsidRPr="006E0507">
                                  <w:rPr>
                                    <w:color w:val="000000" w:themeColor="text1"/>
                                    <w:sz w:val="28"/>
                                    <w:szCs w:val="28"/>
                                  </w:rPr>
                                  <w:t>. With a curriculum that blends rigorous theoretical knowledge with practical, hands-on experience, the CSE–AIML department ensures that students gain a deep understanding of modern computational techniques and AI-driven technologies. Through cutting-edge laboratories, industry-focused programs, interdisciplinary projects, and emerging research opportunities, students are encouraged to explore, experiment, and innovate.</w:t>
                                </w:r>
                              </w:p>
                              <w:p w14:paraId="5B8066D2" w14:textId="77777777" w:rsidR="00A4612A" w:rsidRPr="006E0507" w:rsidRDefault="00A4612A" w:rsidP="00A4612A">
                                <w:pPr>
                                  <w:pStyle w:val="NormalWeb"/>
                                  <w:shd w:val="clear" w:color="auto" w:fill="DAEEF3" w:themeFill="accent5" w:themeFillTint="33"/>
                                  <w:jc w:val="both"/>
                                  <w:rPr>
                                    <w:color w:val="000000" w:themeColor="text1"/>
                                    <w:sz w:val="28"/>
                                    <w:szCs w:val="28"/>
                                  </w:rPr>
                                </w:pPr>
                                <w:r w:rsidRPr="006E0507">
                                  <w:rPr>
                                    <w:color w:val="000000" w:themeColor="text1"/>
                                    <w:sz w:val="28"/>
                                    <w:szCs w:val="28"/>
                                  </w:rPr>
                                  <w:t>Our highly accomplished faculty, state-of-the-art infrastructure, and collaborative initiatives with industry and research organizations create an environment that nurtures curiosity, critical thinking, and problem-solving ability. We take immense pride in our students’ achievements across academic pursuits, competitive platforms, internships, and entrepreneurial ventures.</w:t>
                                </w:r>
                              </w:p>
                              <w:p w14:paraId="67F5630C" w14:textId="77777777" w:rsidR="00A4612A" w:rsidRPr="006E0507" w:rsidRDefault="00A4612A" w:rsidP="00A4612A">
                                <w:pPr>
                                  <w:pStyle w:val="NormalWeb"/>
                                  <w:shd w:val="clear" w:color="auto" w:fill="DAEEF3" w:themeFill="accent5" w:themeFillTint="33"/>
                                  <w:jc w:val="both"/>
                                  <w:rPr>
                                    <w:sz w:val="28"/>
                                    <w:szCs w:val="28"/>
                                  </w:rPr>
                                </w:pPr>
                                <w:r w:rsidRPr="006E0507">
                                  <w:rPr>
                                    <w:color w:val="000000" w:themeColor="text1"/>
                                    <w:sz w:val="28"/>
                                    <w:szCs w:val="28"/>
                                  </w:rPr>
                                  <w:t>The department remains steadfast in its mission to develop technologically proficient, ethically responsible, and future-ready professionals who will lead the next wave of AI-driven transformation in society and industry</w:t>
                                </w:r>
                                <w:r w:rsidRPr="006E0507">
                                  <w:rPr>
                                    <w:sz w:val="28"/>
                                    <w:szCs w:val="28"/>
                                  </w:rPr>
                                  <w:t>.</w:t>
                                </w:r>
                              </w:p>
                              <w:p w14:paraId="19C6AD18" w14:textId="572A4EFB" w:rsidR="00A4612A" w:rsidRPr="00496F81" w:rsidRDefault="00A4612A" w:rsidP="00A4612A">
                                <w:pPr>
                                  <w:shd w:val="clear" w:color="auto" w:fill="DAEEF3" w:themeFill="accent5" w:themeFillTint="33"/>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0D2030" id="Rectangle 53" o:spid="_x0000_s1058" style="position:absolute;margin-left:0;margin-top:6.75pt;width:447pt;height:533.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" fillcolor="#0a121c [484]" strokecolor="#5887c0 [3060]" strokeweight="1pt">
                    <v:fill color2="#5887c0 [3060]" rotate="t" angle="180" colors="0 #083162;.5 #19569f;45875f #2b69b5;1 #4786db" focus="100%" type="gradient">
                      <o:fill v:ext="view" type="gradientUnscaled"/>
                    </v:fill>
                    <v:shadow on="t" color="black" opacity="22937f" origin=",.5" offset="0,3pt"/>
                    <v:textbox>
                      <w:txbxContent>
                        <w:p w14:paraId="4A075FC8" w14:textId="526FF705" w:rsidR="00A4612A" w:rsidRPr="00A4612A" w:rsidRDefault="00A4612A" w:rsidP="00A4612A">
                          <w:pPr>
                            <w:jc w:val="center"/>
                            <w:rPr>
                              <w:rFonts w:ascii="Times New Roman" w:hAnsi="Times New Roman" w:cs="Times New Roman"/>
                              <w:b/>
                              <w:bCs/>
                              <w:color w:val="000000" w:themeColor="text1"/>
                              <w:sz w:val="36"/>
                              <w:szCs w:val="32"/>
                            </w:rPr>
                          </w:pPr>
                          <w:r w:rsidRPr="00A4612A">
                            <w:rPr>
                              <w:rFonts w:ascii="Times New Roman" w:hAnsi="Times New Roman" w:cs="Times New Roman"/>
                              <w:b/>
                              <w:bCs/>
                              <w:color w:val="000000" w:themeColor="text1"/>
                              <w:sz w:val="36"/>
                              <w:szCs w:val="32"/>
                            </w:rPr>
                            <w:t>ABOUT</w:t>
                          </w:r>
                          <w:r>
                            <w:rPr>
                              <w:rFonts w:ascii="Times New Roman" w:hAnsi="Times New Roman" w:cs="Times New Roman"/>
                              <w:b/>
                              <w:bCs/>
                              <w:color w:val="000000" w:themeColor="text1"/>
                              <w:sz w:val="36"/>
                              <w:szCs w:val="32"/>
                            </w:rPr>
                            <w:t xml:space="preserve"> DEPARTMENT-CSE(AI&amp;ML)</w:t>
                          </w:r>
                        </w:p>
                        <w:p w14:paraId="17F257E5" w14:textId="77777777" w:rsidR="00A4612A" w:rsidRDefault="00A4612A" w:rsidP="00A4612A">
                          <w:pPr>
                            <w:shd w:val="clear" w:color="auto" w:fill="DAEEF3" w:themeFill="accent5" w:themeFillTint="33"/>
                            <w:jc w:val="both"/>
                            <w:rPr>
                              <w:rFonts w:ascii="Arial" w:hAnsi="Arial" w:cs="Arial"/>
                              <w:color w:val="000000" w:themeColor="text1"/>
                              <w:sz w:val="27"/>
                              <w:szCs w:val="27"/>
                              <w:shd w:val="clear" w:color="auto" w:fill="D4EDDA"/>
                            </w:rPr>
                          </w:pPr>
                        </w:p>
                        <w:p w14:paraId="0D24E561" w14:textId="77777777" w:rsidR="00A4612A" w:rsidRPr="006E0507" w:rsidRDefault="00A4612A" w:rsidP="00A4612A">
                          <w:pPr>
                            <w:pStyle w:val="NormalWeb"/>
                            <w:shd w:val="clear" w:color="auto" w:fill="DAEEF3" w:themeFill="accent5" w:themeFillTint="33"/>
                            <w:jc w:val="both"/>
                            <w:rPr>
                              <w:color w:val="000000" w:themeColor="text1"/>
                              <w:sz w:val="28"/>
                              <w:szCs w:val="28"/>
                            </w:rPr>
                          </w:pPr>
                          <w:r w:rsidRPr="006E0507">
                            <w:rPr>
                              <w:color w:val="000000" w:themeColor="text1"/>
                              <w:sz w:val="28"/>
                              <w:szCs w:val="28"/>
                            </w:rPr>
                            <w:t xml:space="preserve">The </w:t>
                          </w:r>
                          <w:r w:rsidRPr="006E0507">
                            <w:rPr>
                              <w:rStyle w:val="Strong"/>
                              <w:color w:val="000000" w:themeColor="text1"/>
                              <w:sz w:val="28"/>
                              <w:szCs w:val="28"/>
                            </w:rPr>
                            <w:t>CSE–AIML Department at VIT Pune</w:t>
                          </w:r>
                          <w:r w:rsidRPr="006E0507">
                            <w:rPr>
                              <w:color w:val="000000" w:themeColor="text1"/>
                              <w:sz w:val="28"/>
                              <w:szCs w:val="28"/>
                            </w:rPr>
                            <w:t xml:space="preserve"> stands as a center of excellence dedicated to innovation, research, and advanced technological learning. The department is committed to cultivating a strong academic foundation while preparing students to excel in the rapidly evolving domains of </w:t>
                          </w:r>
                          <w:r w:rsidRPr="006E0507">
                            <w:rPr>
                              <w:rStyle w:val="Strong"/>
                              <w:color w:val="000000" w:themeColor="text1"/>
                              <w:sz w:val="28"/>
                              <w:szCs w:val="28"/>
                            </w:rPr>
                            <w:t>Artificial Intelligence, Machine Learning, Data Science, and Intelligent Computing</w:t>
                          </w:r>
                          <w:r w:rsidRPr="006E0507">
                            <w:rPr>
                              <w:color w:val="000000" w:themeColor="text1"/>
                              <w:sz w:val="28"/>
                              <w:szCs w:val="28"/>
                            </w:rPr>
                            <w:t>. With a curriculum that blends rigorous theoretical knowledge with practical, hands-on experience, the CSE–AIML department ensures that students gain a deep understanding of modern computational techniques and AI-driven technologies. Through cutting-edge laboratories, industry-focused programs, interdisciplinary projects, and emerging research opportunities, students are encouraged to explore, experiment, and innovate.</w:t>
                          </w:r>
                        </w:p>
                        <w:p w14:paraId="5B8066D2" w14:textId="77777777" w:rsidR="00A4612A" w:rsidRPr="006E0507" w:rsidRDefault="00A4612A" w:rsidP="00A4612A">
                          <w:pPr>
                            <w:pStyle w:val="NormalWeb"/>
                            <w:shd w:val="clear" w:color="auto" w:fill="DAEEF3" w:themeFill="accent5" w:themeFillTint="33"/>
                            <w:jc w:val="both"/>
                            <w:rPr>
                              <w:color w:val="000000" w:themeColor="text1"/>
                              <w:sz w:val="28"/>
                              <w:szCs w:val="28"/>
                            </w:rPr>
                          </w:pPr>
                          <w:r w:rsidRPr="006E0507">
                            <w:rPr>
                              <w:color w:val="000000" w:themeColor="text1"/>
                              <w:sz w:val="28"/>
                              <w:szCs w:val="28"/>
                            </w:rPr>
                            <w:t>Our highly accomplished faculty, state-of-the-art infrastructure, and collaborative initiatives with industry and research organizations create an environment that nurtures curiosity, critical thinking, and problem-solving ability. We take immense pride in our students’ achievements across academic pursuits, competitive platforms, internships, and entrepreneurial ventures.</w:t>
                          </w:r>
                        </w:p>
                        <w:p w14:paraId="67F5630C" w14:textId="77777777" w:rsidR="00A4612A" w:rsidRPr="006E0507" w:rsidRDefault="00A4612A" w:rsidP="00A4612A">
                          <w:pPr>
                            <w:pStyle w:val="NormalWeb"/>
                            <w:shd w:val="clear" w:color="auto" w:fill="DAEEF3" w:themeFill="accent5" w:themeFillTint="33"/>
                            <w:jc w:val="both"/>
                            <w:rPr>
                              <w:sz w:val="28"/>
                              <w:szCs w:val="28"/>
                            </w:rPr>
                          </w:pPr>
                          <w:r w:rsidRPr="006E0507">
                            <w:rPr>
                              <w:color w:val="000000" w:themeColor="text1"/>
                              <w:sz w:val="28"/>
                              <w:szCs w:val="28"/>
                            </w:rPr>
                            <w:t>The department remains steadfast in its mission to develop technologically proficient, ethically responsible, and future-ready professionals who will lead the next wave of AI-driven transformation in society and industry</w:t>
                          </w:r>
                          <w:r w:rsidRPr="006E0507">
                            <w:rPr>
                              <w:sz w:val="28"/>
                              <w:szCs w:val="28"/>
                            </w:rPr>
                            <w:t>.</w:t>
                          </w:r>
                        </w:p>
                        <w:p w14:paraId="19C6AD18" w14:textId="572A4EFB" w:rsidR="00A4612A" w:rsidRPr="00496F81" w:rsidRDefault="00A4612A" w:rsidP="00A4612A">
                          <w:pPr>
                            <w:shd w:val="clear" w:color="auto" w:fill="DAEEF3" w:themeFill="accent5" w:themeFillTint="33"/>
                            <w:jc w:val="both"/>
                            <w:rPr>
                              <w:color w:val="000000" w:themeColor="text1"/>
                            </w:rPr>
                          </w:pPr>
                        </w:p>
                      </w:txbxContent>
                    </v:textbox>
                  </v:rect>
                </w:pict>
              </mc:Fallback>
            </mc:AlternateContent>
          </w:r>
        </w:p>
      </w:sdtContent>
    </w:sdt>
    <w:p w14:paraId="4B4F2FA3" w14:textId="291DC95E" w:rsidR="00A54D04" w:rsidRPr="003F4CE1" w:rsidRDefault="00A54D04">
      <w:pPr>
        <w:rPr>
          <w:color w:val="0080FF"/>
          <w:sz w:val="60"/>
        </w:rPr>
      </w:pPr>
      <w:r>
        <w:br w:type="page"/>
      </w:r>
    </w:p>
    <w:p w14:paraId="458C23B3" w14:textId="5661BEB1" w:rsidR="00A4612A" w:rsidRDefault="00A4612A"/>
    <w:p w14:paraId="28DD12EE" w14:textId="7EDD62D7" w:rsidR="00A54D04" w:rsidRDefault="00DE1832">
      <w:r w:rsidRPr="005C3535">
        <w:rPr>
          <w:noProof/>
          <w:sz w:val="28"/>
          <w:szCs w:val="28"/>
        </w:rPr>
        <mc:AlternateContent>
          <mc:Choice Requires="wps">
            <w:drawing>
              <wp:anchor distT="0" distB="0" distL="114300" distR="114300" simplePos="0" relativeHeight="251663360" behindDoc="0" locked="0" layoutInCell="1" allowOverlap="1" wp14:anchorId="4552324C" wp14:editId="2DEEA5B4">
                <wp:simplePos x="0" y="0"/>
                <wp:positionH relativeFrom="margin">
                  <wp:align>left</wp:align>
                </wp:positionH>
                <wp:positionV relativeFrom="paragraph">
                  <wp:posOffset>153035</wp:posOffset>
                </wp:positionV>
                <wp:extent cx="5676900" cy="6696075"/>
                <wp:effectExtent l="57150" t="19050" r="76200" b="123825"/>
                <wp:wrapNone/>
                <wp:docPr id="54" name="Rectangle 54"/>
                <wp:cNvGraphicFramePr/>
                <a:graphic xmlns:a="http://schemas.openxmlformats.org/drawingml/2006/main">
                  <a:graphicData uri="http://schemas.microsoft.com/office/word/2010/wordprocessingShape">
                    <wps:wsp>
                      <wps:cNvSpPr/>
                      <wps:spPr>
                        <a:xfrm>
                          <a:off x="0" y="0"/>
                          <a:ext cx="5676900" cy="669607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2C4276AD" w14:textId="66A4FC50" w:rsidR="00A4612A" w:rsidRPr="00A4612A" w:rsidRDefault="00A4612A" w:rsidP="00A4612A">
                            <w:pPr>
                              <w:rPr>
                                <w:rFonts w:ascii="Times New Roman" w:hAnsi="Times New Roman" w:cs="Times New Roman"/>
                                <w:b/>
                                <w:bCs/>
                                <w:color w:val="000000" w:themeColor="text1"/>
                                <w:sz w:val="36"/>
                                <w:szCs w:val="32"/>
                              </w:rPr>
                            </w:pPr>
                            <w:r>
                              <w:rPr>
                                <w:rFonts w:ascii="Times New Roman" w:hAnsi="Times New Roman" w:cs="Times New Roman"/>
                                <w:b/>
                                <w:bCs/>
                                <w:color w:val="000000" w:themeColor="text1"/>
                                <w:sz w:val="36"/>
                                <w:szCs w:val="32"/>
                              </w:rPr>
                              <w:t>FROM THE HOD’s DESK</w:t>
                            </w:r>
                          </w:p>
                          <w:p w14:paraId="0CCF8CDD" w14:textId="27BDA593" w:rsidR="00A4612A" w:rsidRDefault="00A4612A" w:rsidP="00A4612A">
                            <w:pPr>
                              <w:shd w:val="clear" w:color="auto" w:fill="DAEEF3" w:themeFill="accent5" w:themeFillTint="33"/>
                              <w:jc w:val="both"/>
                              <w:rPr>
                                <w:rFonts w:ascii="Arial" w:hAnsi="Arial" w:cs="Arial"/>
                                <w:color w:val="000000" w:themeColor="text1"/>
                                <w:sz w:val="27"/>
                                <w:szCs w:val="27"/>
                                <w:shd w:val="clear" w:color="auto" w:fill="D4EDDA"/>
                              </w:rPr>
                            </w:pPr>
                            <w:r>
                              <w:rPr>
                                <w:noProof/>
                              </w:rPr>
                              <w:drawing>
                                <wp:inline distT="0" distB="0" distL="0" distR="0" wp14:anchorId="3185BE50" wp14:editId="058A2E40">
                                  <wp:extent cx="5514975" cy="25622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14975" cy="2562225"/>
                                          </a:xfrm>
                                          <a:prstGeom prst="rect">
                                            <a:avLst/>
                                          </a:prstGeom>
                                          <a:noFill/>
                                          <a:ln>
                                            <a:noFill/>
                                          </a:ln>
                                        </pic:spPr>
                                      </pic:pic>
                                    </a:graphicData>
                                  </a:graphic>
                                </wp:inline>
                              </w:drawing>
                            </w:r>
                          </w:p>
                          <w:p w14:paraId="5D147191" w14:textId="77777777" w:rsidR="007B2529" w:rsidRPr="007B2529" w:rsidRDefault="007B2529" w:rsidP="007B2529">
                            <w:pPr>
                              <w:shd w:val="clear" w:color="auto" w:fill="DBE5F1" w:themeFill="accent1" w:themeFillTint="33"/>
                              <w:spacing w:before="100" w:beforeAutospacing="1" w:after="100" w:afterAutospacing="1" w:line="240" w:lineRule="auto"/>
                              <w:rPr>
                                <w:rFonts w:ascii="Times New Roman" w:eastAsia="Times New Roman" w:hAnsi="Times New Roman" w:cs="Times New Roman"/>
                                <w:color w:val="4D4D4D"/>
                                <w:sz w:val="28"/>
                                <w:szCs w:val="28"/>
                              </w:rPr>
                            </w:pPr>
                            <w:r w:rsidRPr="007B2529">
                              <w:rPr>
                                <w:rFonts w:ascii="Times New Roman" w:eastAsia="Times New Roman" w:hAnsi="Times New Roman" w:cs="Times New Roman"/>
                                <w:color w:val="4D4D4D"/>
                                <w:sz w:val="28"/>
                                <w:szCs w:val="28"/>
                              </w:rPr>
                              <w:t xml:space="preserve">Department of Computer Science &amp; Engineering (AI &amp; ML) at VIT Pune—a dynamic and </w:t>
                            </w:r>
                            <w:proofErr w:type="gramStart"/>
                            <w:r w:rsidRPr="007B2529">
                              <w:rPr>
                                <w:rFonts w:ascii="Times New Roman" w:eastAsia="Times New Roman" w:hAnsi="Times New Roman" w:cs="Times New Roman"/>
                                <w:color w:val="4D4D4D"/>
                                <w:sz w:val="28"/>
                                <w:szCs w:val="28"/>
                              </w:rPr>
                              <w:t>forward looking</w:t>
                            </w:r>
                            <w:proofErr w:type="gramEnd"/>
                            <w:r w:rsidRPr="007B2529">
                              <w:rPr>
                                <w:rFonts w:ascii="Times New Roman" w:eastAsia="Times New Roman" w:hAnsi="Times New Roman" w:cs="Times New Roman"/>
                                <w:color w:val="4D4D4D"/>
                                <w:sz w:val="28"/>
                                <w:szCs w:val="28"/>
                              </w:rPr>
                              <w:t xml:space="preserve"> program established in 2022 designed to empower tomorrow’s innovators. We pride ourselves on a state of the art learning environment, including cutting-edge laboratories, hardware accelerators, and industry-grade software tools that enrich both academic and research pursuits.</w:t>
                            </w:r>
                          </w:p>
                          <w:p w14:paraId="74559F44" w14:textId="77777777" w:rsidR="007B2529" w:rsidRPr="007B2529" w:rsidRDefault="007B2529" w:rsidP="007B2529">
                            <w:pPr>
                              <w:shd w:val="clear" w:color="auto" w:fill="DBE5F1" w:themeFill="accent1" w:themeFillTint="33"/>
                              <w:spacing w:before="100" w:beforeAutospacing="1" w:after="100" w:afterAutospacing="1" w:line="240" w:lineRule="auto"/>
                              <w:rPr>
                                <w:rFonts w:ascii="Times New Roman" w:eastAsia="Times New Roman" w:hAnsi="Times New Roman" w:cs="Times New Roman"/>
                                <w:color w:val="212529"/>
                                <w:sz w:val="28"/>
                                <w:szCs w:val="28"/>
                              </w:rPr>
                            </w:pPr>
                            <w:r w:rsidRPr="007B2529">
                              <w:rPr>
                                <w:rFonts w:ascii="Times New Roman" w:eastAsia="Times New Roman" w:hAnsi="Times New Roman" w:cs="Times New Roman"/>
                                <w:color w:val="212529"/>
                                <w:sz w:val="28"/>
                                <w:szCs w:val="28"/>
                              </w:rPr>
                              <w:t xml:space="preserve">CSE (AI &amp; ML) department thrives on excellence—our students have brought laurels by securing top positions in hackathons, reflecting their technical depth and creative problem-solving skills. Beyond competitions, they are building impactful solutions through capstone projects, research projects, and internships that drive real-world impact. Faculty members, with diverse expertise in Computer Engineering core subjects, ML, AI, deep learning, blockchain, Gen AI and cloud computing, maintain active engagement through research publications, guest lectures, and </w:t>
                            </w:r>
                            <w:proofErr w:type="gramStart"/>
                            <w:r w:rsidRPr="007B2529">
                              <w:rPr>
                                <w:rFonts w:ascii="Times New Roman" w:eastAsia="Times New Roman" w:hAnsi="Times New Roman" w:cs="Times New Roman"/>
                                <w:color w:val="212529"/>
                                <w:sz w:val="28"/>
                                <w:szCs w:val="28"/>
                              </w:rPr>
                              <w:t>workshops .</w:t>
                            </w:r>
                            <w:proofErr w:type="gramEnd"/>
                          </w:p>
                          <w:p w14:paraId="53510B0B" w14:textId="51408271" w:rsidR="00A4612A" w:rsidRPr="006E0507" w:rsidRDefault="00A4612A" w:rsidP="00A4612A">
                            <w:pPr>
                              <w:shd w:val="clear" w:color="auto" w:fill="DAEEF3" w:themeFill="accent5" w:themeFillTint="33"/>
                              <w:jc w:val="both"/>
                              <w:rPr>
                                <w:rFonts w:ascii="Times New Roman" w:hAnsi="Times New Roman" w:cs="Times New Roman"/>
                                <w:b/>
                                <w:bC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2324C" id="Rectangle 54" o:spid="_x0000_s1059" style="position:absolute;margin-left:0;margin-top:12.05pt;width:447pt;height:527.25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" fillcolor="#0a121c [484]" strokecolor="#5887c0 [3060]" strokeweight="1pt">
                <v:fill color2="#5887c0 [3060]" rotate="t" angle="180" colors="0 #083162;.5 #19569f;45875f #2b69b5;1 #4786db" focus="100%" type="gradient">
                  <o:fill v:ext="view" type="gradientUnscaled"/>
                </v:fill>
                <v:shadow on="t" color="black" opacity="22937f" origin=",.5" offset="0,3pt"/>
                <v:textbox>
                  <w:txbxContent>
                    <w:p w14:paraId="2C4276AD" w14:textId="66A4FC50" w:rsidR="00A4612A" w:rsidRPr="00A4612A" w:rsidRDefault="00A4612A" w:rsidP="00A4612A">
                      <w:pPr>
                        <w:rPr>
                          <w:rFonts w:ascii="Times New Roman" w:hAnsi="Times New Roman" w:cs="Times New Roman"/>
                          <w:b/>
                          <w:bCs/>
                          <w:color w:val="000000" w:themeColor="text1"/>
                          <w:sz w:val="36"/>
                          <w:szCs w:val="32"/>
                        </w:rPr>
                      </w:pPr>
                      <w:r>
                        <w:rPr>
                          <w:rFonts w:ascii="Times New Roman" w:hAnsi="Times New Roman" w:cs="Times New Roman"/>
                          <w:b/>
                          <w:bCs/>
                          <w:color w:val="000000" w:themeColor="text1"/>
                          <w:sz w:val="36"/>
                          <w:szCs w:val="32"/>
                        </w:rPr>
                        <w:t>FROM THE HOD’s DESK</w:t>
                      </w:r>
                    </w:p>
                    <w:p w14:paraId="0CCF8CDD" w14:textId="27BDA593" w:rsidR="00A4612A" w:rsidRDefault="00A4612A" w:rsidP="00A4612A">
                      <w:pPr>
                        <w:shd w:val="clear" w:color="auto" w:fill="DAEEF3" w:themeFill="accent5" w:themeFillTint="33"/>
                        <w:jc w:val="both"/>
                        <w:rPr>
                          <w:rFonts w:ascii="Arial" w:hAnsi="Arial" w:cs="Arial"/>
                          <w:color w:val="000000" w:themeColor="text1"/>
                          <w:sz w:val="27"/>
                          <w:szCs w:val="27"/>
                          <w:shd w:val="clear" w:color="auto" w:fill="D4EDDA"/>
                        </w:rPr>
                      </w:pPr>
                      <w:r>
                        <w:rPr>
                          <w:noProof/>
                        </w:rPr>
                        <w:drawing>
                          <wp:inline distT="0" distB="0" distL="0" distR="0" wp14:anchorId="3185BE50" wp14:editId="058A2E40">
                            <wp:extent cx="5514975" cy="25622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14975" cy="2562225"/>
                                    </a:xfrm>
                                    <a:prstGeom prst="rect">
                                      <a:avLst/>
                                    </a:prstGeom>
                                    <a:noFill/>
                                    <a:ln>
                                      <a:noFill/>
                                    </a:ln>
                                  </pic:spPr>
                                </pic:pic>
                              </a:graphicData>
                            </a:graphic>
                          </wp:inline>
                        </w:drawing>
                      </w:r>
                    </w:p>
                    <w:p w14:paraId="5D147191" w14:textId="77777777" w:rsidR="007B2529" w:rsidRPr="007B2529" w:rsidRDefault="007B2529" w:rsidP="007B2529">
                      <w:pPr>
                        <w:shd w:val="clear" w:color="auto" w:fill="DBE5F1" w:themeFill="accent1" w:themeFillTint="33"/>
                        <w:spacing w:before="100" w:beforeAutospacing="1" w:after="100" w:afterAutospacing="1" w:line="240" w:lineRule="auto"/>
                        <w:rPr>
                          <w:rFonts w:ascii="Times New Roman" w:eastAsia="Times New Roman" w:hAnsi="Times New Roman" w:cs="Times New Roman"/>
                          <w:color w:val="4D4D4D"/>
                          <w:sz w:val="28"/>
                          <w:szCs w:val="28"/>
                        </w:rPr>
                      </w:pPr>
                      <w:r w:rsidRPr="007B2529">
                        <w:rPr>
                          <w:rFonts w:ascii="Times New Roman" w:eastAsia="Times New Roman" w:hAnsi="Times New Roman" w:cs="Times New Roman"/>
                          <w:color w:val="4D4D4D"/>
                          <w:sz w:val="28"/>
                          <w:szCs w:val="28"/>
                        </w:rPr>
                        <w:t xml:space="preserve">Department of Computer Science &amp; Engineering (AI &amp; ML) at VIT Pune—a dynamic and </w:t>
                      </w:r>
                      <w:proofErr w:type="gramStart"/>
                      <w:r w:rsidRPr="007B2529">
                        <w:rPr>
                          <w:rFonts w:ascii="Times New Roman" w:eastAsia="Times New Roman" w:hAnsi="Times New Roman" w:cs="Times New Roman"/>
                          <w:color w:val="4D4D4D"/>
                          <w:sz w:val="28"/>
                          <w:szCs w:val="28"/>
                        </w:rPr>
                        <w:t>forward looking</w:t>
                      </w:r>
                      <w:proofErr w:type="gramEnd"/>
                      <w:r w:rsidRPr="007B2529">
                        <w:rPr>
                          <w:rFonts w:ascii="Times New Roman" w:eastAsia="Times New Roman" w:hAnsi="Times New Roman" w:cs="Times New Roman"/>
                          <w:color w:val="4D4D4D"/>
                          <w:sz w:val="28"/>
                          <w:szCs w:val="28"/>
                        </w:rPr>
                        <w:t xml:space="preserve"> program established in 2022 designed to empower tomorrow’s innovators. We pride ourselves on a state of the art learning environment, including cutting-edge laboratories, hardware accelerators, and industry-grade software tools that enrich both academic and research pursuits.</w:t>
                      </w:r>
                    </w:p>
                    <w:p w14:paraId="74559F44" w14:textId="77777777" w:rsidR="007B2529" w:rsidRPr="007B2529" w:rsidRDefault="007B2529" w:rsidP="007B2529">
                      <w:pPr>
                        <w:shd w:val="clear" w:color="auto" w:fill="DBE5F1" w:themeFill="accent1" w:themeFillTint="33"/>
                        <w:spacing w:before="100" w:beforeAutospacing="1" w:after="100" w:afterAutospacing="1" w:line="240" w:lineRule="auto"/>
                        <w:rPr>
                          <w:rFonts w:ascii="Times New Roman" w:eastAsia="Times New Roman" w:hAnsi="Times New Roman" w:cs="Times New Roman"/>
                          <w:color w:val="212529"/>
                          <w:sz w:val="28"/>
                          <w:szCs w:val="28"/>
                        </w:rPr>
                      </w:pPr>
                      <w:r w:rsidRPr="007B2529">
                        <w:rPr>
                          <w:rFonts w:ascii="Times New Roman" w:eastAsia="Times New Roman" w:hAnsi="Times New Roman" w:cs="Times New Roman"/>
                          <w:color w:val="212529"/>
                          <w:sz w:val="28"/>
                          <w:szCs w:val="28"/>
                        </w:rPr>
                        <w:t xml:space="preserve">CSE (AI &amp; ML) department thrives on excellence—our students have brought laurels by securing top positions in hackathons, reflecting their technical depth and creative problem-solving skills. Beyond competitions, they are building impactful solutions through capstone projects, research projects, and internships that drive real-world impact. Faculty members, with diverse expertise in Computer Engineering core subjects, ML, AI, deep learning, blockchain, Gen AI and cloud computing, maintain active engagement through research publications, guest lectures, and </w:t>
                      </w:r>
                      <w:proofErr w:type="gramStart"/>
                      <w:r w:rsidRPr="007B2529">
                        <w:rPr>
                          <w:rFonts w:ascii="Times New Roman" w:eastAsia="Times New Roman" w:hAnsi="Times New Roman" w:cs="Times New Roman"/>
                          <w:color w:val="212529"/>
                          <w:sz w:val="28"/>
                          <w:szCs w:val="28"/>
                        </w:rPr>
                        <w:t>workshops .</w:t>
                      </w:r>
                      <w:proofErr w:type="gramEnd"/>
                    </w:p>
                    <w:p w14:paraId="53510B0B" w14:textId="51408271" w:rsidR="00A4612A" w:rsidRPr="006E0507" w:rsidRDefault="00A4612A" w:rsidP="00A4612A">
                      <w:pPr>
                        <w:shd w:val="clear" w:color="auto" w:fill="DAEEF3" w:themeFill="accent5" w:themeFillTint="33"/>
                        <w:jc w:val="both"/>
                        <w:rPr>
                          <w:rFonts w:ascii="Times New Roman" w:hAnsi="Times New Roman" w:cs="Times New Roman"/>
                          <w:b/>
                          <w:bCs/>
                          <w:color w:val="000000" w:themeColor="text1"/>
                        </w:rPr>
                      </w:pPr>
                    </w:p>
                  </w:txbxContent>
                </v:textbox>
                <w10:wrap anchorx="margin"/>
              </v:rect>
            </w:pict>
          </mc:Fallback>
        </mc:AlternateContent>
      </w:r>
      <w:r w:rsidR="00A54D04">
        <w:br w:type="page"/>
      </w:r>
    </w:p>
    <w:p w14:paraId="682ABD48" w14:textId="5E4935E6" w:rsidR="00A54D04" w:rsidRDefault="00BD416E">
      <w:pPr>
        <w:rPr>
          <w:rFonts w:ascii="Times New Roman" w:hAnsi="Times New Roman" w:cs="Times New Roman"/>
          <w:b/>
          <w:bCs/>
          <w:sz w:val="52"/>
          <w:szCs w:val="52"/>
        </w:rPr>
      </w:pPr>
      <w:r w:rsidRPr="00BD416E">
        <w:rPr>
          <w:b/>
          <w:bCs/>
          <w:noProof/>
          <w:color w:val="0080FF"/>
          <w:sz w:val="96"/>
          <w:szCs w:val="96"/>
        </w:rPr>
        <w:lastRenderedPageBreak/>
        <w:drawing>
          <wp:anchor distT="0" distB="0" distL="114300" distR="114300" simplePos="0" relativeHeight="251661312" behindDoc="1" locked="0" layoutInCell="1" allowOverlap="1" wp14:anchorId="63AD6F7F" wp14:editId="2B66D709">
            <wp:simplePos x="0" y="0"/>
            <wp:positionH relativeFrom="column">
              <wp:posOffset>-276225</wp:posOffset>
            </wp:positionH>
            <wp:positionV relativeFrom="paragraph">
              <wp:posOffset>0</wp:posOffset>
            </wp:positionV>
            <wp:extent cx="1997710" cy="2019300"/>
            <wp:effectExtent l="0" t="0" r="2540" b="0"/>
            <wp:wrapTight wrapText="bothSides">
              <wp:wrapPolygon edited="0">
                <wp:start x="0" y="0"/>
                <wp:lineTo x="0" y="21396"/>
                <wp:lineTo x="21421" y="21396"/>
                <wp:lineTo x="21421"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771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p w14:paraId="4FCD6CA9" w14:textId="77777777" w:rsidR="00BD416E" w:rsidRDefault="00BD416E">
      <w:pPr>
        <w:rPr>
          <w:rFonts w:ascii="Times New Roman" w:hAnsi="Times New Roman" w:cs="Times New Roman"/>
          <w:b/>
          <w:bCs/>
          <w:sz w:val="52"/>
          <w:szCs w:val="52"/>
        </w:rPr>
      </w:pPr>
    </w:p>
    <w:p w14:paraId="0B1D4CA4" w14:textId="77777777" w:rsidR="00BD416E" w:rsidRDefault="00BD416E">
      <w:pPr>
        <w:rPr>
          <w:rFonts w:ascii="Times New Roman" w:hAnsi="Times New Roman" w:cs="Times New Roman"/>
          <w:b/>
          <w:bCs/>
          <w:sz w:val="52"/>
          <w:szCs w:val="52"/>
        </w:rPr>
      </w:pPr>
    </w:p>
    <w:p w14:paraId="7100DF7A" w14:textId="77777777" w:rsidR="00E24CF5" w:rsidRDefault="00E24CF5">
      <w:pPr>
        <w:rPr>
          <w:rFonts w:ascii="Times New Roman" w:hAnsi="Times New Roman" w:cs="Times New Roman"/>
          <w:b/>
          <w:bCs/>
          <w:sz w:val="52"/>
          <w:szCs w:val="52"/>
        </w:rPr>
      </w:pPr>
    </w:p>
    <w:p w14:paraId="0CED6F9A" w14:textId="2354384E" w:rsidR="00BD416E" w:rsidRDefault="00BD416E">
      <w:pPr>
        <w:rPr>
          <w:rFonts w:ascii="Times New Roman" w:hAnsi="Times New Roman" w:cs="Times New Roman"/>
          <w:b/>
          <w:bCs/>
          <w:sz w:val="52"/>
          <w:szCs w:val="52"/>
        </w:rPr>
      </w:pPr>
      <w:r>
        <w:rPr>
          <w:rFonts w:ascii="Times New Roman" w:hAnsi="Times New Roman" w:cs="Times New Roman"/>
          <w:b/>
          <w:bCs/>
          <w:sz w:val="52"/>
          <w:szCs w:val="52"/>
        </w:rPr>
        <w:t xml:space="preserve">     </w:t>
      </w:r>
    </w:p>
    <w:p w14:paraId="53198534" w14:textId="600B6D91" w:rsidR="0027197A" w:rsidRPr="006E0507" w:rsidRDefault="00BD416E" w:rsidP="008C171C">
      <w:pPr>
        <w:shd w:val="clear" w:color="auto" w:fill="8DB3E2" w:themeFill="text2" w:themeFillTint="66"/>
        <w:rPr>
          <w:rFonts w:ascii="Times New Roman" w:hAnsi="Times New Roman" w:cs="Times New Roman"/>
          <w:b/>
          <w:bCs/>
          <w:sz w:val="52"/>
          <w:szCs w:val="52"/>
        </w:rPr>
      </w:pPr>
      <w:r>
        <w:rPr>
          <w:rFonts w:ascii="Times New Roman" w:hAnsi="Times New Roman" w:cs="Times New Roman"/>
          <w:b/>
          <w:bCs/>
          <w:sz w:val="52"/>
          <w:szCs w:val="52"/>
        </w:rPr>
        <w:t xml:space="preserve">          </w:t>
      </w:r>
      <w:r w:rsidRPr="00BD416E">
        <w:rPr>
          <w:rFonts w:ascii="Times New Roman" w:hAnsi="Times New Roman" w:cs="Times New Roman"/>
          <w:b/>
          <w:bCs/>
          <w:sz w:val="72"/>
          <w:szCs w:val="72"/>
        </w:rPr>
        <w:t xml:space="preserve">Student </w:t>
      </w:r>
      <w:r w:rsidR="00AC0464">
        <w:rPr>
          <w:rFonts w:ascii="Times New Roman" w:hAnsi="Times New Roman" w:cs="Times New Roman"/>
          <w:b/>
          <w:bCs/>
          <w:sz w:val="72"/>
          <w:szCs w:val="72"/>
        </w:rPr>
        <w:t>Internship</w:t>
      </w:r>
      <w:r w:rsidR="004C6D45">
        <w:rPr>
          <w:rFonts w:ascii="Times New Roman" w:hAnsi="Times New Roman" w:cs="Times New Roman"/>
          <w:b/>
          <w:bCs/>
          <w:sz w:val="72"/>
          <w:szCs w:val="72"/>
        </w:rPr>
        <w:t>’s</w:t>
      </w:r>
    </w:p>
    <w:p w14:paraId="3E7C38EC" w14:textId="77777777" w:rsidR="00E24CF5" w:rsidRDefault="00E24CF5" w:rsidP="00911534">
      <w:r>
        <w:t xml:space="preserve">                           </w:t>
      </w:r>
    </w:p>
    <w:p w14:paraId="5DE395AF" w14:textId="3A4222A1" w:rsidR="00E24CF5" w:rsidRDefault="00E24CF5" w:rsidP="00911534">
      <w:r>
        <w:t xml:space="preserve">                              </w:t>
      </w:r>
    </w:p>
    <w:p w14:paraId="16375947" w14:textId="1C703633" w:rsidR="00AC0464" w:rsidRDefault="00AC0464" w:rsidP="00911534"/>
    <w:p w14:paraId="17DBF52F" w14:textId="6C59B775" w:rsidR="00AC0464" w:rsidRDefault="00AC0464" w:rsidP="00911534"/>
    <w:p w14:paraId="48DFE3DD" w14:textId="50355F8A" w:rsidR="00AC0464" w:rsidRDefault="00AC0464" w:rsidP="00911534"/>
    <w:p w14:paraId="2A9F0B33" w14:textId="327D63BE" w:rsidR="00AC0464" w:rsidRDefault="00AC0464" w:rsidP="00911534"/>
    <w:p w14:paraId="0F683D0E" w14:textId="2CFAEB13" w:rsidR="00AC0464" w:rsidRDefault="00AC0464" w:rsidP="00911534"/>
    <w:p w14:paraId="3118F917" w14:textId="2618C23F" w:rsidR="00AC0464" w:rsidRDefault="00AC0464" w:rsidP="00911534"/>
    <w:p w14:paraId="1EE0AB07" w14:textId="2C0DF19A" w:rsidR="00AC0464" w:rsidRDefault="00AC0464" w:rsidP="00911534"/>
    <w:p w14:paraId="2DFA746B" w14:textId="7C50EDAE" w:rsidR="00AC0464" w:rsidRDefault="00AC0464" w:rsidP="00911534"/>
    <w:p w14:paraId="47BB30FC" w14:textId="7353084A" w:rsidR="00AC0464" w:rsidRDefault="00AC0464" w:rsidP="00911534"/>
    <w:p w14:paraId="5371E96E" w14:textId="54150630" w:rsidR="00AC0464" w:rsidRDefault="00AC0464" w:rsidP="00911534"/>
    <w:p w14:paraId="459B487D" w14:textId="7138B035" w:rsidR="00AC0464" w:rsidRDefault="00AC0464" w:rsidP="00911534"/>
    <w:p w14:paraId="26CCE86D" w14:textId="1DFD6B27" w:rsidR="00AC0464" w:rsidRDefault="00AC0464" w:rsidP="00911534"/>
    <w:p w14:paraId="0784045D" w14:textId="1B5DB08E" w:rsidR="00AC0464" w:rsidRPr="00AC0464" w:rsidRDefault="00AC0464" w:rsidP="00AC0464">
      <w:pPr>
        <w:spacing w:before="100" w:beforeAutospacing="1" w:after="100" w:afterAutospacing="1" w:line="240" w:lineRule="auto"/>
        <w:rPr>
          <w:rFonts w:ascii="Times New Roman" w:eastAsia="Times New Roman" w:hAnsi="Times New Roman" w:cs="Times New Roman"/>
          <w:szCs w:val="24"/>
        </w:rPr>
      </w:pPr>
      <w:r w:rsidRPr="00AC0464">
        <w:rPr>
          <w:rFonts w:ascii="Times New Roman" w:eastAsia="Times New Roman" w:hAnsi="Times New Roman" w:cs="Times New Roman"/>
          <w:noProof/>
          <w:szCs w:val="24"/>
        </w:rPr>
        <w:lastRenderedPageBreak/>
        <w:drawing>
          <wp:inline distT="0" distB="0" distL="0" distR="0" wp14:anchorId="16AD0ACC" wp14:editId="531F73CA">
            <wp:extent cx="5486400" cy="601027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6010275"/>
                    </a:xfrm>
                    <a:prstGeom prst="rect">
                      <a:avLst/>
                    </a:prstGeom>
                    <a:noFill/>
                    <a:ln>
                      <a:noFill/>
                    </a:ln>
                  </pic:spPr>
                </pic:pic>
              </a:graphicData>
            </a:graphic>
          </wp:inline>
        </w:drawing>
      </w:r>
    </w:p>
    <w:p w14:paraId="5C2FAFD7" w14:textId="320E1D43" w:rsidR="00AC0464" w:rsidRPr="00AC0464" w:rsidRDefault="00AC0464" w:rsidP="00AC0464">
      <w:pPr>
        <w:spacing w:before="100" w:beforeAutospacing="1" w:after="100" w:afterAutospacing="1" w:line="240" w:lineRule="auto"/>
        <w:rPr>
          <w:rFonts w:ascii="Times New Roman" w:eastAsia="Times New Roman" w:hAnsi="Times New Roman" w:cs="Times New Roman"/>
          <w:szCs w:val="24"/>
        </w:rPr>
      </w:pPr>
      <w:r w:rsidRPr="00AC0464">
        <w:rPr>
          <w:rFonts w:ascii="Times New Roman" w:eastAsia="Times New Roman" w:hAnsi="Times New Roman" w:cs="Times New Roman"/>
          <w:noProof/>
          <w:szCs w:val="24"/>
        </w:rPr>
        <w:lastRenderedPageBreak/>
        <w:drawing>
          <wp:inline distT="0" distB="0" distL="0" distR="0" wp14:anchorId="330EDC8C" wp14:editId="744AF597">
            <wp:extent cx="5486400" cy="40386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4038600"/>
                    </a:xfrm>
                    <a:prstGeom prst="rect">
                      <a:avLst/>
                    </a:prstGeom>
                    <a:noFill/>
                    <a:ln>
                      <a:noFill/>
                    </a:ln>
                  </pic:spPr>
                </pic:pic>
              </a:graphicData>
            </a:graphic>
          </wp:inline>
        </w:drawing>
      </w:r>
    </w:p>
    <w:p w14:paraId="5C29547D" w14:textId="3983309D" w:rsidR="00AC0464" w:rsidRPr="00AC0464" w:rsidRDefault="00AC0464" w:rsidP="00AC0464">
      <w:pPr>
        <w:spacing w:before="100" w:beforeAutospacing="1" w:after="100" w:afterAutospacing="1" w:line="240" w:lineRule="auto"/>
        <w:rPr>
          <w:rFonts w:ascii="Times New Roman" w:eastAsia="Times New Roman" w:hAnsi="Times New Roman" w:cs="Times New Roman"/>
          <w:szCs w:val="24"/>
        </w:rPr>
      </w:pPr>
      <w:r w:rsidRPr="00AC0464">
        <w:rPr>
          <w:rFonts w:ascii="Times New Roman" w:eastAsia="Times New Roman" w:hAnsi="Times New Roman" w:cs="Times New Roman"/>
          <w:noProof/>
          <w:szCs w:val="24"/>
        </w:rPr>
        <w:lastRenderedPageBreak/>
        <w:drawing>
          <wp:inline distT="0" distB="0" distL="0" distR="0" wp14:anchorId="2AFD8D7A" wp14:editId="63F1D79E">
            <wp:extent cx="4381500" cy="500062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81500" cy="5000625"/>
                    </a:xfrm>
                    <a:prstGeom prst="rect">
                      <a:avLst/>
                    </a:prstGeom>
                    <a:noFill/>
                    <a:ln>
                      <a:noFill/>
                    </a:ln>
                  </pic:spPr>
                </pic:pic>
              </a:graphicData>
            </a:graphic>
          </wp:inline>
        </w:drawing>
      </w:r>
    </w:p>
    <w:p w14:paraId="5CE57A31" w14:textId="3C0BC2AD" w:rsidR="00AC0464" w:rsidRDefault="00AC0464" w:rsidP="00AC0464">
      <w:pPr>
        <w:spacing w:before="100" w:beforeAutospacing="1" w:after="100" w:afterAutospacing="1" w:line="240" w:lineRule="auto"/>
        <w:rPr>
          <w:rFonts w:ascii="Times New Roman" w:eastAsia="Times New Roman" w:hAnsi="Times New Roman" w:cs="Times New Roman"/>
          <w:szCs w:val="24"/>
        </w:rPr>
      </w:pPr>
      <w:r w:rsidRPr="00AC0464">
        <w:rPr>
          <w:rFonts w:ascii="Times New Roman" w:eastAsia="Times New Roman" w:hAnsi="Times New Roman" w:cs="Times New Roman"/>
          <w:noProof/>
          <w:szCs w:val="24"/>
        </w:rPr>
        <w:lastRenderedPageBreak/>
        <w:drawing>
          <wp:inline distT="0" distB="0" distL="0" distR="0" wp14:anchorId="002314E6" wp14:editId="540C1B7E">
            <wp:extent cx="4714875" cy="3695700"/>
            <wp:effectExtent l="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14875" cy="3695700"/>
                    </a:xfrm>
                    <a:prstGeom prst="rect">
                      <a:avLst/>
                    </a:prstGeom>
                    <a:noFill/>
                    <a:ln>
                      <a:noFill/>
                    </a:ln>
                  </pic:spPr>
                </pic:pic>
              </a:graphicData>
            </a:graphic>
          </wp:inline>
        </w:drawing>
      </w:r>
    </w:p>
    <w:p w14:paraId="7B343BE0" w14:textId="6DDF7C06" w:rsidR="005674E0" w:rsidRPr="005674E0" w:rsidRDefault="005674E0" w:rsidP="005674E0">
      <w:pPr>
        <w:spacing w:before="100" w:beforeAutospacing="1" w:after="100" w:afterAutospacing="1" w:line="240" w:lineRule="auto"/>
        <w:rPr>
          <w:rFonts w:ascii="Times New Roman" w:eastAsia="Times New Roman" w:hAnsi="Times New Roman" w:cs="Times New Roman"/>
          <w:szCs w:val="24"/>
        </w:rPr>
      </w:pPr>
      <w:r w:rsidRPr="005674E0">
        <w:rPr>
          <w:rFonts w:ascii="Times New Roman" w:eastAsia="Times New Roman" w:hAnsi="Times New Roman" w:cs="Times New Roman"/>
          <w:noProof/>
          <w:szCs w:val="24"/>
        </w:rPr>
        <w:lastRenderedPageBreak/>
        <w:drawing>
          <wp:inline distT="0" distB="0" distL="0" distR="0" wp14:anchorId="07845818" wp14:editId="19F1D75B">
            <wp:extent cx="5486400" cy="6811645"/>
            <wp:effectExtent l="0" t="0" r="0" b="825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6811645"/>
                    </a:xfrm>
                    <a:prstGeom prst="rect">
                      <a:avLst/>
                    </a:prstGeom>
                    <a:noFill/>
                    <a:ln>
                      <a:noFill/>
                    </a:ln>
                  </pic:spPr>
                </pic:pic>
              </a:graphicData>
            </a:graphic>
          </wp:inline>
        </w:drawing>
      </w:r>
    </w:p>
    <w:p w14:paraId="78546457" w14:textId="4E650089" w:rsidR="00AC0464" w:rsidRPr="00AC0464" w:rsidRDefault="00AC0464" w:rsidP="00AC0464">
      <w:pPr>
        <w:pStyle w:val="NormalWeb"/>
      </w:pPr>
      <w:r>
        <w:rPr>
          <w:noProof/>
        </w:rPr>
        <w:lastRenderedPageBreak/>
        <mc:AlternateContent>
          <mc:Choice Requires="wps">
            <w:drawing>
              <wp:inline distT="0" distB="0" distL="0" distR="0" wp14:anchorId="519D6A55" wp14:editId="099BC02C">
                <wp:extent cx="304800" cy="304800"/>
                <wp:effectExtent l="0" t="0" r="0" b="0"/>
                <wp:docPr id="151" name="Rectangle 151" descr="Congratulation to Devashish Kanhere, Finsl year CSE-AI&amp;ML for the selection in BlackRock (Mumbai) for internship. 💐💐&#10;Role :- Aladdin Data Intern( stipend:-50000 , ppo :-18lpa)&#10;Internship Duration:- 6 Month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99E514" id="Rectangle 151" o:spid="_x0000_s1026" alt="Congratulation to Devashish Kanhere, Finsl year CSE-AI&amp;ML for the selection in BlackRock (Mumbai) for internship. 💐💐&#10;Role :- Aladdin Data Intern( stipend:-50000 , ppo :-18lpa)&#10;Internship Duration:- 6 Month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&#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M3r0G5ICAACyBAAADgAAAAAAAAAAAAAAAAAuAgAAZHJzL2Uyb0RvYy54bWxQSwECLQAU&#10;AAYACAAAACEATKDpLNgAAAADAQAADwAAAAAAAAAAAAAAAADsBAAAZHJzL2Rvd25yZXYueG1sUEsF&#10;BgAAAAAEAAQA8wAAAPEFAAAAAA==&#10;" filled="f" stroked="f">
                <o:lock v:ext="edit" aspectratio="t"/>
                <w10:anchorlock/>
              </v:rect>
            </w:pict>
          </mc:Fallback>
        </mc:AlternateContent>
      </w:r>
      <w:r w:rsidRPr="00AC0464">
        <w:rPr>
          <w:noProof/>
        </w:rPr>
        <w:drawing>
          <wp:inline distT="0" distB="0" distL="0" distR="0" wp14:anchorId="7D31BE09" wp14:editId="3733843E">
            <wp:extent cx="5486400" cy="41148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1EF13FE" w14:textId="589A4E39" w:rsidR="00AC0464" w:rsidRDefault="00AC0464" w:rsidP="00AC0464"/>
    <w:p w14:paraId="78AA5DD7" w14:textId="77777777" w:rsidR="00AC0464" w:rsidRDefault="00AC0464" w:rsidP="00AC0464">
      <w:r>
        <w:t xml:space="preserve">Congratulation to Devashish Kanhere, </w:t>
      </w:r>
      <w:proofErr w:type="spellStart"/>
      <w:r>
        <w:t>Finsl</w:t>
      </w:r>
      <w:proofErr w:type="spellEnd"/>
      <w:r>
        <w:t xml:space="preserve"> year CSE-AI&amp;ML for the selection in BlackRock (Mumbai) for internship. </w:t>
      </w:r>
      <w:r>
        <w:rPr>
          <w:rFonts w:ascii="Segoe UI Emoji" w:hAnsi="Segoe UI Emoji" w:cs="Segoe UI Emoji"/>
        </w:rPr>
        <w:t>💐💐</w:t>
      </w:r>
    </w:p>
    <w:p w14:paraId="3ADEEAD4" w14:textId="77777777" w:rsidR="00AC0464" w:rsidRDefault="00AC0464" w:rsidP="00AC0464">
      <w:proofErr w:type="gramStart"/>
      <w:r>
        <w:t>Role :</w:t>
      </w:r>
      <w:proofErr w:type="gramEnd"/>
      <w:r>
        <w:t xml:space="preserve">- Aladdin Data Intern( stipend:-50000 , </w:t>
      </w:r>
      <w:proofErr w:type="spellStart"/>
      <w:r>
        <w:t>ppo</w:t>
      </w:r>
      <w:proofErr w:type="spellEnd"/>
      <w:r>
        <w:t xml:space="preserve"> :-18lpa)</w:t>
      </w:r>
    </w:p>
    <w:p w14:paraId="7D8D7CC4" w14:textId="14E3AC3F" w:rsidR="00AC0464" w:rsidRDefault="00AC0464" w:rsidP="00AC0464">
      <w:r>
        <w:t xml:space="preserve">Internship </w:t>
      </w:r>
      <w:proofErr w:type="gramStart"/>
      <w:r>
        <w:t>Duration:-</w:t>
      </w:r>
      <w:proofErr w:type="gramEnd"/>
      <w:r>
        <w:t xml:space="preserve"> 6 Months.</w:t>
      </w:r>
    </w:p>
    <w:p w14:paraId="506579A1" w14:textId="5FF7F698" w:rsidR="00AC0464" w:rsidRDefault="00AC0464" w:rsidP="00911534"/>
    <w:p w14:paraId="6D3BF375" w14:textId="2FF7BA6E" w:rsidR="00AC0464" w:rsidRDefault="00AC0464" w:rsidP="00AC0464"/>
    <w:p w14:paraId="74D668CA" w14:textId="0067BAE4" w:rsidR="00AC0464" w:rsidRDefault="00AC0464" w:rsidP="00AC0464"/>
    <w:p w14:paraId="4AA1D972" w14:textId="15DB07EB" w:rsidR="00AC0464" w:rsidRDefault="00AC0464" w:rsidP="00AC0464"/>
    <w:p w14:paraId="0ECB8330" w14:textId="77777777" w:rsidR="008B14D1" w:rsidRDefault="008B14D1" w:rsidP="00AC0464"/>
    <w:p w14:paraId="38DAF7A8" w14:textId="435BC70A" w:rsidR="00AC0464" w:rsidRDefault="00AC0464" w:rsidP="00911534"/>
    <w:p w14:paraId="32EFB0C3" w14:textId="305CF26C" w:rsidR="00AC0464" w:rsidRDefault="00AC0464" w:rsidP="00911534"/>
    <w:p w14:paraId="65F85B37" w14:textId="77777777" w:rsidR="00AC0464" w:rsidRDefault="00AC0464" w:rsidP="00AC0464">
      <w:pPr>
        <w:rPr>
          <w:rFonts w:ascii="Times New Roman" w:hAnsi="Times New Roman" w:cs="Times New Roman"/>
          <w:b/>
          <w:bCs/>
          <w:sz w:val="52"/>
          <w:szCs w:val="52"/>
        </w:rPr>
      </w:pPr>
      <w:r w:rsidRPr="00BD416E">
        <w:rPr>
          <w:b/>
          <w:bCs/>
          <w:noProof/>
          <w:color w:val="0080FF"/>
          <w:sz w:val="96"/>
          <w:szCs w:val="96"/>
        </w:rPr>
        <w:drawing>
          <wp:anchor distT="0" distB="0" distL="114300" distR="114300" simplePos="0" relativeHeight="251670528" behindDoc="1" locked="0" layoutInCell="1" allowOverlap="1" wp14:anchorId="7DC9A078" wp14:editId="3B1E1BDF">
            <wp:simplePos x="0" y="0"/>
            <wp:positionH relativeFrom="column">
              <wp:posOffset>-276225</wp:posOffset>
            </wp:positionH>
            <wp:positionV relativeFrom="paragraph">
              <wp:posOffset>0</wp:posOffset>
            </wp:positionV>
            <wp:extent cx="1997710" cy="2019300"/>
            <wp:effectExtent l="0" t="0" r="2540" b="0"/>
            <wp:wrapTight wrapText="bothSides">
              <wp:wrapPolygon edited="0">
                <wp:start x="0" y="0"/>
                <wp:lineTo x="0" y="21396"/>
                <wp:lineTo x="21421" y="21396"/>
                <wp:lineTo x="21421" y="0"/>
                <wp:lineTo x="0" y="0"/>
              </wp:wrapPolygon>
            </wp:wrapTight>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771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p w14:paraId="03D03D01" w14:textId="77777777" w:rsidR="00AC0464" w:rsidRDefault="00AC0464" w:rsidP="00AC0464">
      <w:pPr>
        <w:rPr>
          <w:rFonts w:ascii="Times New Roman" w:hAnsi="Times New Roman" w:cs="Times New Roman"/>
          <w:b/>
          <w:bCs/>
          <w:sz w:val="52"/>
          <w:szCs w:val="52"/>
        </w:rPr>
      </w:pPr>
    </w:p>
    <w:p w14:paraId="66C0F1AE" w14:textId="77777777" w:rsidR="00AC0464" w:rsidRDefault="00AC0464" w:rsidP="00AC0464">
      <w:pPr>
        <w:rPr>
          <w:rFonts w:ascii="Times New Roman" w:hAnsi="Times New Roman" w:cs="Times New Roman"/>
          <w:b/>
          <w:bCs/>
          <w:sz w:val="52"/>
          <w:szCs w:val="52"/>
        </w:rPr>
      </w:pPr>
    </w:p>
    <w:p w14:paraId="13048165" w14:textId="77777777" w:rsidR="00AC0464" w:rsidRDefault="00AC0464" w:rsidP="00AC0464">
      <w:pPr>
        <w:rPr>
          <w:rFonts w:ascii="Times New Roman" w:hAnsi="Times New Roman" w:cs="Times New Roman"/>
          <w:b/>
          <w:bCs/>
          <w:sz w:val="52"/>
          <w:szCs w:val="52"/>
        </w:rPr>
      </w:pPr>
    </w:p>
    <w:p w14:paraId="2EE4C9B9" w14:textId="77777777" w:rsidR="00AC0464" w:rsidRDefault="00AC0464" w:rsidP="00AC0464">
      <w:pPr>
        <w:rPr>
          <w:rFonts w:ascii="Times New Roman" w:hAnsi="Times New Roman" w:cs="Times New Roman"/>
          <w:b/>
          <w:bCs/>
          <w:sz w:val="52"/>
          <w:szCs w:val="52"/>
        </w:rPr>
      </w:pPr>
      <w:r>
        <w:rPr>
          <w:rFonts w:ascii="Times New Roman" w:hAnsi="Times New Roman" w:cs="Times New Roman"/>
          <w:b/>
          <w:bCs/>
          <w:sz w:val="52"/>
          <w:szCs w:val="52"/>
        </w:rPr>
        <w:t xml:space="preserve">     </w:t>
      </w:r>
    </w:p>
    <w:p w14:paraId="1A1B835E" w14:textId="77777777" w:rsidR="00AC0464" w:rsidRPr="006E0507" w:rsidRDefault="00AC0464" w:rsidP="00AC0464">
      <w:pPr>
        <w:shd w:val="clear" w:color="auto" w:fill="8DB3E2" w:themeFill="text2" w:themeFillTint="66"/>
        <w:rPr>
          <w:rFonts w:ascii="Times New Roman" w:hAnsi="Times New Roman" w:cs="Times New Roman"/>
          <w:b/>
          <w:bCs/>
          <w:sz w:val="52"/>
          <w:szCs w:val="52"/>
        </w:rPr>
      </w:pPr>
      <w:r>
        <w:rPr>
          <w:rFonts w:ascii="Times New Roman" w:hAnsi="Times New Roman" w:cs="Times New Roman"/>
          <w:b/>
          <w:bCs/>
          <w:sz w:val="52"/>
          <w:szCs w:val="52"/>
        </w:rPr>
        <w:t xml:space="preserve">          </w:t>
      </w:r>
      <w:r w:rsidRPr="00BD416E">
        <w:rPr>
          <w:rFonts w:ascii="Times New Roman" w:hAnsi="Times New Roman" w:cs="Times New Roman"/>
          <w:b/>
          <w:bCs/>
          <w:sz w:val="72"/>
          <w:szCs w:val="72"/>
        </w:rPr>
        <w:t>Student Club Activities</w:t>
      </w:r>
    </w:p>
    <w:p w14:paraId="2C8B79BA" w14:textId="77777777" w:rsidR="00AC0464" w:rsidRDefault="00AC0464" w:rsidP="00AC0464">
      <w:r>
        <w:t xml:space="preserve">                           </w:t>
      </w:r>
    </w:p>
    <w:p w14:paraId="78CCDAF1" w14:textId="77777777" w:rsidR="00AC0464" w:rsidRDefault="00AC0464" w:rsidP="00911534"/>
    <w:p w14:paraId="2DE58BC4" w14:textId="77777777" w:rsidR="00E24CF5" w:rsidRDefault="00E24CF5" w:rsidP="00911534"/>
    <w:p w14:paraId="71DCE4E0" w14:textId="77777777" w:rsidR="00E24CF5" w:rsidRDefault="00E24CF5" w:rsidP="00911534"/>
    <w:p w14:paraId="79120AA2" w14:textId="77777777" w:rsidR="00E24CF5" w:rsidRDefault="00E24CF5" w:rsidP="00911534"/>
    <w:p w14:paraId="55EEF86C" w14:textId="77777777" w:rsidR="00E24CF5" w:rsidRDefault="00E24CF5" w:rsidP="00911534"/>
    <w:p w14:paraId="32BBBB4A" w14:textId="77777777" w:rsidR="00E24CF5" w:rsidRDefault="00E24CF5" w:rsidP="00911534"/>
    <w:p w14:paraId="72B07C3B" w14:textId="77777777" w:rsidR="00E24CF5" w:rsidRDefault="00E24CF5" w:rsidP="00911534"/>
    <w:p w14:paraId="0B9A5BDC" w14:textId="77777777" w:rsidR="00E24CF5" w:rsidRDefault="00E24CF5" w:rsidP="00911534"/>
    <w:p w14:paraId="3989A050" w14:textId="77777777" w:rsidR="00E24CF5" w:rsidRDefault="00E24CF5" w:rsidP="00911534"/>
    <w:p w14:paraId="494AA30F" w14:textId="77777777" w:rsidR="00E24CF5" w:rsidRDefault="00E24CF5" w:rsidP="00911534"/>
    <w:p w14:paraId="6F328473" w14:textId="77777777" w:rsidR="00E24CF5" w:rsidRDefault="00E24CF5" w:rsidP="00911534"/>
    <w:p w14:paraId="074FCA78" w14:textId="77777777" w:rsidR="00E24CF5" w:rsidRDefault="00E24CF5" w:rsidP="00911534"/>
    <w:p w14:paraId="60750DAA" w14:textId="77777777" w:rsidR="00E24CF5" w:rsidRDefault="00E24CF5" w:rsidP="00911534"/>
    <w:p w14:paraId="29A3B0C0" w14:textId="77777777" w:rsidR="00B62B2C" w:rsidRDefault="00E24CF5" w:rsidP="008C171C">
      <w:pPr>
        <w:shd w:val="clear" w:color="auto" w:fill="8DB3E2" w:themeFill="text2" w:themeFillTint="66"/>
      </w:pPr>
      <w:r>
        <w:t xml:space="preserve">            </w:t>
      </w:r>
    </w:p>
    <w:p w14:paraId="4B28472D" w14:textId="2FD62A77" w:rsidR="00955F31" w:rsidRDefault="00B62B2C" w:rsidP="008C171C">
      <w:pPr>
        <w:shd w:val="clear" w:color="auto" w:fill="8DB3E2" w:themeFill="text2" w:themeFillTint="66"/>
        <w:rPr>
          <w:b/>
          <w:bCs/>
          <w:sz w:val="32"/>
          <w:szCs w:val="32"/>
        </w:rPr>
      </w:pPr>
      <w:r>
        <w:t xml:space="preserve">         </w:t>
      </w:r>
      <w:r w:rsidR="00E24CF5" w:rsidRPr="00E24CF5">
        <w:rPr>
          <w:b/>
          <w:bCs/>
          <w:sz w:val="32"/>
          <w:szCs w:val="32"/>
        </w:rPr>
        <w:t>VODAFONE FULL STACK DEVELOPMENT</w:t>
      </w:r>
      <w:r w:rsidR="00E24CF5">
        <w:rPr>
          <w:b/>
          <w:bCs/>
          <w:sz w:val="32"/>
          <w:szCs w:val="32"/>
        </w:rPr>
        <w:t xml:space="preserve"> WORKSHOP</w:t>
      </w:r>
    </w:p>
    <w:p w14:paraId="1588931F" w14:textId="77777777" w:rsidR="00955F31" w:rsidRDefault="00955F31" w:rsidP="008C171C">
      <w:pPr>
        <w:shd w:val="clear" w:color="auto" w:fill="8DB3E2" w:themeFill="text2" w:themeFillTint="66"/>
        <w:rPr>
          <w:b/>
          <w:bCs/>
          <w:sz w:val="32"/>
          <w:szCs w:val="32"/>
        </w:rPr>
      </w:pPr>
    </w:p>
    <w:p w14:paraId="21E61E4F" w14:textId="4AEFB0D1" w:rsidR="0010106F" w:rsidRDefault="0010106F" w:rsidP="00D953BC">
      <w:pPr>
        <w:shd w:val="clear" w:color="auto" w:fill="B8CCE4" w:themeFill="accent1" w:themeFillTint="66"/>
        <w:spacing w:line="240" w:lineRule="auto"/>
        <w:rPr>
          <w:rFonts w:ascii="Calibri" w:eastAsia="Times New Roman" w:hAnsi="Calibri" w:cs="Calibri"/>
          <w:color w:val="000000"/>
          <w:sz w:val="32"/>
          <w:szCs w:val="32"/>
        </w:rPr>
      </w:pPr>
      <w:proofErr w:type="gramStart"/>
      <w:r w:rsidRPr="0010106F">
        <w:rPr>
          <w:rFonts w:ascii="Calibri" w:eastAsia="Times New Roman" w:hAnsi="Calibri" w:cs="Calibri"/>
          <w:b/>
          <w:bCs/>
          <w:color w:val="000000"/>
          <w:sz w:val="32"/>
          <w:szCs w:val="32"/>
        </w:rPr>
        <w:t>Dates:-</w:t>
      </w:r>
      <w:proofErr w:type="gramEnd"/>
      <w:r w:rsidRPr="0010106F">
        <w:rPr>
          <w:rFonts w:ascii="Calibri" w:eastAsia="Times New Roman" w:hAnsi="Calibri" w:cs="Calibri"/>
          <w:color w:val="000000"/>
          <w:sz w:val="32"/>
          <w:szCs w:val="32"/>
        </w:rPr>
        <w:t xml:space="preserve"> </w:t>
      </w:r>
      <w:r w:rsidR="00937A0B">
        <w:rPr>
          <w:rFonts w:ascii="Calibri" w:eastAsia="Times New Roman" w:hAnsi="Calibri" w:cs="Calibri"/>
          <w:color w:val="000000"/>
          <w:sz w:val="32"/>
          <w:szCs w:val="32"/>
        </w:rPr>
        <w:t>28July 2025-1 Aug 2025</w:t>
      </w:r>
      <w:r w:rsidRPr="0010106F">
        <w:rPr>
          <w:rFonts w:ascii="Calibri" w:eastAsia="Times New Roman" w:hAnsi="Calibri" w:cs="Calibri"/>
          <w:color w:val="000000"/>
          <w:sz w:val="32"/>
          <w:szCs w:val="32"/>
        </w:rPr>
        <w:t xml:space="preserve"> (5 Days)</w:t>
      </w:r>
    </w:p>
    <w:p w14:paraId="7C484DD9" w14:textId="49F47924" w:rsidR="0010106F" w:rsidRPr="0010106F" w:rsidRDefault="00D953BC" w:rsidP="00D953BC">
      <w:pPr>
        <w:shd w:val="clear" w:color="auto" w:fill="B8CCE4" w:themeFill="accent1" w:themeFillTint="66"/>
        <w:spacing w:line="240" w:lineRule="auto"/>
        <w:rPr>
          <w:rFonts w:ascii="Times New Roman" w:eastAsia="Times New Roman" w:hAnsi="Times New Roman" w:cs="Times New Roman"/>
          <w:szCs w:val="24"/>
        </w:rPr>
      </w:pPr>
      <w:proofErr w:type="gramStart"/>
      <w:r w:rsidRPr="0010106F">
        <w:rPr>
          <w:rFonts w:ascii="Calibri" w:eastAsia="Times New Roman" w:hAnsi="Calibri" w:cs="Calibri"/>
          <w:b/>
          <w:bCs/>
          <w:color w:val="000000"/>
          <w:sz w:val="32"/>
          <w:szCs w:val="32"/>
        </w:rPr>
        <w:t>Coordinators:-</w:t>
      </w:r>
      <w:proofErr w:type="gramEnd"/>
      <w:r w:rsidRPr="0010106F">
        <w:rPr>
          <w:rFonts w:ascii="Calibri" w:eastAsia="Times New Roman" w:hAnsi="Calibri" w:cs="Calibri"/>
          <w:color w:val="000000"/>
          <w:sz w:val="32"/>
          <w:szCs w:val="32"/>
        </w:rPr>
        <w:t xml:space="preserve">  Dr. Premanand </w:t>
      </w:r>
      <w:proofErr w:type="spellStart"/>
      <w:r w:rsidRPr="0010106F">
        <w:rPr>
          <w:rFonts w:ascii="Calibri" w:eastAsia="Times New Roman" w:hAnsi="Calibri" w:cs="Calibri"/>
          <w:color w:val="000000"/>
          <w:sz w:val="32"/>
          <w:szCs w:val="32"/>
        </w:rPr>
        <w:t>Ghadekar</w:t>
      </w:r>
      <w:proofErr w:type="spellEnd"/>
    </w:p>
    <w:p w14:paraId="1425896E" w14:textId="2804DE33" w:rsidR="0010106F" w:rsidRDefault="0010106F" w:rsidP="00D953BC">
      <w:pPr>
        <w:shd w:val="clear" w:color="auto" w:fill="B8CCE4" w:themeFill="accent1" w:themeFillTint="66"/>
        <w:spacing w:line="240" w:lineRule="auto"/>
        <w:rPr>
          <w:rFonts w:ascii="Calibri" w:eastAsia="Times New Roman" w:hAnsi="Calibri" w:cs="Calibri"/>
          <w:color w:val="000000"/>
          <w:sz w:val="32"/>
          <w:szCs w:val="32"/>
        </w:rPr>
      </w:pPr>
      <w:r>
        <w:rPr>
          <w:rFonts w:ascii="Calibri" w:eastAsia="Times New Roman" w:hAnsi="Calibri" w:cs="Calibri"/>
          <w:b/>
          <w:bCs/>
          <w:color w:val="000000"/>
          <w:sz w:val="32"/>
          <w:szCs w:val="32"/>
        </w:rPr>
        <w:t xml:space="preserve">Organizing </w:t>
      </w:r>
      <w:proofErr w:type="gramStart"/>
      <w:r>
        <w:rPr>
          <w:rFonts w:ascii="Calibri" w:eastAsia="Times New Roman" w:hAnsi="Calibri" w:cs="Calibri"/>
          <w:b/>
          <w:bCs/>
          <w:color w:val="000000"/>
          <w:sz w:val="32"/>
          <w:szCs w:val="32"/>
        </w:rPr>
        <w:t>Team</w:t>
      </w:r>
      <w:r w:rsidRPr="0010106F">
        <w:rPr>
          <w:rFonts w:ascii="Calibri" w:eastAsia="Times New Roman" w:hAnsi="Calibri" w:cs="Calibri"/>
          <w:b/>
          <w:bCs/>
          <w:color w:val="000000"/>
          <w:sz w:val="32"/>
          <w:szCs w:val="32"/>
        </w:rPr>
        <w:t>:-</w:t>
      </w:r>
      <w:proofErr w:type="gramEnd"/>
      <w:r w:rsidRPr="0010106F">
        <w:rPr>
          <w:rFonts w:ascii="Calibri" w:eastAsia="Times New Roman" w:hAnsi="Calibri" w:cs="Calibri"/>
          <w:color w:val="000000"/>
          <w:sz w:val="32"/>
          <w:szCs w:val="32"/>
        </w:rPr>
        <w:t xml:space="preserve">  </w:t>
      </w:r>
      <w:proofErr w:type="spellStart"/>
      <w:r>
        <w:rPr>
          <w:rFonts w:ascii="Calibri" w:eastAsia="Times New Roman" w:hAnsi="Calibri" w:cs="Calibri"/>
          <w:color w:val="000000"/>
          <w:sz w:val="32"/>
          <w:szCs w:val="32"/>
        </w:rPr>
        <w:t>Dr.Amruta</w:t>
      </w:r>
      <w:proofErr w:type="spellEnd"/>
      <w:r>
        <w:rPr>
          <w:rFonts w:ascii="Calibri" w:eastAsia="Times New Roman" w:hAnsi="Calibri" w:cs="Calibri"/>
          <w:color w:val="000000"/>
          <w:sz w:val="32"/>
          <w:szCs w:val="32"/>
        </w:rPr>
        <w:t xml:space="preserve"> </w:t>
      </w:r>
      <w:proofErr w:type="spellStart"/>
      <w:r>
        <w:rPr>
          <w:rFonts w:ascii="Calibri" w:eastAsia="Times New Roman" w:hAnsi="Calibri" w:cs="Calibri"/>
          <w:color w:val="000000"/>
          <w:sz w:val="32"/>
          <w:szCs w:val="32"/>
        </w:rPr>
        <w:t>Amune</w:t>
      </w:r>
      <w:proofErr w:type="spellEnd"/>
      <w:r>
        <w:rPr>
          <w:rFonts w:ascii="Calibri" w:eastAsia="Times New Roman" w:hAnsi="Calibri" w:cs="Calibri"/>
          <w:color w:val="000000"/>
          <w:sz w:val="32"/>
          <w:szCs w:val="32"/>
        </w:rPr>
        <w:t xml:space="preserve"> &amp; Ravishankar </w:t>
      </w:r>
      <w:proofErr w:type="spellStart"/>
      <w:r>
        <w:rPr>
          <w:rFonts w:ascii="Calibri" w:eastAsia="Times New Roman" w:hAnsi="Calibri" w:cs="Calibri"/>
          <w:color w:val="000000"/>
          <w:sz w:val="32"/>
          <w:szCs w:val="32"/>
        </w:rPr>
        <w:t>Bhaganagare</w:t>
      </w:r>
      <w:proofErr w:type="spellEnd"/>
    </w:p>
    <w:p w14:paraId="5DCD23B1" w14:textId="77777777" w:rsidR="00955F31" w:rsidRPr="0010106F" w:rsidRDefault="00955F31" w:rsidP="00D953BC">
      <w:pPr>
        <w:shd w:val="clear" w:color="auto" w:fill="B8CCE4" w:themeFill="accent1" w:themeFillTint="66"/>
        <w:spacing w:line="240" w:lineRule="auto"/>
        <w:rPr>
          <w:rFonts w:ascii="Times New Roman" w:eastAsia="Times New Roman" w:hAnsi="Times New Roman" w:cs="Times New Roman"/>
          <w:szCs w:val="24"/>
        </w:rPr>
      </w:pPr>
    </w:p>
    <w:p w14:paraId="6342FA6A" w14:textId="52F8BAD9" w:rsidR="00F95DD4" w:rsidRDefault="00F95DD4" w:rsidP="00911534">
      <w:pPr>
        <w:rPr>
          <w:b/>
          <w:bCs/>
          <w:sz w:val="32"/>
          <w:szCs w:val="32"/>
        </w:rPr>
      </w:pPr>
    </w:p>
    <w:p w14:paraId="429F6DD6" w14:textId="5F4F6EA5" w:rsidR="00E24CF5" w:rsidRPr="00E24CF5" w:rsidRDefault="00937A0B" w:rsidP="00E24CF5">
      <w:pPr>
        <w:spacing w:before="100" w:beforeAutospacing="1" w:after="100" w:afterAutospacing="1" w:line="240" w:lineRule="auto"/>
        <w:rPr>
          <w:rFonts w:ascii="Times New Roman" w:eastAsia="Times New Roman" w:hAnsi="Times New Roman" w:cs="Times New Roman"/>
          <w:szCs w:val="24"/>
        </w:rPr>
      </w:pPr>
      <w:r w:rsidRPr="00E24CF5">
        <w:rPr>
          <w:rFonts w:ascii="Times New Roman" w:eastAsia="Times New Roman" w:hAnsi="Times New Roman" w:cs="Times New Roman"/>
          <w:noProof/>
          <w:szCs w:val="24"/>
        </w:rPr>
        <w:lastRenderedPageBreak/>
        <w:drawing>
          <wp:inline distT="0" distB="0" distL="0" distR="0" wp14:anchorId="05548729" wp14:editId="71DCE272">
            <wp:extent cx="5486400" cy="260985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2609850"/>
                    </a:xfrm>
                    <a:prstGeom prst="rect">
                      <a:avLst/>
                    </a:prstGeom>
                    <a:noFill/>
                    <a:ln>
                      <a:noFill/>
                    </a:ln>
                  </pic:spPr>
                </pic:pic>
              </a:graphicData>
            </a:graphic>
          </wp:inline>
        </w:drawing>
      </w:r>
      <w:r w:rsidR="00E24CF5" w:rsidRPr="00E24CF5">
        <w:rPr>
          <w:noProof/>
        </w:rPr>
        <w:t xml:space="preserve"> </w:t>
      </w:r>
      <w:r w:rsidR="00E24CF5">
        <w:rPr>
          <w:noProof/>
        </w:rPr>
        <w:drawing>
          <wp:inline distT="0" distB="0" distL="0" distR="0" wp14:anchorId="450D00A5" wp14:editId="3469A1CE">
            <wp:extent cx="5486400" cy="3429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14:paraId="67208A8A" w14:textId="77777777" w:rsidR="00E24CF5" w:rsidRPr="00E24CF5" w:rsidRDefault="00E24CF5" w:rsidP="00911534">
      <w:pPr>
        <w:rPr>
          <w:b/>
          <w:bCs/>
          <w:sz w:val="32"/>
          <w:szCs w:val="32"/>
        </w:rPr>
      </w:pPr>
    </w:p>
    <w:p w14:paraId="6136F32D" w14:textId="38DE8655" w:rsidR="00E24CF5" w:rsidRPr="00E24CF5" w:rsidRDefault="00937A0B" w:rsidP="00911534">
      <w:pPr>
        <w:rPr>
          <w:b/>
          <w:bCs/>
          <w:sz w:val="28"/>
          <w:szCs w:val="28"/>
        </w:rPr>
      </w:pPr>
      <w:r>
        <w:rPr>
          <w:noProof/>
        </w:rPr>
        <w:lastRenderedPageBreak/>
        <w:drawing>
          <wp:inline distT="0" distB="0" distL="0" distR="0" wp14:anchorId="4BD43D4D" wp14:editId="45F4EEEC">
            <wp:extent cx="5486400" cy="283845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2838450"/>
                    </a:xfrm>
                    <a:prstGeom prst="rect">
                      <a:avLst/>
                    </a:prstGeom>
                    <a:noFill/>
                    <a:ln>
                      <a:noFill/>
                    </a:ln>
                  </pic:spPr>
                </pic:pic>
              </a:graphicData>
            </a:graphic>
          </wp:inline>
        </w:drawing>
      </w:r>
    </w:p>
    <w:p w14:paraId="104301F6" w14:textId="2FF77F09" w:rsidR="002E33BE" w:rsidRDefault="002E33BE"/>
    <w:p w14:paraId="71253863" w14:textId="77777777" w:rsidR="00E24CF5" w:rsidRDefault="00E24CF5" w:rsidP="00E24CF5">
      <w:pPr>
        <w:shd w:val="clear" w:color="auto" w:fill="B8CCE4" w:themeFill="accent1" w:themeFillTint="66"/>
        <w:jc w:val="center"/>
        <w:rPr>
          <w:b/>
          <w:bCs/>
          <w:sz w:val="28"/>
          <w:szCs w:val="24"/>
        </w:rPr>
      </w:pPr>
    </w:p>
    <w:p w14:paraId="3BF122A1" w14:textId="77777777" w:rsidR="00E24CF5" w:rsidRPr="00E24CF5" w:rsidRDefault="00E24CF5" w:rsidP="00937A0B">
      <w:pPr>
        <w:shd w:val="clear" w:color="auto" w:fill="4F81BD" w:themeFill="accent1"/>
        <w:jc w:val="center"/>
        <w:rPr>
          <w:b/>
          <w:bCs/>
          <w:sz w:val="36"/>
          <w:szCs w:val="32"/>
        </w:rPr>
      </w:pPr>
      <w:r w:rsidRPr="00E24CF5">
        <w:rPr>
          <w:b/>
          <w:bCs/>
          <w:sz w:val="36"/>
          <w:szCs w:val="32"/>
        </w:rPr>
        <w:t>Summary</w:t>
      </w:r>
    </w:p>
    <w:p w14:paraId="251CE3B3" w14:textId="6C8ECD17" w:rsidR="00955F31" w:rsidRDefault="00955F31" w:rsidP="00955F31">
      <w:pPr>
        <w:shd w:val="clear" w:color="auto" w:fill="B8CCE4" w:themeFill="accent1" w:themeFillTint="66"/>
      </w:pPr>
      <w:r>
        <w:t xml:space="preserve">      A five-day Full Stack Development Workshop (28th July – 1st August</w:t>
      </w:r>
    </w:p>
    <w:p w14:paraId="60581301" w14:textId="77777777" w:rsidR="00955F31" w:rsidRDefault="00955F31" w:rsidP="00955F31">
      <w:pPr>
        <w:shd w:val="clear" w:color="auto" w:fill="B8CCE4" w:themeFill="accent1" w:themeFillTint="66"/>
      </w:pPr>
      <w:r>
        <w:t>2025) was conducted by the Department of CSE (AI &amp;amp; ML), VIT Pune, in</w:t>
      </w:r>
    </w:p>
    <w:p w14:paraId="2DDE0A6C" w14:textId="77777777" w:rsidR="00955F31" w:rsidRDefault="00955F31" w:rsidP="00955F31">
      <w:pPr>
        <w:shd w:val="clear" w:color="auto" w:fill="B8CCE4" w:themeFill="accent1" w:themeFillTint="66"/>
      </w:pPr>
      <w:r>
        <w:t>collaboration with Vodafone Company. The sessions focused on</w:t>
      </w:r>
    </w:p>
    <w:p w14:paraId="3A428AC8" w14:textId="77777777" w:rsidR="00955F31" w:rsidRDefault="00955F31" w:rsidP="00955F31">
      <w:pPr>
        <w:shd w:val="clear" w:color="auto" w:fill="B8CCE4" w:themeFill="accent1" w:themeFillTint="66"/>
      </w:pPr>
      <w:r>
        <w:t>frontend, backend, database integration, and cloud deployment, along</w:t>
      </w:r>
    </w:p>
    <w:p w14:paraId="25D2E151" w14:textId="77777777" w:rsidR="00955F31" w:rsidRDefault="00955F31" w:rsidP="00955F31">
      <w:pPr>
        <w:shd w:val="clear" w:color="auto" w:fill="B8CCE4" w:themeFill="accent1" w:themeFillTint="66"/>
      </w:pPr>
      <w:r>
        <w:t>with career insights from industry experts. The workshop provided</w:t>
      </w:r>
    </w:p>
    <w:p w14:paraId="261A9EEB" w14:textId="77777777" w:rsidR="00955F31" w:rsidRDefault="00955F31" w:rsidP="00955F31">
      <w:pPr>
        <w:shd w:val="clear" w:color="auto" w:fill="B8CCE4" w:themeFill="accent1" w:themeFillTint="66"/>
      </w:pPr>
      <w:r>
        <w:t>hands-on exposure to students, bridging the gap between academic</w:t>
      </w:r>
    </w:p>
    <w:p w14:paraId="664F6394" w14:textId="77777777" w:rsidR="00955F31" w:rsidRDefault="00955F31" w:rsidP="00955F31">
      <w:pPr>
        <w:shd w:val="clear" w:color="auto" w:fill="B8CCE4" w:themeFill="accent1" w:themeFillTint="66"/>
      </w:pPr>
      <w:r>
        <w:t>learning and industry practices. Over 250 students benefited, gaining</w:t>
      </w:r>
    </w:p>
    <w:p w14:paraId="0EAC062D" w14:textId="77777777" w:rsidR="00955F31" w:rsidRDefault="00955F31" w:rsidP="00955F31">
      <w:pPr>
        <w:shd w:val="clear" w:color="auto" w:fill="B8CCE4" w:themeFill="accent1" w:themeFillTint="66"/>
      </w:pPr>
      <w:r>
        <w:t>practical skills in end-to-end application development and enhancing</w:t>
      </w:r>
    </w:p>
    <w:p w14:paraId="7875A4EA" w14:textId="77777777" w:rsidR="00955F31" w:rsidRDefault="00955F31" w:rsidP="00955F31">
      <w:pPr>
        <w:shd w:val="clear" w:color="auto" w:fill="B8CCE4" w:themeFill="accent1" w:themeFillTint="66"/>
      </w:pPr>
      <w:r>
        <w:t>their employability and career readiness.</w:t>
      </w:r>
    </w:p>
    <w:p w14:paraId="2CCA4D49" w14:textId="77777777" w:rsidR="00E24CF5" w:rsidRPr="00E24CF5" w:rsidRDefault="00E24CF5" w:rsidP="00E24CF5">
      <w:pPr>
        <w:shd w:val="clear" w:color="auto" w:fill="B8CCE4" w:themeFill="accent1" w:themeFillTint="66"/>
        <w:jc w:val="center"/>
        <w:rPr>
          <w:b/>
          <w:bCs/>
          <w:sz w:val="28"/>
          <w:szCs w:val="24"/>
        </w:rPr>
      </w:pPr>
    </w:p>
    <w:p w14:paraId="44D154E9" w14:textId="0922994D" w:rsidR="00911534" w:rsidRDefault="00911534" w:rsidP="00E50F69">
      <w:pPr>
        <w:shd w:val="clear" w:color="auto" w:fill="B8CCE4" w:themeFill="accent1" w:themeFillTint="66"/>
      </w:pPr>
    </w:p>
    <w:p w14:paraId="62B9E013" w14:textId="77777777" w:rsidR="00D953BC" w:rsidRDefault="00D953BC"/>
    <w:p w14:paraId="0E58863D" w14:textId="4A02C391" w:rsidR="005C55A6" w:rsidRDefault="0010106F" w:rsidP="00937A0B">
      <w:pPr>
        <w:shd w:val="clear" w:color="auto" w:fill="8DB3E2" w:themeFill="text2" w:themeFillTint="66"/>
        <w:rPr>
          <w:rFonts w:ascii="Calibri" w:hAnsi="Calibri" w:cs="Calibri"/>
          <w:color w:val="000000"/>
          <w:sz w:val="32"/>
          <w:szCs w:val="32"/>
        </w:rPr>
      </w:pPr>
      <w:proofErr w:type="gramStart"/>
      <w:r>
        <w:rPr>
          <w:rFonts w:ascii="Calibri" w:hAnsi="Calibri" w:cs="Calibri"/>
          <w:b/>
          <w:bCs/>
          <w:color w:val="000000"/>
          <w:sz w:val="32"/>
          <w:szCs w:val="32"/>
        </w:rPr>
        <w:lastRenderedPageBreak/>
        <w:t>Title:-</w:t>
      </w:r>
      <w:proofErr w:type="gramEnd"/>
      <w:r>
        <w:rPr>
          <w:rFonts w:ascii="Calibri" w:hAnsi="Calibri" w:cs="Calibri"/>
          <w:color w:val="000000"/>
          <w:sz w:val="32"/>
          <w:szCs w:val="32"/>
        </w:rPr>
        <w:t>  Cyber Security and Ethical Hacking Workshop</w:t>
      </w:r>
    </w:p>
    <w:p w14:paraId="18CE7084" w14:textId="77777777" w:rsidR="0010106F" w:rsidRPr="0010106F" w:rsidRDefault="0010106F" w:rsidP="00937A0B">
      <w:pPr>
        <w:shd w:val="clear" w:color="auto" w:fill="8DB3E2" w:themeFill="text2" w:themeFillTint="66"/>
        <w:spacing w:line="240" w:lineRule="auto"/>
        <w:rPr>
          <w:rFonts w:ascii="Times New Roman" w:eastAsia="Times New Roman" w:hAnsi="Times New Roman" w:cs="Times New Roman"/>
          <w:szCs w:val="24"/>
        </w:rPr>
      </w:pPr>
      <w:proofErr w:type="gramStart"/>
      <w:r w:rsidRPr="0010106F">
        <w:rPr>
          <w:rFonts w:ascii="Calibri" w:eastAsia="Times New Roman" w:hAnsi="Calibri" w:cs="Calibri"/>
          <w:b/>
          <w:bCs/>
          <w:color w:val="000000"/>
          <w:sz w:val="32"/>
          <w:szCs w:val="32"/>
        </w:rPr>
        <w:t>Dates:-</w:t>
      </w:r>
      <w:proofErr w:type="gramEnd"/>
      <w:r w:rsidRPr="0010106F">
        <w:rPr>
          <w:rFonts w:ascii="Calibri" w:eastAsia="Times New Roman" w:hAnsi="Calibri" w:cs="Calibri"/>
          <w:color w:val="000000"/>
          <w:sz w:val="32"/>
          <w:szCs w:val="32"/>
        </w:rPr>
        <w:t xml:space="preserve"> 4th August – 8th August 2025 (5 Days)</w:t>
      </w:r>
    </w:p>
    <w:p w14:paraId="42BF45E1" w14:textId="3B889ECF" w:rsidR="0010106F" w:rsidRDefault="0010106F" w:rsidP="00937A0B">
      <w:pPr>
        <w:shd w:val="clear" w:color="auto" w:fill="8DB3E2" w:themeFill="text2" w:themeFillTint="66"/>
        <w:spacing w:line="240" w:lineRule="auto"/>
        <w:rPr>
          <w:rFonts w:ascii="Calibri" w:eastAsia="Times New Roman" w:hAnsi="Calibri" w:cs="Calibri"/>
          <w:color w:val="000000"/>
          <w:sz w:val="32"/>
          <w:szCs w:val="32"/>
        </w:rPr>
      </w:pPr>
      <w:proofErr w:type="gramStart"/>
      <w:r w:rsidRPr="0010106F">
        <w:rPr>
          <w:rFonts w:ascii="Calibri" w:eastAsia="Times New Roman" w:hAnsi="Calibri" w:cs="Calibri"/>
          <w:b/>
          <w:bCs/>
          <w:color w:val="000000"/>
          <w:sz w:val="32"/>
          <w:szCs w:val="32"/>
        </w:rPr>
        <w:t>Coordinators:-</w:t>
      </w:r>
      <w:proofErr w:type="gramEnd"/>
      <w:r w:rsidRPr="0010106F">
        <w:rPr>
          <w:rFonts w:ascii="Calibri" w:eastAsia="Times New Roman" w:hAnsi="Calibri" w:cs="Calibri"/>
          <w:color w:val="000000"/>
          <w:sz w:val="32"/>
          <w:szCs w:val="32"/>
        </w:rPr>
        <w:t xml:space="preserve">  Dr. Premanand </w:t>
      </w:r>
      <w:proofErr w:type="spellStart"/>
      <w:r w:rsidRPr="0010106F">
        <w:rPr>
          <w:rFonts w:ascii="Calibri" w:eastAsia="Times New Roman" w:hAnsi="Calibri" w:cs="Calibri"/>
          <w:color w:val="000000"/>
          <w:sz w:val="32"/>
          <w:szCs w:val="32"/>
        </w:rPr>
        <w:t>Ghadekar</w:t>
      </w:r>
      <w:proofErr w:type="spellEnd"/>
    </w:p>
    <w:p w14:paraId="7B177E29" w14:textId="3363CB3F" w:rsidR="00937A0B" w:rsidRPr="00937A0B" w:rsidRDefault="00937A0B" w:rsidP="00937A0B">
      <w:pPr>
        <w:shd w:val="clear" w:color="auto" w:fill="8DB3E2" w:themeFill="text2" w:themeFillTint="66"/>
        <w:spacing w:line="240" w:lineRule="auto"/>
        <w:rPr>
          <w:rFonts w:ascii="Times New Roman" w:eastAsia="Times New Roman" w:hAnsi="Times New Roman" w:cs="Times New Roman"/>
          <w:szCs w:val="24"/>
        </w:rPr>
      </w:pPr>
      <w:r>
        <w:rPr>
          <w:rFonts w:ascii="Calibri" w:eastAsia="Times New Roman" w:hAnsi="Calibri" w:cs="Calibri"/>
          <w:b/>
          <w:bCs/>
          <w:color w:val="000000"/>
          <w:sz w:val="32"/>
          <w:szCs w:val="32"/>
        </w:rPr>
        <w:t>I</w:t>
      </w:r>
      <w:r w:rsidRPr="00937A0B">
        <w:rPr>
          <w:rFonts w:ascii="Calibri" w:eastAsia="Times New Roman" w:hAnsi="Calibri" w:cs="Calibri"/>
          <w:b/>
          <w:bCs/>
          <w:color w:val="000000"/>
          <w:sz w:val="32"/>
          <w:szCs w:val="32"/>
        </w:rPr>
        <w:t>nvited Speakers:</w:t>
      </w:r>
      <w:r w:rsidRPr="00937A0B">
        <w:rPr>
          <w:rFonts w:ascii="Calibri" w:eastAsia="Times New Roman" w:hAnsi="Calibri" w:cs="Calibri"/>
          <w:color w:val="000000"/>
          <w:sz w:val="32"/>
          <w:szCs w:val="32"/>
        </w:rPr>
        <w:t xml:space="preserve"> </w:t>
      </w:r>
      <w:proofErr w:type="gramStart"/>
      <w:r w:rsidRPr="00937A0B">
        <w:rPr>
          <w:rFonts w:ascii="Calibri" w:eastAsia="Times New Roman" w:hAnsi="Calibri" w:cs="Calibri"/>
          <w:color w:val="000000"/>
          <w:sz w:val="32"/>
          <w:szCs w:val="32"/>
        </w:rPr>
        <w:t>-  Mr.</w:t>
      </w:r>
      <w:proofErr w:type="gramEnd"/>
      <w:r w:rsidRPr="00937A0B">
        <w:rPr>
          <w:rFonts w:ascii="Calibri" w:eastAsia="Times New Roman" w:hAnsi="Calibri" w:cs="Calibri"/>
          <w:color w:val="000000"/>
          <w:sz w:val="32"/>
          <w:szCs w:val="32"/>
        </w:rPr>
        <w:t xml:space="preserve"> Vignesh Mathiyalagan</w:t>
      </w:r>
    </w:p>
    <w:p w14:paraId="03413EAC" w14:textId="4F4FEC5F" w:rsidR="00937A0B" w:rsidRPr="0010106F" w:rsidRDefault="00937A0B" w:rsidP="00937A0B">
      <w:pPr>
        <w:shd w:val="clear" w:color="auto" w:fill="8DB3E2" w:themeFill="text2" w:themeFillTint="66"/>
        <w:spacing w:line="240" w:lineRule="auto"/>
        <w:rPr>
          <w:rFonts w:ascii="Times New Roman" w:eastAsia="Times New Roman" w:hAnsi="Times New Roman" w:cs="Times New Roman"/>
          <w:szCs w:val="24"/>
        </w:rPr>
      </w:pPr>
      <w:r w:rsidRPr="00937A0B">
        <w:rPr>
          <w:rFonts w:ascii="Calibri" w:eastAsia="Times New Roman" w:hAnsi="Calibri" w:cs="Calibri"/>
          <w:b/>
          <w:bCs/>
          <w:color w:val="000000"/>
          <w:sz w:val="32"/>
          <w:szCs w:val="32"/>
        </w:rPr>
        <w:t>Industry name-</w:t>
      </w:r>
      <w:r w:rsidRPr="00937A0B">
        <w:rPr>
          <w:rFonts w:ascii="Calibri" w:eastAsia="Times New Roman" w:hAnsi="Calibri" w:cs="Calibri"/>
          <w:color w:val="000000"/>
          <w:sz w:val="32"/>
          <w:szCs w:val="32"/>
        </w:rPr>
        <w:t xml:space="preserve">     Vodafone Company</w:t>
      </w:r>
    </w:p>
    <w:p w14:paraId="3EE89EFB" w14:textId="685F2E1F" w:rsidR="0010106F" w:rsidRPr="0010106F" w:rsidRDefault="0010106F" w:rsidP="00D953BC">
      <w:pPr>
        <w:shd w:val="clear" w:color="auto" w:fill="B8CCE4" w:themeFill="accent1" w:themeFillTint="66"/>
        <w:spacing w:line="240" w:lineRule="auto"/>
        <w:rPr>
          <w:rFonts w:ascii="Times New Roman" w:eastAsia="Times New Roman" w:hAnsi="Times New Roman" w:cs="Times New Roman"/>
          <w:szCs w:val="24"/>
        </w:rPr>
      </w:pPr>
    </w:p>
    <w:p w14:paraId="671577A7" w14:textId="2BD12BE1" w:rsidR="0010106F" w:rsidRDefault="00937A0B">
      <w:pPr>
        <w:rPr>
          <w:rFonts w:ascii="Calibri" w:hAnsi="Calibri" w:cs="Calibri"/>
          <w:color w:val="000000"/>
          <w:sz w:val="32"/>
          <w:szCs w:val="32"/>
        </w:rPr>
      </w:pPr>
      <w:r w:rsidRPr="00937A0B">
        <w:rPr>
          <w:b/>
          <w:bCs/>
          <w:noProof/>
          <w:sz w:val="32"/>
          <w:szCs w:val="32"/>
        </w:rPr>
        <w:drawing>
          <wp:inline distT="0" distB="0" distL="0" distR="0" wp14:anchorId="45009356" wp14:editId="3885282D">
            <wp:extent cx="5486400" cy="4090670"/>
            <wp:effectExtent l="0" t="0" r="0" b="508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86400" cy="4090670"/>
                    </a:xfrm>
                    <a:prstGeom prst="rect">
                      <a:avLst/>
                    </a:prstGeom>
                  </pic:spPr>
                </pic:pic>
              </a:graphicData>
            </a:graphic>
          </wp:inline>
        </w:drawing>
      </w:r>
    </w:p>
    <w:p w14:paraId="128D21E5" w14:textId="4B5A08C9" w:rsidR="00937A0B" w:rsidRDefault="00937A0B">
      <w:pPr>
        <w:rPr>
          <w:rFonts w:ascii="Calibri" w:hAnsi="Calibri" w:cs="Calibri"/>
          <w:color w:val="000000"/>
          <w:sz w:val="32"/>
          <w:szCs w:val="32"/>
        </w:rPr>
      </w:pPr>
    </w:p>
    <w:p w14:paraId="580FE281" w14:textId="747166BF" w:rsidR="00937A0B" w:rsidRDefault="00937A0B">
      <w:pPr>
        <w:rPr>
          <w:rFonts w:ascii="Calibri" w:hAnsi="Calibri" w:cs="Calibri"/>
          <w:color w:val="000000"/>
          <w:sz w:val="32"/>
          <w:szCs w:val="32"/>
        </w:rPr>
      </w:pPr>
    </w:p>
    <w:p w14:paraId="3D7F9F34" w14:textId="77777777" w:rsidR="00937A0B" w:rsidRDefault="00937A0B">
      <w:pPr>
        <w:rPr>
          <w:rFonts w:ascii="Calibri" w:hAnsi="Calibri" w:cs="Calibri"/>
          <w:color w:val="000000"/>
          <w:sz w:val="32"/>
          <w:szCs w:val="32"/>
        </w:rPr>
      </w:pPr>
    </w:p>
    <w:p w14:paraId="22C55E6E" w14:textId="77777777" w:rsidR="0010106F" w:rsidRDefault="0010106F" w:rsidP="0010106F">
      <w:pPr>
        <w:shd w:val="clear" w:color="auto" w:fill="B8CCE4" w:themeFill="accent1" w:themeFillTint="66"/>
        <w:jc w:val="center"/>
        <w:rPr>
          <w:b/>
          <w:bCs/>
          <w:sz w:val="28"/>
          <w:szCs w:val="24"/>
        </w:rPr>
      </w:pPr>
    </w:p>
    <w:p w14:paraId="08C45C8F" w14:textId="77777777" w:rsidR="0010106F" w:rsidRPr="00E24CF5" w:rsidRDefault="0010106F" w:rsidP="00937A0B">
      <w:pPr>
        <w:shd w:val="clear" w:color="auto" w:fill="4F81BD" w:themeFill="accent1"/>
        <w:jc w:val="center"/>
        <w:rPr>
          <w:b/>
          <w:bCs/>
          <w:sz w:val="36"/>
          <w:szCs w:val="32"/>
        </w:rPr>
      </w:pPr>
      <w:r w:rsidRPr="00E24CF5">
        <w:rPr>
          <w:b/>
          <w:bCs/>
          <w:sz w:val="36"/>
          <w:szCs w:val="32"/>
        </w:rPr>
        <w:lastRenderedPageBreak/>
        <w:t>Summary</w:t>
      </w:r>
    </w:p>
    <w:p w14:paraId="5D4E5FFD" w14:textId="166D6250" w:rsidR="0010106F" w:rsidRPr="0010106F" w:rsidRDefault="0010106F" w:rsidP="0010106F">
      <w:pPr>
        <w:shd w:val="clear" w:color="auto" w:fill="B8CCE4" w:themeFill="accent1" w:themeFillTint="66"/>
        <w:rPr>
          <w:rFonts w:ascii="Times New Roman" w:hAnsi="Times New Roman" w:cs="Times New Roman"/>
          <w:color w:val="000000"/>
          <w:sz w:val="28"/>
          <w:szCs w:val="28"/>
        </w:rPr>
      </w:pPr>
      <w:r w:rsidRPr="0010106F">
        <w:rPr>
          <w:rFonts w:ascii="Times New Roman" w:hAnsi="Times New Roman" w:cs="Times New Roman"/>
          <w:color w:val="000000"/>
          <w:sz w:val="28"/>
          <w:szCs w:val="28"/>
        </w:rPr>
        <w:t>A five-day online workshop on Cyber Security and Ethical Hacking (4th – 8th August 2025) was organized by the Department of CSE (AI &amp; ML), VIT Pune, in collaboration with Vodafone VOIS. The sessions covered cybersecurity fundamentals, ethical hacking basics, penetration testing, vulnerability analysis, and real-time case studies. Over 250 students participated, gaining practical insights into identifying and mitigating cyber threats. The workshop enhanced students’ awareness, technical skills, and career readiness in the field of cybersecurity.</w:t>
      </w:r>
    </w:p>
    <w:p w14:paraId="0C1BB216" w14:textId="0204C382" w:rsidR="00F95DD4" w:rsidRDefault="00F95DD4" w:rsidP="00F95DD4">
      <w:pPr>
        <w:spacing w:before="100" w:beforeAutospacing="1" w:after="100" w:afterAutospacing="1" w:line="240" w:lineRule="auto"/>
        <w:rPr>
          <w:rFonts w:ascii="Times New Roman" w:eastAsia="Times New Roman" w:hAnsi="Times New Roman" w:cs="Times New Roman"/>
          <w:szCs w:val="24"/>
        </w:rPr>
      </w:pPr>
      <w:r w:rsidRPr="00F95DD4">
        <w:rPr>
          <w:rFonts w:ascii="Times New Roman" w:eastAsia="Times New Roman" w:hAnsi="Times New Roman" w:cs="Times New Roman"/>
          <w:noProof/>
          <w:szCs w:val="24"/>
        </w:rPr>
        <w:drawing>
          <wp:inline distT="0" distB="0" distL="0" distR="0" wp14:anchorId="20CDA410" wp14:editId="096048DE">
            <wp:extent cx="5486400" cy="332422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3324225"/>
                    </a:xfrm>
                    <a:prstGeom prst="rect">
                      <a:avLst/>
                    </a:prstGeom>
                    <a:noFill/>
                    <a:ln>
                      <a:noFill/>
                    </a:ln>
                  </pic:spPr>
                </pic:pic>
              </a:graphicData>
            </a:graphic>
          </wp:inline>
        </w:drawing>
      </w:r>
    </w:p>
    <w:p w14:paraId="52C5630C" w14:textId="77777777" w:rsidR="00AC3091" w:rsidRDefault="00AC3091" w:rsidP="00AC3091">
      <w:pPr>
        <w:shd w:val="clear" w:color="auto" w:fill="8DB3E2" w:themeFill="text2" w:themeFillTint="66"/>
        <w:rPr>
          <w:rFonts w:ascii="Calibri" w:hAnsi="Calibri" w:cs="Calibri"/>
          <w:color w:val="000000"/>
          <w:sz w:val="32"/>
          <w:szCs w:val="32"/>
        </w:rPr>
      </w:pPr>
      <w:proofErr w:type="gramStart"/>
      <w:r>
        <w:rPr>
          <w:rFonts w:ascii="Calibri" w:hAnsi="Calibri" w:cs="Calibri"/>
          <w:b/>
          <w:bCs/>
          <w:color w:val="000000"/>
          <w:sz w:val="32"/>
          <w:szCs w:val="32"/>
        </w:rPr>
        <w:t>Title:-</w:t>
      </w:r>
      <w:proofErr w:type="gramEnd"/>
      <w:r>
        <w:rPr>
          <w:rFonts w:ascii="Calibri" w:hAnsi="Calibri" w:cs="Calibri"/>
          <w:color w:val="000000"/>
          <w:sz w:val="32"/>
          <w:szCs w:val="32"/>
        </w:rPr>
        <w:t>  GITHUB COPILOT Workshop</w:t>
      </w:r>
    </w:p>
    <w:p w14:paraId="7975AC19" w14:textId="77777777" w:rsidR="00AC3091" w:rsidRPr="0010106F" w:rsidRDefault="00AC3091" w:rsidP="00AC3091">
      <w:pPr>
        <w:shd w:val="clear" w:color="auto" w:fill="8DB3E2" w:themeFill="text2" w:themeFillTint="66"/>
        <w:spacing w:line="240" w:lineRule="auto"/>
        <w:rPr>
          <w:rFonts w:ascii="Times New Roman" w:eastAsia="Times New Roman" w:hAnsi="Times New Roman" w:cs="Times New Roman"/>
          <w:szCs w:val="24"/>
        </w:rPr>
      </w:pPr>
      <w:proofErr w:type="gramStart"/>
      <w:r w:rsidRPr="0010106F">
        <w:rPr>
          <w:rFonts w:ascii="Calibri" w:eastAsia="Times New Roman" w:hAnsi="Calibri" w:cs="Calibri"/>
          <w:b/>
          <w:bCs/>
          <w:color w:val="000000"/>
          <w:sz w:val="32"/>
          <w:szCs w:val="32"/>
        </w:rPr>
        <w:t>Dates:-</w:t>
      </w:r>
      <w:proofErr w:type="gramEnd"/>
      <w:r w:rsidRPr="0010106F">
        <w:rPr>
          <w:rFonts w:ascii="Calibri" w:eastAsia="Times New Roman" w:hAnsi="Calibri" w:cs="Calibri"/>
          <w:color w:val="000000"/>
          <w:sz w:val="32"/>
          <w:szCs w:val="32"/>
        </w:rPr>
        <w:t xml:space="preserve"> 4th August – 8th August 2025 (5 Days)</w:t>
      </w:r>
    </w:p>
    <w:p w14:paraId="32582974" w14:textId="77777777" w:rsidR="00AC3091" w:rsidRDefault="00AC3091" w:rsidP="00AC3091">
      <w:pPr>
        <w:shd w:val="clear" w:color="auto" w:fill="8DB3E2" w:themeFill="text2" w:themeFillTint="66"/>
        <w:spacing w:line="240" w:lineRule="auto"/>
        <w:rPr>
          <w:rFonts w:ascii="Calibri" w:eastAsia="Times New Roman" w:hAnsi="Calibri" w:cs="Calibri"/>
          <w:color w:val="000000"/>
          <w:sz w:val="32"/>
          <w:szCs w:val="32"/>
        </w:rPr>
      </w:pPr>
      <w:proofErr w:type="gramStart"/>
      <w:r w:rsidRPr="0010106F">
        <w:rPr>
          <w:rFonts w:ascii="Calibri" w:eastAsia="Times New Roman" w:hAnsi="Calibri" w:cs="Calibri"/>
          <w:b/>
          <w:bCs/>
          <w:color w:val="000000"/>
          <w:sz w:val="32"/>
          <w:szCs w:val="32"/>
        </w:rPr>
        <w:t>Coordinators:-</w:t>
      </w:r>
      <w:proofErr w:type="gramEnd"/>
      <w:r w:rsidRPr="0010106F">
        <w:rPr>
          <w:rFonts w:ascii="Calibri" w:eastAsia="Times New Roman" w:hAnsi="Calibri" w:cs="Calibri"/>
          <w:color w:val="000000"/>
          <w:sz w:val="32"/>
          <w:szCs w:val="32"/>
        </w:rPr>
        <w:t xml:space="preserve">  Dr. Premanand </w:t>
      </w:r>
      <w:proofErr w:type="spellStart"/>
      <w:r w:rsidRPr="0010106F">
        <w:rPr>
          <w:rFonts w:ascii="Calibri" w:eastAsia="Times New Roman" w:hAnsi="Calibri" w:cs="Calibri"/>
          <w:color w:val="000000"/>
          <w:sz w:val="32"/>
          <w:szCs w:val="32"/>
        </w:rPr>
        <w:t>Ghadekar</w:t>
      </w:r>
      <w:proofErr w:type="spellEnd"/>
    </w:p>
    <w:p w14:paraId="7B3B100B" w14:textId="77777777" w:rsidR="00AC3091" w:rsidRPr="00937A0B" w:rsidRDefault="00AC3091" w:rsidP="00AC3091">
      <w:pPr>
        <w:shd w:val="clear" w:color="auto" w:fill="8DB3E2" w:themeFill="text2" w:themeFillTint="66"/>
        <w:spacing w:line="240" w:lineRule="auto"/>
        <w:rPr>
          <w:rFonts w:ascii="Times New Roman" w:eastAsia="Times New Roman" w:hAnsi="Times New Roman" w:cs="Times New Roman"/>
          <w:szCs w:val="24"/>
        </w:rPr>
      </w:pPr>
      <w:r>
        <w:rPr>
          <w:rFonts w:ascii="Calibri" w:eastAsia="Times New Roman" w:hAnsi="Calibri" w:cs="Calibri"/>
          <w:b/>
          <w:bCs/>
          <w:color w:val="000000"/>
          <w:sz w:val="32"/>
          <w:szCs w:val="32"/>
        </w:rPr>
        <w:t>I</w:t>
      </w:r>
      <w:r w:rsidRPr="00937A0B">
        <w:rPr>
          <w:rFonts w:ascii="Calibri" w:eastAsia="Times New Roman" w:hAnsi="Calibri" w:cs="Calibri"/>
          <w:b/>
          <w:bCs/>
          <w:color w:val="000000"/>
          <w:sz w:val="32"/>
          <w:szCs w:val="32"/>
        </w:rPr>
        <w:t>nvited Speakers:</w:t>
      </w:r>
      <w:r w:rsidRPr="00937A0B">
        <w:rPr>
          <w:rFonts w:ascii="Calibri" w:eastAsia="Times New Roman" w:hAnsi="Calibri" w:cs="Calibri"/>
          <w:color w:val="000000"/>
          <w:sz w:val="32"/>
          <w:szCs w:val="32"/>
        </w:rPr>
        <w:t xml:space="preserve"> </w:t>
      </w:r>
      <w:proofErr w:type="gramStart"/>
      <w:r w:rsidRPr="00937A0B">
        <w:rPr>
          <w:rFonts w:ascii="Calibri" w:eastAsia="Times New Roman" w:hAnsi="Calibri" w:cs="Calibri"/>
          <w:color w:val="000000"/>
          <w:sz w:val="32"/>
          <w:szCs w:val="32"/>
        </w:rPr>
        <w:t>-  Mr.</w:t>
      </w:r>
      <w:proofErr w:type="gramEnd"/>
      <w:r w:rsidRPr="00937A0B">
        <w:rPr>
          <w:rFonts w:ascii="Calibri" w:eastAsia="Times New Roman" w:hAnsi="Calibri" w:cs="Calibri"/>
          <w:color w:val="000000"/>
          <w:sz w:val="32"/>
          <w:szCs w:val="32"/>
        </w:rPr>
        <w:t xml:space="preserve"> </w:t>
      </w:r>
      <w:r>
        <w:rPr>
          <w:rFonts w:ascii="Calibri" w:eastAsia="Times New Roman" w:hAnsi="Calibri" w:cs="Calibri"/>
          <w:color w:val="000000"/>
          <w:sz w:val="32"/>
          <w:szCs w:val="32"/>
        </w:rPr>
        <w:t>Abhi Singh</w:t>
      </w:r>
    </w:p>
    <w:p w14:paraId="0BCD01A9" w14:textId="4DD8321B" w:rsidR="00AC3091" w:rsidRPr="00F95DD4" w:rsidRDefault="00AC3091" w:rsidP="00AC3091">
      <w:pPr>
        <w:shd w:val="clear" w:color="auto" w:fill="8DB3E2" w:themeFill="text2" w:themeFillTint="66"/>
      </w:pPr>
      <w:r w:rsidRPr="00937A0B">
        <w:rPr>
          <w:rFonts w:ascii="Calibri" w:eastAsia="Times New Roman" w:hAnsi="Calibri" w:cs="Calibri"/>
          <w:b/>
          <w:bCs/>
          <w:color w:val="000000"/>
          <w:sz w:val="32"/>
          <w:szCs w:val="32"/>
        </w:rPr>
        <w:t>Industry name-</w:t>
      </w:r>
      <w:r w:rsidRPr="00937A0B">
        <w:rPr>
          <w:rFonts w:ascii="Calibri" w:eastAsia="Times New Roman" w:hAnsi="Calibri" w:cs="Calibri"/>
          <w:color w:val="000000"/>
          <w:sz w:val="32"/>
          <w:szCs w:val="32"/>
        </w:rPr>
        <w:t xml:space="preserve">     </w:t>
      </w:r>
      <w:proofErr w:type="spellStart"/>
      <w:r>
        <w:rPr>
          <w:rFonts w:ascii="Calibri" w:eastAsia="Times New Roman" w:hAnsi="Calibri" w:cs="Calibri"/>
          <w:color w:val="000000"/>
          <w:sz w:val="32"/>
          <w:szCs w:val="32"/>
        </w:rPr>
        <w:t>Github</w:t>
      </w:r>
      <w:proofErr w:type="spellEnd"/>
    </w:p>
    <w:p w14:paraId="03834188" w14:textId="4C13AC49" w:rsidR="00F95DD4" w:rsidRPr="00F95DD4" w:rsidRDefault="00F95DD4" w:rsidP="00F95DD4">
      <w:pPr>
        <w:spacing w:before="100" w:beforeAutospacing="1" w:after="100" w:afterAutospacing="1" w:line="240" w:lineRule="auto"/>
        <w:rPr>
          <w:rFonts w:ascii="Times New Roman" w:eastAsia="Times New Roman" w:hAnsi="Times New Roman" w:cs="Times New Roman"/>
          <w:szCs w:val="24"/>
        </w:rPr>
      </w:pPr>
      <w:r w:rsidRPr="00F95DD4">
        <w:rPr>
          <w:rFonts w:ascii="Times New Roman" w:eastAsia="Times New Roman" w:hAnsi="Times New Roman" w:cs="Times New Roman"/>
          <w:noProof/>
          <w:szCs w:val="24"/>
        </w:rPr>
        <w:lastRenderedPageBreak/>
        <w:drawing>
          <wp:inline distT="0" distB="0" distL="0" distR="0" wp14:anchorId="51B40DD3" wp14:editId="1DA7DE9B">
            <wp:extent cx="5486400" cy="417893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4178935"/>
                    </a:xfrm>
                    <a:prstGeom prst="rect">
                      <a:avLst/>
                    </a:prstGeom>
                    <a:noFill/>
                    <a:ln>
                      <a:noFill/>
                    </a:ln>
                  </pic:spPr>
                </pic:pic>
              </a:graphicData>
            </a:graphic>
          </wp:inline>
        </w:drawing>
      </w:r>
    </w:p>
    <w:p w14:paraId="419C45F1" w14:textId="38971B74" w:rsidR="00F95DD4" w:rsidRPr="00F95DD4" w:rsidRDefault="00F95DD4" w:rsidP="00F95DD4">
      <w:pPr>
        <w:spacing w:before="100" w:beforeAutospacing="1" w:after="100" w:afterAutospacing="1" w:line="240" w:lineRule="auto"/>
        <w:rPr>
          <w:rFonts w:ascii="Times New Roman" w:eastAsia="Times New Roman" w:hAnsi="Times New Roman" w:cs="Times New Roman"/>
          <w:szCs w:val="24"/>
        </w:rPr>
      </w:pPr>
      <w:r w:rsidRPr="00F95DD4">
        <w:rPr>
          <w:rFonts w:ascii="Times New Roman" w:eastAsia="Times New Roman" w:hAnsi="Times New Roman" w:cs="Times New Roman"/>
          <w:noProof/>
          <w:szCs w:val="24"/>
        </w:rPr>
        <w:drawing>
          <wp:inline distT="0" distB="0" distL="0" distR="0" wp14:anchorId="2417D6E8" wp14:editId="5F0E09B4">
            <wp:extent cx="5486400" cy="365950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3659505"/>
                    </a:xfrm>
                    <a:prstGeom prst="rect">
                      <a:avLst/>
                    </a:prstGeom>
                    <a:noFill/>
                    <a:ln>
                      <a:noFill/>
                    </a:ln>
                  </pic:spPr>
                </pic:pic>
              </a:graphicData>
            </a:graphic>
          </wp:inline>
        </w:drawing>
      </w:r>
    </w:p>
    <w:p w14:paraId="196CAD7F" w14:textId="238A1458" w:rsidR="00F95DD4" w:rsidRPr="00F95DD4" w:rsidRDefault="00F95DD4" w:rsidP="00F95DD4">
      <w:pPr>
        <w:spacing w:before="100" w:beforeAutospacing="1" w:after="100" w:afterAutospacing="1" w:line="240" w:lineRule="auto"/>
        <w:rPr>
          <w:rFonts w:ascii="Times New Roman" w:eastAsia="Times New Roman" w:hAnsi="Times New Roman" w:cs="Times New Roman"/>
          <w:szCs w:val="24"/>
        </w:rPr>
      </w:pPr>
      <w:r w:rsidRPr="00F95DD4">
        <w:rPr>
          <w:rFonts w:ascii="Times New Roman" w:eastAsia="Times New Roman" w:hAnsi="Times New Roman" w:cs="Times New Roman"/>
          <w:noProof/>
          <w:szCs w:val="24"/>
        </w:rPr>
        <w:lastRenderedPageBreak/>
        <w:drawing>
          <wp:inline distT="0" distB="0" distL="0" distR="0" wp14:anchorId="5081AA3C" wp14:editId="774B6C63">
            <wp:extent cx="5486400" cy="36576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287EF8A3" w14:textId="7DB09E13" w:rsidR="00F95DD4" w:rsidRPr="00F95DD4" w:rsidRDefault="00F95DD4" w:rsidP="00F95DD4">
      <w:pPr>
        <w:spacing w:before="100" w:beforeAutospacing="1" w:after="100" w:afterAutospacing="1" w:line="240" w:lineRule="auto"/>
        <w:rPr>
          <w:rFonts w:ascii="Times New Roman" w:eastAsia="Times New Roman" w:hAnsi="Times New Roman" w:cs="Times New Roman"/>
          <w:szCs w:val="24"/>
        </w:rPr>
      </w:pPr>
      <w:r w:rsidRPr="00F95DD4">
        <w:rPr>
          <w:rFonts w:ascii="Times New Roman" w:eastAsia="Times New Roman" w:hAnsi="Times New Roman" w:cs="Times New Roman"/>
          <w:noProof/>
          <w:szCs w:val="24"/>
        </w:rPr>
        <w:drawing>
          <wp:inline distT="0" distB="0" distL="0" distR="0" wp14:anchorId="154C3AF8" wp14:editId="3E87E031">
            <wp:extent cx="5486400" cy="280035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2800350"/>
                    </a:xfrm>
                    <a:prstGeom prst="rect">
                      <a:avLst/>
                    </a:prstGeom>
                    <a:noFill/>
                    <a:ln>
                      <a:noFill/>
                    </a:ln>
                  </pic:spPr>
                </pic:pic>
              </a:graphicData>
            </a:graphic>
          </wp:inline>
        </w:drawing>
      </w:r>
    </w:p>
    <w:p w14:paraId="38929F48" w14:textId="77777777" w:rsidR="00F95DD4" w:rsidRDefault="00F95DD4" w:rsidP="00F95DD4">
      <w:pPr>
        <w:rPr>
          <w:b/>
          <w:bCs/>
          <w:sz w:val="32"/>
          <w:szCs w:val="28"/>
        </w:rPr>
      </w:pPr>
    </w:p>
    <w:p w14:paraId="418B4A27" w14:textId="2999FF4D" w:rsidR="00F95DD4" w:rsidRDefault="00F95DD4" w:rsidP="00F95DD4">
      <w:pPr>
        <w:rPr>
          <w:b/>
          <w:bCs/>
          <w:sz w:val="32"/>
          <w:szCs w:val="28"/>
        </w:rPr>
      </w:pPr>
    </w:p>
    <w:p w14:paraId="13E405EA" w14:textId="2DC3ACCA" w:rsidR="00AC3091" w:rsidRDefault="00AC3091" w:rsidP="00F95DD4">
      <w:pPr>
        <w:rPr>
          <w:b/>
          <w:bCs/>
          <w:sz w:val="32"/>
          <w:szCs w:val="28"/>
        </w:rPr>
      </w:pPr>
    </w:p>
    <w:p w14:paraId="46C87F80" w14:textId="77777777" w:rsidR="00AC3091" w:rsidRDefault="00AC3091" w:rsidP="00F95DD4">
      <w:pPr>
        <w:rPr>
          <w:b/>
          <w:bCs/>
          <w:sz w:val="32"/>
          <w:szCs w:val="28"/>
        </w:rPr>
      </w:pPr>
    </w:p>
    <w:p w14:paraId="6D803153" w14:textId="77777777" w:rsidR="00AC3091" w:rsidRDefault="00AC3091" w:rsidP="00AC3091">
      <w:pPr>
        <w:shd w:val="clear" w:color="auto" w:fill="B8CCE4" w:themeFill="accent1" w:themeFillTint="66"/>
        <w:jc w:val="center"/>
        <w:rPr>
          <w:b/>
          <w:bCs/>
          <w:sz w:val="28"/>
          <w:szCs w:val="24"/>
        </w:rPr>
      </w:pPr>
    </w:p>
    <w:p w14:paraId="69F135EF" w14:textId="77777777" w:rsidR="00AC3091" w:rsidRPr="00E24CF5" w:rsidRDefault="00AC3091" w:rsidP="00AC3091">
      <w:pPr>
        <w:shd w:val="clear" w:color="auto" w:fill="4F81BD" w:themeFill="accent1"/>
        <w:jc w:val="center"/>
        <w:rPr>
          <w:b/>
          <w:bCs/>
          <w:sz w:val="36"/>
          <w:szCs w:val="32"/>
        </w:rPr>
      </w:pPr>
      <w:r w:rsidRPr="00E24CF5">
        <w:rPr>
          <w:b/>
          <w:bCs/>
          <w:sz w:val="36"/>
          <w:szCs w:val="32"/>
        </w:rPr>
        <w:t>Summary</w:t>
      </w:r>
    </w:p>
    <w:p w14:paraId="65AF0A88" w14:textId="7215056D" w:rsidR="00AC3091" w:rsidRPr="0010106F" w:rsidRDefault="00AC3091" w:rsidP="00AC3091">
      <w:pPr>
        <w:shd w:val="clear" w:color="auto" w:fill="B8CCE4" w:themeFill="accent1" w:themeFillTint="66"/>
        <w:rPr>
          <w:rFonts w:ascii="Times New Roman" w:hAnsi="Times New Roman" w:cs="Times New Roman"/>
          <w:color w:val="000000"/>
          <w:sz w:val="28"/>
          <w:szCs w:val="28"/>
        </w:rPr>
      </w:pPr>
      <w:r w:rsidRPr="0010106F">
        <w:rPr>
          <w:rFonts w:ascii="Times New Roman" w:hAnsi="Times New Roman" w:cs="Times New Roman"/>
          <w:color w:val="000000"/>
          <w:sz w:val="28"/>
          <w:szCs w:val="28"/>
        </w:rPr>
        <w:t xml:space="preserve">A online workshop on </w:t>
      </w:r>
      <w:proofErr w:type="spellStart"/>
      <w:proofErr w:type="gramStart"/>
      <w:r>
        <w:rPr>
          <w:rFonts w:ascii="Times New Roman" w:hAnsi="Times New Roman" w:cs="Times New Roman"/>
          <w:color w:val="000000"/>
          <w:sz w:val="28"/>
          <w:szCs w:val="28"/>
        </w:rPr>
        <w:t>Github</w:t>
      </w:r>
      <w:proofErr w:type="spellEnd"/>
      <w:r w:rsidRPr="0010106F">
        <w:rPr>
          <w:rFonts w:ascii="Times New Roman" w:hAnsi="Times New Roman" w:cs="Times New Roman"/>
          <w:color w:val="000000"/>
          <w:sz w:val="28"/>
          <w:szCs w:val="28"/>
        </w:rPr>
        <w:t>(</w:t>
      </w:r>
      <w:proofErr w:type="gramEnd"/>
      <w:r>
        <w:rPr>
          <w:rFonts w:ascii="Times New Roman" w:hAnsi="Times New Roman" w:cs="Times New Roman"/>
          <w:color w:val="000000"/>
          <w:sz w:val="28"/>
          <w:szCs w:val="28"/>
        </w:rPr>
        <w:t>16</w:t>
      </w:r>
      <w:r w:rsidRPr="00AC3091">
        <w:rPr>
          <w:rFonts w:ascii="Times New Roman" w:hAnsi="Times New Roman" w:cs="Times New Roman"/>
          <w:color w:val="000000"/>
          <w:sz w:val="28"/>
          <w:szCs w:val="28"/>
          <w:vertAlign w:val="superscript"/>
        </w:rPr>
        <w:t>th</w:t>
      </w:r>
      <w:r>
        <w:rPr>
          <w:rFonts w:ascii="Times New Roman" w:hAnsi="Times New Roman" w:cs="Times New Roman"/>
          <w:color w:val="000000"/>
          <w:sz w:val="28"/>
          <w:szCs w:val="28"/>
        </w:rPr>
        <w:t xml:space="preserve"> September</w:t>
      </w:r>
      <w:r w:rsidRPr="0010106F">
        <w:rPr>
          <w:rFonts w:ascii="Times New Roman" w:hAnsi="Times New Roman" w:cs="Times New Roman"/>
          <w:color w:val="000000"/>
          <w:sz w:val="28"/>
          <w:szCs w:val="28"/>
        </w:rPr>
        <w:t xml:space="preserve"> 2025</w:t>
      </w:r>
      <w:r>
        <w:rPr>
          <w:rFonts w:ascii="Times New Roman" w:hAnsi="Times New Roman" w:cs="Times New Roman"/>
          <w:color w:val="000000"/>
          <w:sz w:val="28"/>
          <w:szCs w:val="28"/>
        </w:rPr>
        <w:t xml:space="preserve"> at 3.00pm</w:t>
      </w:r>
      <w:r w:rsidRPr="0010106F">
        <w:rPr>
          <w:rFonts w:ascii="Times New Roman" w:hAnsi="Times New Roman" w:cs="Times New Roman"/>
          <w:color w:val="000000"/>
          <w:sz w:val="28"/>
          <w:szCs w:val="28"/>
        </w:rPr>
        <w:t>) was organized by the Department of CSE (AI &amp; ML), VIT Pune. The session</w:t>
      </w:r>
      <w:r>
        <w:rPr>
          <w:rFonts w:ascii="Times New Roman" w:hAnsi="Times New Roman" w:cs="Times New Roman"/>
          <w:color w:val="000000"/>
          <w:sz w:val="28"/>
          <w:szCs w:val="28"/>
        </w:rPr>
        <w:t xml:space="preserve"> was delivered by </w:t>
      </w:r>
      <w:proofErr w:type="spellStart"/>
      <w:proofErr w:type="gramStart"/>
      <w:r>
        <w:rPr>
          <w:rFonts w:ascii="Times New Roman" w:hAnsi="Times New Roman" w:cs="Times New Roman"/>
          <w:color w:val="000000"/>
          <w:sz w:val="28"/>
          <w:szCs w:val="28"/>
        </w:rPr>
        <w:t>Mr.Abhi</w:t>
      </w:r>
      <w:proofErr w:type="spellEnd"/>
      <w:proofErr w:type="gramEnd"/>
      <w:r>
        <w:rPr>
          <w:rFonts w:ascii="Times New Roman" w:hAnsi="Times New Roman" w:cs="Times New Roman"/>
          <w:color w:val="000000"/>
          <w:sz w:val="28"/>
          <w:szCs w:val="28"/>
        </w:rPr>
        <w:t xml:space="preserve"> Singh(</w:t>
      </w:r>
      <w:proofErr w:type="spellStart"/>
      <w:r>
        <w:rPr>
          <w:rFonts w:ascii="Times New Roman" w:hAnsi="Times New Roman" w:cs="Times New Roman"/>
          <w:color w:val="000000"/>
          <w:sz w:val="28"/>
          <w:szCs w:val="28"/>
        </w:rPr>
        <w:t>Github</w:t>
      </w:r>
      <w:proofErr w:type="spellEnd"/>
      <w:r>
        <w:rPr>
          <w:rFonts w:ascii="Times New Roman" w:hAnsi="Times New Roman" w:cs="Times New Roman"/>
          <w:color w:val="000000"/>
          <w:sz w:val="28"/>
          <w:szCs w:val="28"/>
        </w:rPr>
        <w:t xml:space="preserve">) based on </w:t>
      </w:r>
      <w:r w:rsidRPr="0010106F">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Github</w:t>
      </w:r>
      <w:proofErr w:type="spellEnd"/>
      <w:r w:rsidRPr="0010106F">
        <w:rPr>
          <w:rFonts w:ascii="Times New Roman" w:hAnsi="Times New Roman" w:cs="Times New Roman"/>
          <w:color w:val="000000"/>
          <w:sz w:val="28"/>
          <w:szCs w:val="28"/>
        </w:rPr>
        <w:t xml:space="preserve"> fundamentals, </w:t>
      </w:r>
      <w:r>
        <w:rPr>
          <w:rFonts w:ascii="Times New Roman" w:hAnsi="Times New Roman" w:cs="Times New Roman"/>
          <w:color w:val="000000"/>
          <w:sz w:val="28"/>
          <w:szCs w:val="28"/>
        </w:rPr>
        <w:t xml:space="preserve">Copilot </w:t>
      </w:r>
      <w:r w:rsidRPr="0010106F">
        <w:rPr>
          <w:rFonts w:ascii="Times New Roman" w:hAnsi="Times New Roman" w:cs="Times New Roman"/>
          <w:color w:val="000000"/>
          <w:sz w:val="28"/>
          <w:szCs w:val="28"/>
        </w:rPr>
        <w:t xml:space="preserve">basics, </w:t>
      </w:r>
      <w:r>
        <w:rPr>
          <w:rFonts w:ascii="Times New Roman" w:hAnsi="Times New Roman" w:cs="Times New Roman"/>
          <w:color w:val="000000"/>
          <w:sz w:val="28"/>
          <w:szCs w:val="28"/>
        </w:rPr>
        <w:t xml:space="preserve">how </w:t>
      </w:r>
      <w:proofErr w:type="spellStart"/>
      <w:r>
        <w:rPr>
          <w:rFonts w:ascii="Times New Roman" w:hAnsi="Times New Roman" w:cs="Times New Roman"/>
          <w:color w:val="000000"/>
          <w:sz w:val="28"/>
          <w:szCs w:val="28"/>
        </w:rPr>
        <w:t>ot</w:t>
      </w:r>
      <w:proofErr w:type="spellEnd"/>
      <w:r>
        <w:rPr>
          <w:rFonts w:ascii="Times New Roman" w:hAnsi="Times New Roman" w:cs="Times New Roman"/>
          <w:color w:val="000000"/>
          <w:sz w:val="28"/>
          <w:szCs w:val="28"/>
        </w:rPr>
        <w:t xml:space="preserve"> act as 24/7 </w:t>
      </w:r>
      <w:proofErr w:type="spellStart"/>
      <w:r>
        <w:rPr>
          <w:rFonts w:ascii="Times New Roman" w:hAnsi="Times New Roman" w:cs="Times New Roman"/>
          <w:color w:val="000000"/>
          <w:sz w:val="28"/>
          <w:szCs w:val="28"/>
        </w:rPr>
        <w:t>asisstant</w:t>
      </w:r>
      <w:proofErr w:type="spellEnd"/>
      <w:r>
        <w:rPr>
          <w:rFonts w:ascii="Times New Roman" w:hAnsi="Times New Roman" w:cs="Times New Roman"/>
          <w:color w:val="000000"/>
          <w:sz w:val="28"/>
          <w:szCs w:val="28"/>
        </w:rPr>
        <w:t xml:space="preserve"> for problem </w:t>
      </w:r>
      <w:proofErr w:type="spellStart"/>
      <w:r>
        <w:rPr>
          <w:rFonts w:ascii="Times New Roman" w:hAnsi="Times New Roman" w:cs="Times New Roman"/>
          <w:color w:val="000000"/>
          <w:sz w:val="28"/>
          <w:szCs w:val="28"/>
        </w:rPr>
        <w:t>solving,assignment</w:t>
      </w:r>
      <w:proofErr w:type="spellEnd"/>
      <w:r>
        <w:rPr>
          <w:rFonts w:ascii="Times New Roman" w:hAnsi="Times New Roman" w:cs="Times New Roman"/>
          <w:color w:val="000000"/>
          <w:sz w:val="28"/>
          <w:szCs w:val="28"/>
        </w:rPr>
        <w:t xml:space="preserve"> ,projects and research.</w:t>
      </w:r>
      <w:r w:rsidRPr="0010106F">
        <w:rPr>
          <w:rFonts w:ascii="Times New Roman" w:hAnsi="Times New Roman" w:cs="Times New Roman"/>
          <w:color w:val="000000"/>
          <w:sz w:val="28"/>
          <w:szCs w:val="28"/>
        </w:rPr>
        <w:t xml:space="preserve"> </w:t>
      </w:r>
    </w:p>
    <w:p w14:paraId="38A1E9A4" w14:textId="77777777" w:rsidR="00F95DD4" w:rsidRDefault="00F95DD4" w:rsidP="00F95DD4">
      <w:pPr>
        <w:rPr>
          <w:b/>
          <w:bCs/>
          <w:sz w:val="32"/>
          <w:szCs w:val="28"/>
        </w:rPr>
      </w:pPr>
    </w:p>
    <w:p w14:paraId="374A039C" w14:textId="17A88FD0" w:rsidR="00F95DD4" w:rsidRPr="00F95DD4" w:rsidRDefault="00F95DD4" w:rsidP="008C171C">
      <w:pPr>
        <w:shd w:val="clear" w:color="auto" w:fill="8DB3E2" w:themeFill="text2" w:themeFillTint="66"/>
        <w:rPr>
          <w:b/>
          <w:bCs/>
          <w:sz w:val="32"/>
          <w:szCs w:val="28"/>
        </w:rPr>
      </w:pPr>
      <w:r w:rsidRPr="00F95DD4">
        <w:rPr>
          <w:b/>
          <w:bCs/>
          <w:sz w:val="32"/>
          <w:szCs w:val="28"/>
        </w:rPr>
        <w:t>Industrial Visit to MITCON Consultancy &amp; Engineering Services Ltd., Pune</w:t>
      </w:r>
    </w:p>
    <w:p w14:paraId="5D826F02" w14:textId="2D795183" w:rsidR="005C55A6" w:rsidRPr="00F95DD4" w:rsidRDefault="00F95DD4" w:rsidP="00F95DD4">
      <w:pPr>
        <w:rPr>
          <w:b/>
          <w:bCs/>
          <w:sz w:val="32"/>
          <w:szCs w:val="28"/>
        </w:rPr>
      </w:pPr>
      <w:r w:rsidRPr="00F95DD4">
        <w:rPr>
          <w:b/>
          <w:bCs/>
          <w:sz w:val="32"/>
          <w:szCs w:val="28"/>
        </w:rPr>
        <w:t xml:space="preserve">Date: 16 October 2025 </w:t>
      </w:r>
      <w:proofErr w:type="gramStart"/>
      <w:r w:rsidRPr="00F95DD4">
        <w:rPr>
          <w:b/>
          <w:bCs/>
          <w:sz w:val="32"/>
          <w:szCs w:val="28"/>
        </w:rPr>
        <w:t>Time:2:30</w:t>
      </w:r>
      <w:proofErr w:type="gramEnd"/>
      <w:r w:rsidRPr="00F95DD4">
        <w:rPr>
          <w:b/>
          <w:bCs/>
          <w:sz w:val="32"/>
          <w:szCs w:val="28"/>
        </w:rPr>
        <w:t xml:space="preserve"> pm to 5:30pm</w:t>
      </w:r>
    </w:p>
    <w:p w14:paraId="4A582A39" w14:textId="77777777" w:rsidR="00F95DD4" w:rsidRDefault="00F95DD4" w:rsidP="00F95DD4">
      <w:r>
        <w:t>Faculty Coordinators:</w:t>
      </w:r>
    </w:p>
    <w:p w14:paraId="3358B30F" w14:textId="4123199E" w:rsidR="00F95DD4" w:rsidRDefault="00F95DD4" w:rsidP="00F95DD4">
      <w:r>
        <w:t xml:space="preserve"> Dr. Premanand P. </w:t>
      </w:r>
      <w:proofErr w:type="spellStart"/>
      <w:r>
        <w:t>Ghadekar</w:t>
      </w:r>
      <w:proofErr w:type="spellEnd"/>
      <w:r>
        <w:t>, Head, Department of CSE (AI &amp; ML)</w:t>
      </w:r>
    </w:p>
    <w:p w14:paraId="6CDA24EE" w14:textId="7A9A99FD" w:rsidR="00F95DD4" w:rsidRDefault="00F95DD4" w:rsidP="00F95DD4">
      <w:r>
        <w:t xml:space="preserve"> Dr. Amruta </w:t>
      </w:r>
      <w:proofErr w:type="spellStart"/>
      <w:r>
        <w:t>Amune</w:t>
      </w:r>
      <w:proofErr w:type="spellEnd"/>
      <w:r>
        <w:t>, Department of CSE (AI &amp; ML)</w:t>
      </w:r>
    </w:p>
    <w:p w14:paraId="07C7C08A" w14:textId="181265B7" w:rsidR="00F95DD4" w:rsidRDefault="00F95DD4" w:rsidP="00F95DD4">
      <w:r>
        <w:t xml:space="preserve"> Prof. Ravishankar </w:t>
      </w:r>
      <w:proofErr w:type="spellStart"/>
      <w:r>
        <w:t>Bhaganagare</w:t>
      </w:r>
      <w:proofErr w:type="spellEnd"/>
      <w:r>
        <w:t xml:space="preserve"> Department of CSE (AI &amp; ML)</w:t>
      </w:r>
    </w:p>
    <w:p w14:paraId="6DC3A07F" w14:textId="7C554478" w:rsidR="005C55A6" w:rsidRDefault="00F95DD4" w:rsidP="00F95DD4">
      <w:r>
        <w:t>Prof. Ashlesha Sawant, Department of CSE (AI &amp; ML)</w:t>
      </w:r>
    </w:p>
    <w:p w14:paraId="6E309CE9" w14:textId="77777777" w:rsidR="00F95DD4" w:rsidRDefault="00F95DD4" w:rsidP="00F95DD4"/>
    <w:p w14:paraId="26838BDB" w14:textId="54AA4B61" w:rsidR="00F95DD4" w:rsidRDefault="00F95DD4" w:rsidP="00F95DD4">
      <w:r w:rsidRPr="00F95DD4">
        <w:rPr>
          <w:noProof/>
        </w:rPr>
        <w:drawing>
          <wp:inline distT="0" distB="0" distL="0" distR="0" wp14:anchorId="452C8FF9" wp14:editId="63F3EA4F">
            <wp:extent cx="5486400" cy="19431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86400" cy="1943100"/>
                    </a:xfrm>
                    <a:prstGeom prst="rect">
                      <a:avLst/>
                    </a:prstGeom>
                  </pic:spPr>
                </pic:pic>
              </a:graphicData>
            </a:graphic>
          </wp:inline>
        </w:drawing>
      </w:r>
    </w:p>
    <w:p w14:paraId="241AAD52" w14:textId="0F79D016" w:rsidR="00F95DD4" w:rsidRDefault="00F95DD4" w:rsidP="00F95DD4">
      <w:r w:rsidRPr="00F95DD4">
        <w:rPr>
          <w:noProof/>
        </w:rPr>
        <w:lastRenderedPageBreak/>
        <w:drawing>
          <wp:inline distT="0" distB="0" distL="0" distR="0" wp14:anchorId="4F3083DA" wp14:editId="0B5DE0AB">
            <wp:extent cx="5486400" cy="257175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86400" cy="2571750"/>
                    </a:xfrm>
                    <a:prstGeom prst="rect">
                      <a:avLst/>
                    </a:prstGeom>
                  </pic:spPr>
                </pic:pic>
              </a:graphicData>
            </a:graphic>
          </wp:inline>
        </w:drawing>
      </w:r>
    </w:p>
    <w:p w14:paraId="0BC34833" w14:textId="77777777" w:rsidR="00F95DD4" w:rsidRDefault="00F95DD4" w:rsidP="00F95DD4">
      <w:pPr>
        <w:shd w:val="clear" w:color="auto" w:fill="4F81BD" w:themeFill="accent1"/>
      </w:pPr>
      <w:r>
        <w:t xml:space="preserve">                                                              </w:t>
      </w:r>
    </w:p>
    <w:p w14:paraId="47AE8DE7" w14:textId="78BA127B" w:rsidR="00F95DD4" w:rsidRPr="0096080C" w:rsidRDefault="00F95DD4" w:rsidP="00F95DD4">
      <w:pPr>
        <w:shd w:val="clear" w:color="auto" w:fill="4F81BD" w:themeFill="accent1"/>
        <w:rPr>
          <w:b/>
          <w:bCs/>
          <w:sz w:val="28"/>
          <w:szCs w:val="24"/>
        </w:rPr>
      </w:pPr>
      <w:r w:rsidRPr="0096080C">
        <w:rPr>
          <w:b/>
          <w:bCs/>
          <w:sz w:val="28"/>
          <w:szCs w:val="24"/>
        </w:rPr>
        <w:t xml:space="preserve">                                                        Summary</w:t>
      </w:r>
    </w:p>
    <w:p w14:paraId="30F07703" w14:textId="26B68DC6" w:rsidR="005C55A6" w:rsidRDefault="00F95DD4" w:rsidP="00F95DD4">
      <w:pPr>
        <w:shd w:val="clear" w:color="auto" w:fill="B8CCE4" w:themeFill="accent1" w:themeFillTint="66"/>
      </w:pPr>
      <w:r>
        <w:t>The Department of Computer Science and Engineering (AI &amp; ML), Vishwakarma Institute of Technology, Pune, organized a one-day industrial visit to MITCON Consultancy &amp; Engineering Services Ltd., Pune on 14 October 2025 from 3:00 p.m. to 6:00 p.m. A total of 150 students from the CSE (AI &amp; ML) Department participated in the visit, accompanied by four faculty members. The session was highly interactive, featuring discussions on the integration of Artificial Intelligence and Machine Learning in industrial and consultancy applications.</w:t>
      </w:r>
    </w:p>
    <w:p w14:paraId="2312C85F" w14:textId="229DAED8" w:rsidR="005C55A6" w:rsidRDefault="005C55A6"/>
    <w:p w14:paraId="16494F24" w14:textId="156DD42C" w:rsidR="005C55A6" w:rsidRDefault="005C55A6"/>
    <w:p w14:paraId="31716963" w14:textId="66E4C6CA" w:rsidR="005C55A6" w:rsidRDefault="005C55A6"/>
    <w:p w14:paraId="71AB2CB0" w14:textId="4EDE5F10" w:rsidR="005C55A6" w:rsidRDefault="005C55A6"/>
    <w:p w14:paraId="43F1BDDB" w14:textId="2C0D5A9E" w:rsidR="005C55A6" w:rsidRDefault="005C55A6"/>
    <w:p w14:paraId="175A33FF" w14:textId="7A8973E2" w:rsidR="005C55A6" w:rsidRDefault="005C55A6"/>
    <w:p w14:paraId="062F926D" w14:textId="6A1113AC" w:rsidR="005C55A6" w:rsidRDefault="005C55A6"/>
    <w:p w14:paraId="36BAB8C9" w14:textId="344FD26F" w:rsidR="007C5660" w:rsidRDefault="007C5660" w:rsidP="007C5660"/>
    <w:p w14:paraId="7548B6E0" w14:textId="77777777" w:rsidR="007C5660" w:rsidRPr="007C5660" w:rsidRDefault="007C5660" w:rsidP="007C5660">
      <w:pPr>
        <w:jc w:val="center"/>
      </w:pPr>
    </w:p>
    <w:p w14:paraId="4206660C" w14:textId="2F73D004" w:rsidR="005C55A6" w:rsidRDefault="005C55A6" w:rsidP="005C55A6">
      <w:r w:rsidRPr="005C55A6">
        <w:t xml:space="preserve"> </w:t>
      </w:r>
    </w:p>
    <w:p w14:paraId="7715AAB3" w14:textId="08F80119" w:rsidR="005C55A6" w:rsidRDefault="005C55A6" w:rsidP="005C55A6"/>
    <w:p w14:paraId="7674F497" w14:textId="7FD84128" w:rsidR="005C55A6" w:rsidRDefault="005C55A6"/>
    <w:p w14:paraId="72BAB830" w14:textId="77777777" w:rsidR="008C171C" w:rsidRDefault="008C171C"/>
    <w:p w14:paraId="06C95BB3" w14:textId="03F54091" w:rsidR="005C55A6" w:rsidRDefault="008C171C">
      <w:r w:rsidRPr="00BD416E">
        <w:rPr>
          <w:b/>
          <w:bCs/>
          <w:noProof/>
          <w:color w:val="0080FF"/>
          <w:sz w:val="96"/>
          <w:szCs w:val="96"/>
        </w:rPr>
        <w:drawing>
          <wp:anchor distT="0" distB="0" distL="114300" distR="114300" simplePos="0" relativeHeight="251668480" behindDoc="1" locked="0" layoutInCell="1" allowOverlap="1" wp14:anchorId="42130A7F" wp14:editId="716CC778">
            <wp:simplePos x="0" y="0"/>
            <wp:positionH relativeFrom="column">
              <wp:posOffset>0</wp:posOffset>
            </wp:positionH>
            <wp:positionV relativeFrom="paragraph">
              <wp:posOffset>335915</wp:posOffset>
            </wp:positionV>
            <wp:extent cx="2019300" cy="2649220"/>
            <wp:effectExtent l="0" t="0" r="0" b="0"/>
            <wp:wrapTight wrapText="bothSides">
              <wp:wrapPolygon edited="0">
                <wp:start x="0" y="0"/>
                <wp:lineTo x="0" y="21434"/>
                <wp:lineTo x="21396" y="21434"/>
                <wp:lineTo x="21396" y="0"/>
                <wp:lineTo x="0" y="0"/>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19300" cy="2649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64FF00" w14:textId="77777777" w:rsidR="005C55A6" w:rsidRDefault="005C55A6"/>
    <w:p w14:paraId="30BCBB99" w14:textId="53759B85" w:rsidR="00911534" w:rsidRDefault="00911534"/>
    <w:p w14:paraId="257FB887" w14:textId="198DEA9E" w:rsidR="008C171C" w:rsidRDefault="008C171C">
      <w:pPr>
        <w:rPr>
          <w:rFonts w:ascii="Times New Roman" w:hAnsi="Times New Roman" w:cs="Times New Roman"/>
          <w:b/>
          <w:bCs/>
          <w:sz w:val="72"/>
          <w:szCs w:val="72"/>
        </w:rPr>
      </w:pPr>
    </w:p>
    <w:p w14:paraId="746E5C6D" w14:textId="48DCC82B" w:rsidR="008C171C" w:rsidRDefault="008C171C">
      <w:pPr>
        <w:rPr>
          <w:rFonts w:ascii="Times New Roman" w:hAnsi="Times New Roman" w:cs="Times New Roman"/>
          <w:b/>
          <w:bCs/>
          <w:sz w:val="72"/>
          <w:szCs w:val="72"/>
        </w:rPr>
      </w:pPr>
    </w:p>
    <w:p w14:paraId="58F7FC27" w14:textId="77777777" w:rsidR="008C171C" w:rsidRDefault="008C171C">
      <w:pPr>
        <w:rPr>
          <w:rFonts w:ascii="Times New Roman" w:hAnsi="Times New Roman" w:cs="Times New Roman"/>
          <w:b/>
          <w:bCs/>
          <w:sz w:val="72"/>
          <w:szCs w:val="72"/>
        </w:rPr>
      </w:pPr>
    </w:p>
    <w:p w14:paraId="61DC2D55" w14:textId="02ACA3E0" w:rsidR="00911534" w:rsidRPr="008C171C" w:rsidRDefault="008C171C" w:rsidP="004729FF">
      <w:pPr>
        <w:shd w:val="clear" w:color="auto" w:fill="C6D9F1" w:themeFill="text2" w:themeFillTint="33"/>
        <w:ind w:left="720" w:firstLine="720"/>
        <w:rPr>
          <w:sz w:val="22"/>
          <w:szCs w:val="20"/>
        </w:rPr>
      </w:pPr>
      <w:r>
        <w:rPr>
          <w:rFonts w:ascii="Times New Roman" w:hAnsi="Times New Roman" w:cs="Times New Roman"/>
          <w:b/>
          <w:bCs/>
          <w:sz w:val="72"/>
          <w:szCs w:val="72"/>
        </w:rPr>
        <w:t xml:space="preserve"> </w:t>
      </w:r>
      <w:proofErr w:type="gramStart"/>
      <w:r w:rsidRPr="008C171C">
        <w:rPr>
          <w:rFonts w:ascii="Times New Roman" w:hAnsi="Times New Roman" w:cs="Times New Roman"/>
          <w:b/>
          <w:bCs/>
          <w:sz w:val="56"/>
          <w:szCs w:val="56"/>
        </w:rPr>
        <w:t>Student</w:t>
      </w:r>
      <w:r>
        <w:rPr>
          <w:rFonts w:ascii="Times New Roman" w:hAnsi="Times New Roman" w:cs="Times New Roman"/>
          <w:b/>
          <w:bCs/>
          <w:sz w:val="56"/>
          <w:szCs w:val="56"/>
        </w:rPr>
        <w:t xml:space="preserve">  </w:t>
      </w:r>
      <w:r w:rsidRPr="008C171C">
        <w:rPr>
          <w:rFonts w:ascii="Times New Roman" w:hAnsi="Times New Roman" w:cs="Times New Roman"/>
          <w:b/>
          <w:bCs/>
          <w:sz w:val="56"/>
          <w:szCs w:val="56"/>
        </w:rPr>
        <w:t>Achievements</w:t>
      </w:r>
      <w:proofErr w:type="gramEnd"/>
    </w:p>
    <w:p w14:paraId="211B3185" w14:textId="77777777" w:rsidR="004729FF" w:rsidRDefault="004729FF"/>
    <w:p w14:paraId="6EB73050" w14:textId="77777777" w:rsidR="004729FF" w:rsidRDefault="004729FF"/>
    <w:p w14:paraId="21998282" w14:textId="77777777" w:rsidR="004729FF" w:rsidRDefault="004729FF"/>
    <w:p w14:paraId="74B14A95" w14:textId="77777777" w:rsidR="004729FF" w:rsidRDefault="004729FF"/>
    <w:p w14:paraId="6A95F6BB" w14:textId="77777777" w:rsidR="004729FF" w:rsidRDefault="004729FF"/>
    <w:p w14:paraId="7BFDB524" w14:textId="77777777" w:rsidR="004729FF" w:rsidRDefault="004729FF"/>
    <w:p w14:paraId="5CA46BD7" w14:textId="77777777" w:rsidR="004729FF" w:rsidRDefault="004729FF"/>
    <w:p w14:paraId="218ED5AE" w14:textId="77777777" w:rsidR="004729FF" w:rsidRDefault="004729FF"/>
    <w:p w14:paraId="757C8944" w14:textId="77777777" w:rsidR="004729FF" w:rsidRDefault="004729FF"/>
    <w:p w14:paraId="46E2C27B" w14:textId="77777777" w:rsidR="004729FF" w:rsidRDefault="004729FF"/>
    <w:p w14:paraId="655ABB94" w14:textId="77777777" w:rsidR="004729FF" w:rsidRDefault="004729FF"/>
    <w:p w14:paraId="44EAD8D1" w14:textId="64DAFBEC" w:rsidR="00911534" w:rsidRDefault="004729FF">
      <w:r>
        <w:rPr>
          <w:noProof/>
        </w:rPr>
        <w:drawing>
          <wp:inline distT="0" distB="0" distL="0" distR="0" wp14:anchorId="7F08C84C" wp14:editId="7CB89E3F">
            <wp:extent cx="5475605" cy="2752725"/>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0364" cy="2755117"/>
                    </a:xfrm>
                    <a:prstGeom prst="rect">
                      <a:avLst/>
                    </a:prstGeom>
                    <a:noFill/>
                    <a:ln>
                      <a:noFill/>
                    </a:ln>
                  </pic:spPr>
                </pic:pic>
              </a:graphicData>
            </a:graphic>
          </wp:inline>
        </w:drawing>
      </w:r>
    </w:p>
    <w:p w14:paraId="3FFF80CC" w14:textId="77777777" w:rsidR="004729FF" w:rsidRDefault="004729FF"/>
    <w:p w14:paraId="5F673678" w14:textId="77777777" w:rsidR="004729FF" w:rsidRPr="004729FF" w:rsidRDefault="004729FF" w:rsidP="004729FF">
      <w:pPr>
        <w:pStyle w:val="NormalWeb"/>
        <w:shd w:val="clear" w:color="auto" w:fill="DAEEF3" w:themeFill="accent5" w:themeFillTint="33"/>
        <w:spacing w:before="0" w:beforeAutospacing="0" w:after="0" w:afterAutospacing="0"/>
        <w:rPr>
          <w:b/>
          <w:bCs/>
        </w:rPr>
      </w:pPr>
    </w:p>
    <w:p w14:paraId="15A17DED" w14:textId="2C6460CC" w:rsidR="004729FF" w:rsidRDefault="004729FF" w:rsidP="004729FF">
      <w:pPr>
        <w:pStyle w:val="NormalWeb"/>
        <w:shd w:val="clear" w:color="auto" w:fill="DAEEF3" w:themeFill="accent5" w:themeFillTint="33"/>
        <w:spacing w:before="0" w:beforeAutospacing="0" w:after="0" w:afterAutospacing="0"/>
        <w:rPr>
          <w:b/>
          <w:bCs/>
        </w:rPr>
      </w:pPr>
      <w:r w:rsidRPr="004729FF">
        <w:rPr>
          <w:b/>
          <w:bCs/>
        </w:rPr>
        <w:t xml:space="preserve">Date-27/10/2025 </w:t>
      </w:r>
    </w:p>
    <w:p w14:paraId="21E22DC1" w14:textId="77777777" w:rsidR="00006C41" w:rsidRPr="004729FF" w:rsidRDefault="00006C41" w:rsidP="004729FF">
      <w:pPr>
        <w:pStyle w:val="NormalWeb"/>
        <w:shd w:val="clear" w:color="auto" w:fill="DAEEF3" w:themeFill="accent5" w:themeFillTint="33"/>
        <w:spacing w:before="0" w:beforeAutospacing="0" w:after="0" w:afterAutospacing="0"/>
        <w:rPr>
          <w:b/>
          <w:bCs/>
        </w:rPr>
      </w:pPr>
    </w:p>
    <w:p w14:paraId="6F68A8E3" w14:textId="77777777" w:rsidR="004729FF" w:rsidRPr="004729FF" w:rsidRDefault="004729FF" w:rsidP="004729FF">
      <w:pPr>
        <w:pStyle w:val="NormalWeb"/>
        <w:shd w:val="clear" w:color="auto" w:fill="DAEEF3" w:themeFill="accent5" w:themeFillTint="33"/>
        <w:spacing w:before="0" w:beforeAutospacing="0" w:after="0" w:afterAutospacing="0"/>
        <w:rPr>
          <w:b/>
          <w:bCs/>
          <w:color w:val="000000"/>
        </w:rPr>
      </w:pPr>
      <w:r w:rsidRPr="004729FF">
        <w:rPr>
          <w:b/>
          <w:bCs/>
        </w:rPr>
        <w:t>Award/Winner-</w:t>
      </w:r>
      <w:r w:rsidRPr="004729FF">
        <w:rPr>
          <w:b/>
          <w:bCs/>
          <w:color w:val="000000"/>
        </w:rPr>
        <w:t>2nd Runner Up prize at Samarth Hackathon Finale in MBU Tirupati</w:t>
      </w:r>
    </w:p>
    <w:p w14:paraId="1D240AB9" w14:textId="77777777" w:rsidR="004729FF" w:rsidRPr="004729FF" w:rsidRDefault="004729FF" w:rsidP="004729FF">
      <w:pPr>
        <w:pStyle w:val="NormalWeb"/>
        <w:shd w:val="clear" w:color="auto" w:fill="DAEEF3" w:themeFill="accent5" w:themeFillTint="33"/>
        <w:spacing w:before="0" w:beforeAutospacing="0" w:after="0" w:afterAutospacing="0"/>
        <w:rPr>
          <w:b/>
          <w:bCs/>
        </w:rPr>
      </w:pPr>
      <w:r w:rsidRPr="004729FF">
        <w:rPr>
          <w:b/>
          <w:bCs/>
          <w:color w:val="000000"/>
        </w:rPr>
        <w:t>Event - Samarth Hackathon Finale in MBU Tirupati</w:t>
      </w:r>
    </w:p>
    <w:p w14:paraId="0ABC113C" w14:textId="77777777" w:rsidR="004729FF" w:rsidRPr="004729FF" w:rsidRDefault="004729FF" w:rsidP="004729FF">
      <w:pPr>
        <w:pStyle w:val="NormalWeb"/>
        <w:shd w:val="clear" w:color="auto" w:fill="DAEEF3" w:themeFill="accent5" w:themeFillTint="33"/>
        <w:spacing w:before="0" w:beforeAutospacing="0" w:after="0" w:afterAutospacing="0"/>
        <w:rPr>
          <w:b/>
          <w:bCs/>
        </w:rPr>
      </w:pPr>
    </w:p>
    <w:p w14:paraId="6BEDDCD9" w14:textId="77777777" w:rsidR="004729FF" w:rsidRPr="004729FF" w:rsidRDefault="004729FF" w:rsidP="004729FF">
      <w:pPr>
        <w:shd w:val="clear" w:color="auto" w:fill="DAEEF3" w:themeFill="accent5" w:themeFillTint="33"/>
        <w:rPr>
          <w:b/>
          <w:bCs/>
          <w:color w:val="000000"/>
        </w:rPr>
      </w:pPr>
      <w:r w:rsidRPr="004729FF">
        <w:rPr>
          <w:b/>
          <w:bCs/>
        </w:rPr>
        <w:t>Prize-</w:t>
      </w:r>
      <w:r w:rsidRPr="004729FF">
        <w:rPr>
          <w:b/>
          <w:bCs/>
          <w:color w:val="000000"/>
        </w:rPr>
        <w:t xml:space="preserve"> 1lakh cash prize+ trophy+ certificate</w:t>
      </w:r>
    </w:p>
    <w:p w14:paraId="1F3E5790" w14:textId="77777777" w:rsidR="004729FF" w:rsidRPr="004729FF" w:rsidRDefault="004729FF" w:rsidP="004729FF">
      <w:pPr>
        <w:shd w:val="clear" w:color="auto" w:fill="DAEEF3" w:themeFill="accent5" w:themeFillTint="33"/>
        <w:rPr>
          <w:b/>
          <w:bCs/>
          <w:color w:val="000000"/>
        </w:rPr>
      </w:pPr>
      <w:r w:rsidRPr="004729FF">
        <w:rPr>
          <w:b/>
          <w:bCs/>
          <w:color w:val="000000"/>
        </w:rPr>
        <w:t>Opportunity-Project</w:t>
      </w:r>
    </w:p>
    <w:p w14:paraId="67600804" w14:textId="77777777" w:rsidR="004729FF" w:rsidRDefault="004729FF" w:rsidP="004729FF">
      <w:pPr>
        <w:shd w:val="clear" w:color="auto" w:fill="DAEEF3" w:themeFill="accent5" w:themeFillTint="33"/>
        <w:rPr>
          <w:b/>
          <w:bCs/>
          <w:color w:val="000000"/>
        </w:rPr>
      </w:pPr>
      <w:r w:rsidRPr="004729FF">
        <w:rPr>
          <w:b/>
          <w:bCs/>
          <w:color w:val="000000"/>
        </w:rPr>
        <w:t xml:space="preserve">Student Name- </w:t>
      </w:r>
    </w:p>
    <w:p w14:paraId="35B1E3FD" w14:textId="700E159C" w:rsidR="004729FF" w:rsidRPr="004729FF" w:rsidRDefault="004729FF" w:rsidP="004729FF">
      <w:pPr>
        <w:shd w:val="clear" w:color="auto" w:fill="DAEEF3" w:themeFill="accent5" w:themeFillTint="33"/>
        <w:rPr>
          <w:b/>
          <w:bCs/>
          <w:color w:val="000000"/>
        </w:rPr>
      </w:pPr>
      <w:r w:rsidRPr="004729FF">
        <w:rPr>
          <w:b/>
          <w:bCs/>
          <w:color w:val="000000"/>
        </w:rPr>
        <w:t>Atharva Patwardhan (Team leader) - TY AIML B</w:t>
      </w:r>
    </w:p>
    <w:p w14:paraId="6218E4CA" w14:textId="77777777" w:rsidR="004729FF" w:rsidRDefault="004729FF" w:rsidP="004729FF">
      <w:pPr>
        <w:shd w:val="clear" w:color="auto" w:fill="DAEEF3" w:themeFill="accent5" w:themeFillTint="33"/>
        <w:rPr>
          <w:b/>
          <w:bCs/>
          <w:color w:val="000000"/>
        </w:rPr>
      </w:pPr>
      <w:r w:rsidRPr="004729FF">
        <w:rPr>
          <w:b/>
          <w:bCs/>
          <w:color w:val="000000"/>
        </w:rPr>
        <w:t xml:space="preserve">Atharv </w:t>
      </w:r>
      <w:proofErr w:type="spellStart"/>
      <w:r w:rsidRPr="004729FF">
        <w:rPr>
          <w:b/>
          <w:bCs/>
          <w:color w:val="000000"/>
        </w:rPr>
        <w:t>Muchandi</w:t>
      </w:r>
      <w:proofErr w:type="spellEnd"/>
      <w:r w:rsidRPr="004729FF">
        <w:rPr>
          <w:b/>
          <w:bCs/>
          <w:color w:val="000000"/>
        </w:rPr>
        <w:t xml:space="preserve"> - TY AIML A, </w:t>
      </w:r>
      <w:proofErr w:type="spellStart"/>
      <w:r w:rsidRPr="004729FF">
        <w:rPr>
          <w:b/>
          <w:bCs/>
          <w:color w:val="000000"/>
        </w:rPr>
        <w:t>Ayush</w:t>
      </w:r>
      <w:proofErr w:type="spellEnd"/>
      <w:r w:rsidRPr="004729FF">
        <w:rPr>
          <w:b/>
          <w:bCs/>
          <w:color w:val="000000"/>
        </w:rPr>
        <w:t xml:space="preserve"> Srivastava -TY AIML B,</w:t>
      </w:r>
    </w:p>
    <w:p w14:paraId="04842EFD" w14:textId="519BD3CB" w:rsidR="004729FF" w:rsidRPr="004729FF" w:rsidRDefault="004729FF" w:rsidP="004729FF">
      <w:pPr>
        <w:shd w:val="clear" w:color="auto" w:fill="DAEEF3" w:themeFill="accent5" w:themeFillTint="33"/>
        <w:rPr>
          <w:b/>
          <w:bCs/>
          <w:color w:val="000000"/>
        </w:rPr>
      </w:pPr>
      <w:r w:rsidRPr="004729FF">
        <w:rPr>
          <w:b/>
          <w:bCs/>
          <w:color w:val="000000"/>
        </w:rPr>
        <w:t xml:space="preserve"> </w:t>
      </w:r>
      <w:proofErr w:type="spellStart"/>
      <w:r w:rsidRPr="004729FF">
        <w:rPr>
          <w:b/>
          <w:bCs/>
          <w:color w:val="000000"/>
        </w:rPr>
        <w:t>Shreeram</w:t>
      </w:r>
      <w:proofErr w:type="spellEnd"/>
      <w:r w:rsidRPr="004729FF">
        <w:rPr>
          <w:b/>
          <w:bCs/>
          <w:color w:val="000000"/>
        </w:rPr>
        <w:t xml:space="preserve"> </w:t>
      </w:r>
      <w:proofErr w:type="spellStart"/>
      <w:r w:rsidRPr="004729FF">
        <w:rPr>
          <w:b/>
          <w:bCs/>
          <w:color w:val="000000"/>
        </w:rPr>
        <w:t>Ujlambkar</w:t>
      </w:r>
      <w:proofErr w:type="spellEnd"/>
      <w:r w:rsidRPr="004729FF">
        <w:rPr>
          <w:b/>
          <w:bCs/>
          <w:color w:val="000000"/>
        </w:rPr>
        <w:t>- SY AIML</w:t>
      </w:r>
    </w:p>
    <w:p w14:paraId="2EE382D5" w14:textId="691EF780" w:rsidR="00911534" w:rsidRDefault="00911534"/>
    <w:p w14:paraId="6409D1D6" w14:textId="67C3E94A" w:rsidR="00911534" w:rsidRDefault="00911534"/>
    <w:p w14:paraId="61D9A0F6" w14:textId="7500D87A" w:rsidR="00911534" w:rsidRDefault="00911534"/>
    <w:p w14:paraId="3C7DBBBA" w14:textId="7CC22043" w:rsidR="00911534" w:rsidRDefault="00911534"/>
    <w:p w14:paraId="3E5C9DCE" w14:textId="77777777" w:rsidR="008D6634" w:rsidRDefault="008D6634"/>
    <w:p w14:paraId="544C89FC" w14:textId="77777777" w:rsidR="008D6634" w:rsidRPr="008D6634" w:rsidRDefault="008D6634" w:rsidP="008D6634">
      <w:pPr>
        <w:rPr>
          <w:b/>
          <w:bCs/>
        </w:rPr>
      </w:pPr>
      <w:r w:rsidRPr="008D6634">
        <w:rPr>
          <w:b/>
          <w:bCs/>
        </w:rPr>
        <w:t>Name of Applicant Atharv Patwardhan</w:t>
      </w:r>
    </w:p>
    <w:p w14:paraId="175665B0" w14:textId="77777777" w:rsidR="008D6634" w:rsidRPr="008D6634" w:rsidRDefault="008D6634" w:rsidP="008D6634">
      <w:pPr>
        <w:rPr>
          <w:b/>
          <w:bCs/>
        </w:rPr>
      </w:pPr>
      <w:r w:rsidRPr="008D6634">
        <w:rPr>
          <w:b/>
          <w:bCs/>
        </w:rPr>
        <w:t>Name of Competition Young Innovators Award 2025</w:t>
      </w:r>
    </w:p>
    <w:p w14:paraId="6887BBF2" w14:textId="77777777" w:rsidR="008D6634" w:rsidRPr="008D6634" w:rsidRDefault="008D6634" w:rsidP="008D6634">
      <w:pPr>
        <w:rPr>
          <w:b/>
          <w:bCs/>
        </w:rPr>
      </w:pPr>
      <w:r w:rsidRPr="008D6634">
        <w:rPr>
          <w:b/>
          <w:bCs/>
        </w:rPr>
        <w:t>Date of Competition 28th November 2025</w:t>
      </w:r>
    </w:p>
    <w:p w14:paraId="3A4216CB" w14:textId="77777777" w:rsidR="008D6634" w:rsidRPr="008D6634" w:rsidRDefault="008D6634" w:rsidP="008D6634">
      <w:pPr>
        <w:rPr>
          <w:b/>
          <w:bCs/>
        </w:rPr>
      </w:pPr>
      <w:r w:rsidRPr="008D6634">
        <w:rPr>
          <w:b/>
          <w:bCs/>
        </w:rPr>
        <w:t>Award/Rank Shortlisted in Top 5 Teams (All India Level)</w:t>
      </w:r>
    </w:p>
    <w:p w14:paraId="14714875" w14:textId="77777777" w:rsidR="008D6634" w:rsidRPr="008D6634" w:rsidRDefault="008D6634" w:rsidP="008D6634">
      <w:pPr>
        <w:rPr>
          <w:b/>
          <w:bCs/>
        </w:rPr>
      </w:pPr>
      <w:r w:rsidRPr="008D6634">
        <w:rPr>
          <w:b/>
          <w:bCs/>
        </w:rPr>
        <w:t>Prize / Amount Received</w:t>
      </w:r>
    </w:p>
    <w:p w14:paraId="72BB3FB5" w14:textId="77777777" w:rsidR="008D6634" w:rsidRPr="008D6634" w:rsidRDefault="008D6634" w:rsidP="008D6634">
      <w:pPr>
        <w:rPr>
          <w:b/>
          <w:bCs/>
        </w:rPr>
      </w:pPr>
      <w:r w:rsidRPr="008D6634">
        <w:rPr>
          <w:b/>
          <w:bCs/>
        </w:rPr>
        <w:t>Team Member Names Year (FY/SY/TY/FINAL YR) Department</w:t>
      </w:r>
    </w:p>
    <w:p w14:paraId="1487E7C3" w14:textId="77777777" w:rsidR="008D6634" w:rsidRPr="008D6634" w:rsidRDefault="008D6634" w:rsidP="008D6634">
      <w:pPr>
        <w:rPr>
          <w:b/>
          <w:bCs/>
        </w:rPr>
      </w:pPr>
      <w:r w:rsidRPr="008D6634">
        <w:rPr>
          <w:b/>
          <w:bCs/>
        </w:rPr>
        <w:t>1) Atharva Patwardhan TY CSE (AIML)</w:t>
      </w:r>
    </w:p>
    <w:p w14:paraId="3CD2D19F" w14:textId="77777777" w:rsidR="008D6634" w:rsidRPr="008D6634" w:rsidRDefault="008D6634" w:rsidP="008D6634">
      <w:pPr>
        <w:rPr>
          <w:b/>
          <w:bCs/>
        </w:rPr>
      </w:pPr>
      <w:r w:rsidRPr="008D6634">
        <w:rPr>
          <w:b/>
          <w:bCs/>
        </w:rPr>
        <w:t xml:space="preserve">2) Atharv </w:t>
      </w:r>
      <w:proofErr w:type="spellStart"/>
      <w:r w:rsidRPr="008D6634">
        <w:rPr>
          <w:b/>
          <w:bCs/>
        </w:rPr>
        <w:t>Muchandi</w:t>
      </w:r>
      <w:proofErr w:type="spellEnd"/>
      <w:r w:rsidRPr="008D6634">
        <w:rPr>
          <w:b/>
          <w:bCs/>
        </w:rPr>
        <w:t xml:space="preserve"> TY CSE (AIML)</w:t>
      </w:r>
    </w:p>
    <w:p w14:paraId="7EC099EC" w14:textId="77777777" w:rsidR="008D6634" w:rsidRPr="008D6634" w:rsidRDefault="008D6634" w:rsidP="008D6634">
      <w:pPr>
        <w:rPr>
          <w:b/>
          <w:bCs/>
        </w:rPr>
      </w:pPr>
      <w:r w:rsidRPr="008D6634">
        <w:rPr>
          <w:b/>
          <w:bCs/>
        </w:rPr>
        <w:t xml:space="preserve">3) Vishruti </w:t>
      </w:r>
      <w:proofErr w:type="spellStart"/>
      <w:r w:rsidRPr="008D6634">
        <w:rPr>
          <w:b/>
          <w:bCs/>
        </w:rPr>
        <w:t>Mohinkar</w:t>
      </w:r>
      <w:proofErr w:type="spellEnd"/>
      <w:r w:rsidRPr="008D6634">
        <w:rPr>
          <w:b/>
          <w:bCs/>
        </w:rPr>
        <w:t xml:space="preserve"> TY CSE (AIML)</w:t>
      </w:r>
    </w:p>
    <w:p w14:paraId="5F948524" w14:textId="3DDDF8C8" w:rsidR="008D6634" w:rsidRPr="008D6634" w:rsidRDefault="008D6634" w:rsidP="008D6634">
      <w:pPr>
        <w:rPr>
          <w:b/>
          <w:bCs/>
        </w:rPr>
      </w:pPr>
      <w:r w:rsidRPr="008D6634">
        <w:rPr>
          <w:b/>
          <w:bCs/>
        </w:rPr>
        <w:t xml:space="preserve">4) Vedant </w:t>
      </w:r>
      <w:proofErr w:type="spellStart"/>
      <w:r w:rsidRPr="008D6634">
        <w:rPr>
          <w:b/>
          <w:bCs/>
        </w:rPr>
        <w:t>Nagmoti</w:t>
      </w:r>
      <w:proofErr w:type="spellEnd"/>
      <w:r w:rsidRPr="008D6634">
        <w:rPr>
          <w:b/>
          <w:bCs/>
        </w:rPr>
        <w:t xml:space="preserve"> TY CSE (AIML)</w:t>
      </w:r>
    </w:p>
    <w:p w14:paraId="720FC3F9" w14:textId="77777777" w:rsidR="008D6634" w:rsidRDefault="008D6634" w:rsidP="008D6634">
      <w:pPr>
        <w:shd w:val="clear" w:color="auto" w:fill="DAEEF3" w:themeFill="accent5" w:themeFillTint="33"/>
        <w:rPr>
          <w:b/>
          <w:bCs/>
        </w:rPr>
      </w:pPr>
      <w:r>
        <w:rPr>
          <w:b/>
          <w:bCs/>
        </w:rPr>
        <w:t xml:space="preserve">                                                           </w:t>
      </w:r>
    </w:p>
    <w:p w14:paraId="7B19AD54" w14:textId="5B592282" w:rsidR="008D6634" w:rsidRDefault="008D6634" w:rsidP="003B019C">
      <w:pPr>
        <w:shd w:val="clear" w:color="auto" w:fill="548DD4" w:themeFill="text2" w:themeFillTint="99"/>
        <w:rPr>
          <w:b/>
          <w:bCs/>
        </w:rPr>
      </w:pPr>
      <w:r>
        <w:rPr>
          <w:b/>
          <w:bCs/>
        </w:rPr>
        <w:t xml:space="preserve">                                                       </w:t>
      </w:r>
      <w:r w:rsidRPr="008D6634">
        <w:rPr>
          <w:b/>
          <w:bCs/>
          <w:sz w:val="28"/>
          <w:szCs w:val="24"/>
        </w:rPr>
        <w:t>Summary</w:t>
      </w:r>
    </w:p>
    <w:p w14:paraId="4FFA9EA7" w14:textId="0B414292" w:rsidR="008D6634" w:rsidRDefault="008D6634" w:rsidP="008D6634">
      <w:pPr>
        <w:shd w:val="clear" w:color="auto" w:fill="DAEEF3" w:themeFill="accent5" w:themeFillTint="33"/>
      </w:pPr>
      <w:r w:rsidRPr="008D6634">
        <w:t xml:space="preserve"> </w:t>
      </w:r>
      <w:r>
        <w:t xml:space="preserve">The Young Innovators Award 2025 recognizes outstanding student innovations across India in healthcare and technology. Our team was selected among the Top 5 innovations nationally </w:t>
      </w:r>
      <w:proofErr w:type="spellStart"/>
      <w:r>
        <w:t>topresent</w:t>
      </w:r>
      <w:proofErr w:type="spellEnd"/>
      <w:r>
        <w:t xml:space="preserve"> at the </w:t>
      </w:r>
      <w:proofErr w:type="spellStart"/>
      <w:r>
        <w:t>InnoHEALTH</w:t>
      </w:r>
      <w:proofErr w:type="spellEnd"/>
      <w:r>
        <w:t xml:space="preserve"> Conference 2025 hosted at Artemis Hospital, Gurugram. The selection was based on novelty, feasibility, and social impact of the proposed solution. The final presentation and award ceremony will take place on 28th November 2025.</w:t>
      </w:r>
    </w:p>
    <w:p w14:paraId="5A4ADEAF" w14:textId="04CF9DE1" w:rsidR="00911534" w:rsidRDefault="00911534"/>
    <w:p w14:paraId="2BE87424" w14:textId="0FBC53C9" w:rsidR="006C36E5" w:rsidRDefault="006C36E5"/>
    <w:p w14:paraId="46E6FD2B" w14:textId="268B2879" w:rsidR="006C36E5" w:rsidRDefault="006C36E5"/>
    <w:p w14:paraId="439C793B" w14:textId="64E3AD04" w:rsidR="006C36E5" w:rsidRDefault="006C36E5"/>
    <w:p w14:paraId="0D715177" w14:textId="4F4F01FE" w:rsidR="006C36E5" w:rsidRDefault="006C36E5"/>
    <w:p w14:paraId="250C5D38" w14:textId="6660EF0E" w:rsidR="006C36E5" w:rsidRDefault="006C36E5"/>
    <w:p w14:paraId="2FBFD164" w14:textId="6CD0B2FB" w:rsidR="006C36E5" w:rsidRDefault="006C36E5"/>
    <w:p w14:paraId="1D6F363B" w14:textId="4E803067" w:rsidR="006C36E5" w:rsidRDefault="006C36E5"/>
    <w:p w14:paraId="26CDB763" w14:textId="3D010DE2" w:rsidR="006C36E5" w:rsidRDefault="006C36E5"/>
    <w:p w14:paraId="6C7E646D" w14:textId="396EA94D" w:rsidR="006C36E5" w:rsidRDefault="006C36E5"/>
    <w:p w14:paraId="115BEE5B" w14:textId="16F54613" w:rsidR="00911534" w:rsidRDefault="008D6634">
      <w:r w:rsidRPr="008D6634">
        <w:rPr>
          <w:noProof/>
        </w:rPr>
        <w:drawing>
          <wp:inline distT="0" distB="0" distL="0" distR="0" wp14:anchorId="047FE1AB" wp14:editId="591E950C">
            <wp:extent cx="5305425" cy="4257675"/>
            <wp:effectExtent l="0" t="0" r="9525"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31476" cy="4278581"/>
                    </a:xfrm>
                    <a:prstGeom prst="rect">
                      <a:avLst/>
                    </a:prstGeom>
                  </pic:spPr>
                </pic:pic>
              </a:graphicData>
            </a:graphic>
          </wp:inline>
        </w:drawing>
      </w:r>
      <w:r w:rsidRPr="008D6634">
        <w:rPr>
          <w:noProof/>
        </w:rPr>
        <w:t xml:space="preserve"> </w:t>
      </w:r>
      <w:r w:rsidR="000A59FD" w:rsidRPr="008D6634">
        <w:rPr>
          <w:noProof/>
        </w:rPr>
        <w:drawing>
          <wp:inline distT="0" distB="0" distL="0" distR="0" wp14:anchorId="48C42499" wp14:editId="0E83AB67">
            <wp:extent cx="5456557" cy="31623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95431" cy="3184829"/>
                    </a:xfrm>
                    <a:prstGeom prst="rect">
                      <a:avLst/>
                    </a:prstGeom>
                  </pic:spPr>
                </pic:pic>
              </a:graphicData>
            </a:graphic>
          </wp:inline>
        </w:drawing>
      </w:r>
    </w:p>
    <w:p w14:paraId="289D09E6" w14:textId="77777777" w:rsidR="000A59FD" w:rsidRDefault="000A59FD" w:rsidP="000A59FD">
      <w:pPr>
        <w:spacing w:before="100" w:beforeAutospacing="1" w:after="100" w:afterAutospacing="1" w:line="240" w:lineRule="auto"/>
        <w:rPr>
          <w:rFonts w:ascii="Times New Roman" w:eastAsia="Times New Roman" w:hAnsi="Times New Roman" w:cs="Times New Roman"/>
          <w:szCs w:val="24"/>
        </w:rPr>
      </w:pPr>
      <w:r w:rsidRPr="000A59FD">
        <w:rPr>
          <w:rFonts w:ascii="Times New Roman" w:eastAsia="Times New Roman" w:hAnsi="Times New Roman" w:cs="Times New Roman"/>
          <w:noProof/>
          <w:szCs w:val="24"/>
        </w:rPr>
        <w:lastRenderedPageBreak/>
        <w:drawing>
          <wp:inline distT="0" distB="0" distL="0" distR="0" wp14:anchorId="1435ADA5" wp14:editId="5D559A30">
            <wp:extent cx="5486400" cy="431482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4314825"/>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4049"/>
        <w:gridCol w:w="2861"/>
        <w:gridCol w:w="1720"/>
      </w:tblGrid>
      <w:tr w:rsidR="000A59FD" w:rsidRPr="000A59FD" w14:paraId="53A30A85" w14:textId="77777777" w:rsidTr="000A59FD">
        <w:trPr>
          <w:trHeight w:val="551"/>
        </w:trPr>
        <w:tc>
          <w:tcPr>
            <w:tcW w:w="0" w:type="auto"/>
            <w:tcBorders>
              <w:top w:val="single" w:sz="4" w:space="0" w:color="000000"/>
              <w:left w:val="single" w:sz="4" w:space="0" w:color="000000"/>
              <w:bottom w:val="single" w:sz="4" w:space="0" w:color="000000"/>
              <w:right w:val="single" w:sz="4" w:space="0" w:color="000000"/>
            </w:tcBorders>
            <w:hideMark/>
          </w:tcPr>
          <w:p w14:paraId="2B917F8B" w14:textId="77777777" w:rsidR="000A59FD" w:rsidRPr="000A59FD" w:rsidRDefault="000A59FD" w:rsidP="000A59FD">
            <w:pPr>
              <w:spacing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Name of Applicant</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07D6B9D0" w14:textId="77777777" w:rsidR="000A59FD" w:rsidRPr="000A59FD" w:rsidRDefault="000A59FD" w:rsidP="000A59FD">
            <w:pPr>
              <w:spacing w:after="0" w:line="240" w:lineRule="auto"/>
              <w:ind w:left="165"/>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Atharva Patwardhan</w:t>
            </w:r>
          </w:p>
        </w:tc>
      </w:tr>
      <w:tr w:rsidR="000A59FD" w:rsidRPr="000A59FD" w14:paraId="3966A60B" w14:textId="77777777" w:rsidTr="000A59FD">
        <w:trPr>
          <w:trHeight w:val="551"/>
        </w:trPr>
        <w:tc>
          <w:tcPr>
            <w:tcW w:w="0" w:type="auto"/>
            <w:tcBorders>
              <w:top w:val="single" w:sz="4" w:space="0" w:color="000000"/>
              <w:left w:val="single" w:sz="4" w:space="0" w:color="000000"/>
              <w:bottom w:val="single" w:sz="4" w:space="0" w:color="000000"/>
              <w:right w:val="single" w:sz="4" w:space="0" w:color="000000"/>
            </w:tcBorders>
            <w:hideMark/>
          </w:tcPr>
          <w:p w14:paraId="30D785BB" w14:textId="77777777" w:rsidR="000A59FD" w:rsidRPr="000A59FD" w:rsidRDefault="000A59FD" w:rsidP="000A59FD">
            <w:pPr>
              <w:spacing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Name of Competition</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5732229C" w14:textId="77777777" w:rsidR="000A59FD" w:rsidRPr="000A59FD" w:rsidRDefault="000A59FD" w:rsidP="000A59FD">
            <w:pPr>
              <w:spacing w:after="0" w:line="240" w:lineRule="auto"/>
              <w:ind w:left="165"/>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IEEE IDEATHON 2025</w:t>
            </w:r>
          </w:p>
        </w:tc>
      </w:tr>
      <w:tr w:rsidR="000A59FD" w:rsidRPr="000A59FD" w14:paraId="28EEC99C" w14:textId="77777777" w:rsidTr="000A59FD">
        <w:trPr>
          <w:trHeight w:val="551"/>
        </w:trPr>
        <w:tc>
          <w:tcPr>
            <w:tcW w:w="0" w:type="auto"/>
            <w:tcBorders>
              <w:top w:val="single" w:sz="4" w:space="0" w:color="000000"/>
              <w:left w:val="single" w:sz="4" w:space="0" w:color="000000"/>
              <w:bottom w:val="single" w:sz="4" w:space="0" w:color="000000"/>
              <w:right w:val="single" w:sz="4" w:space="0" w:color="000000"/>
            </w:tcBorders>
            <w:hideMark/>
          </w:tcPr>
          <w:p w14:paraId="31FCD900" w14:textId="77777777" w:rsidR="000A59FD" w:rsidRPr="000A59FD" w:rsidRDefault="000A59FD" w:rsidP="000A59FD">
            <w:pPr>
              <w:spacing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Date of Competition</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4C1DA925" w14:textId="77777777" w:rsidR="000A59FD" w:rsidRPr="000A59FD" w:rsidRDefault="000A59FD" w:rsidP="000A59FD">
            <w:pPr>
              <w:spacing w:after="0" w:line="240" w:lineRule="auto"/>
              <w:ind w:left="165"/>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22</w:t>
            </w:r>
            <w:r w:rsidRPr="000A59FD">
              <w:rPr>
                <w:rFonts w:ascii="Times New Roman" w:eastAsia="Times New Roman" w:hAnsi="Times New Roman" w:cs="Times New Roman"/>
                <w:color w:val="000000"/>
                <w:sz w:val="14"/>
                <w:szCs w:val="14"/>
                <w:vertAlign w:val="superscript"/>
              </w:rPr>
              <w:t>th</w:t>
            </w:r>
            <w:r w:rsidRPr="000A59FD">
              <w:rPr>
                <w:rFonts w:ascii="Times New Roman" w:eastAsia="Times New Roman" w:hAnsi="Times New Roman" w:cs="Times New Roman"/>
                <w:color w:val="000000"/>
                <w:szCs w:val="24"/>
              </w:rPr>
              <w:t xml:space="preserve"> Aug</w:t>
            </w:r>
          </w:p>
        </w:tc>
      </w:tr>
      <w:tr w:rsidR="000A59FD" w:rsidRPr="000A59FD" w14:paraId="2C889D2F" w14:textId="77777777" w:rsidTr="000A59FD">
        <w:trPr>
          <w:trHeight w:val="551"/>
        </w:trPr>
        <w:tc>
          <w:tcPr>
            <w:tcW w:w="0" w:type="auto"/>
            <w:tcBorders>
              <w:top w:val="single" w:sz="4" w:space="0" w:color="000000"/>
              <w:left w:val="single" w:sz="4" w:space="0" w:color="000000"/>
              <w:bottom w:val="single" w:sz="4" w:space="0" w:color="000000"/>
              <w:right w:val="single" w:sz="4" w:space="0" w:color="000000"/>
            </w:tcBorders>
            <w:hideMark/>
          </w:tcPr>
          <w:p w14:paraId="6BB91EFD" w14:textId="77777777" w:rsidR="000A59FD" w:rsidRPr="000A59FD" w:rsidRDefault="000A59FD" w:rsidP="000A59FD">
            <w:pPr>
              <w:spacing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Award/Rank</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37E6CE64" w14:textId="77777777" w:rsidR="000A59FD" w:rsidRPr="000A59FD" w:rsidRDefault="000A59FD" w:rsidP="000A59FD">
            <w:pPr>
              <w:spacing w:after="0" w:line="240" w:lineRule="auto"/>
              <w:ind w:left="165"/>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1</w:t>
            </w:r>
            <w:r w:rsidRPr="000A59FD">
              <w:rPr>
                <w:rFonts w:ascii="Times New Roman" w:eastAsia="Times New Roman" w:hAnsi="Times New Roman" w:cs="Times New Roman"/>
                <w:color w:val="000000"/>
                <w:sz w:val="14"/>
                <w:szCs w:val="14"/>
                <w:vertAlign w:val="superscript"/>
              </w:rPr>
              <w:t>st</w:t>
            </w:r>
            <w:r w:rsidRPr="000A59FD">
              <w:rPr>
                <w:rFonts w:ascii="Times New Roman" w:eastAsia="Times New Roman" w:hAnsi="Times New Roman" w:cs="Times New Roman"/>
                <w:color w:val="000000"/>
                <w:szCs w:val="24"/>
              </w:rPr>
              <w:t xml:space="preserve"> Price</w:t>
            </w:r>
          </w:p>
        </w:tc>
      </w:tr>
      <w:tr w:rsidR="000A59FD" w:rsidRPr="000A59FD" w14:paraId="532C87E3" w14:textId="77777777" w:rsidTr="000A59FD">
        <w:trPr>
          <w:trHeight w:val="551"/>
        </w:trPr>
        <w:tc>
          <w:tcPr>
            <w:tcW w:w="0" w:type="auto"/>
            <w:tcBorders>
              <w:top w:val="single" w:sz="4" w:space="0" w:color="000000"/>
              <w:left w:val="single" w:sz="4" w:space="0" w:color="000000"/>
              <w:bottom w:val="single" w:sz="4" w:space="0" w:color="000000"/>
              <w:right w:val="single" w:sz="4" w:space="0" w:color="000000"/>
            </w:tcBorders>
            <w:hideMark/>
          </w:tcPr>
          <w:p w14:paraId="1002D929" w14:textId="77777777" w:rsidR="000A59FD" w:rsidRPr="000A59FD" w:rsidRDefault="000A59FD" w:rsidP="000A59FD">
            <w:pPr>
              <w:spacing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Prize / Amount Received</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5851BF80" w14:textId="77777777" w:rsidR="000A59FD" w:rsidRPr="000A59FD" w:rsidRDefault="000A59FD" w:rsidP="000A59FD">
            <w:pPr>
              <w:spacing w:after="0" w:line="240" w:lineRule="auto"/>
              <w:ind w:left="215"/>
              <w:rPr>
                <w:rFonts w:ascii="Times New Roman" w:eastAsia="Times New Roman" w:hAnsi="Times New Roman" w:cs="Times New Roman"/>
                <w:szCs w:val="24"/>
              </w:rPr>
            </w:pPr>
            <w:r w:rsidRPr="000A59FD">
              <w:rPr>
                <w:rFonts w:ascii="Times New Roman" w:eastAsia="Times New Roman" w:hAnsi="Times New Roman" w:cs="Times New Roman"/>
                <w:b/>
                <w:bCs/>
                <w:color w:val="000000"/>
                <w:szCs w:val="24"/>
              </w:rPr>
              <w:t>₹4,000 + Certificates</w:t>
            </w:r>
          </w:p>
        </w:tc>
      </w:tr>
      <w:tr w:rsidR="000A59FD" w:rsidRPr="000A59FD" w14:paraId="028E390F" w14:textId="77777777" w:rsidTr="000A59FD">
        <w:trPr>
          <w:trHeight w:val="1656"/>
        </w:trPr>
        <w:tc>
          <w:tcPr>
            <w:tcW w:w="0" w:type="auto"/>
            <w:tcBorders>
              <w:top w:val="single" w:sz="4" w:space="0" w:color="000000"/>
              <w:left w:val="single" w:sz="4" w:space="0" w:color="000000"/>
              <w:bottom w:val="single" w:sz="4" w:space="0" w:color="000000"/>
              <w:right w:val="single" w:sz="4" w:space="0" w:color="000000"/>
            </w:tcBorders>
            <w:hideMark/>
          </w:tcPr>
          <w:p w14:paraId="6E65E900" w14:textId="77777777" w:rsidR="000A59FD" w:rsidRPr="000A59FD" w:rsidRDefault="000A59FD" w:rsidP="000A59FD">
            <w:pPr>
              <w:spacing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Opportunity</w:t>
            </w:r>
          </w:p>
          <w:p w14:paraId="56A8A786" w14:textId="77777777" w:rsidR="000A59FD" w:rsidRPr="000A59FD" w:rsidRDefault="000A59FD" w:rsidP="000A59FD">
            <w:pPr>
              <w:spacing w:before="2" w:after="0" w:line="240" w:lineRule="auto"/>
              <w:ind w:left="107" w:firstLine="60"/>
              <w:rPr>
                <w:rFonts w:ascii="Times New Roman" w:eastAsia="Times New Roman" w:hAnsi="Times New Roman" w:cs="Times New Roman"/>
                <w:szCs w:val="24"/>
              </w:rPr>
            </w:pPr>
            <w:proofErr w:type="gramStart"/>
            <w:r w:rsidRPr="000A59FD">
              <w:rPr>
                <w:rFonts w:ascii="Times New Roman" w:eastAsia="Times New Roman" w:hAnsi="Times New Roman" w:cs="Times New Roman"/>
                <w:color w:val="000000"/>
                <w:szCs w:val="24"/>
              </w:rPr>
              <w:t>( Placement</w:t>
            </w:r>
            <w:proofErr w:type="gramEnd"/>
            <w:r w:rsidRPr="000A59FD">
              <w:rPr>
                <w:rFonts w:ascii="Times New Roman" w:eastAsia="Times New Roman" w:hAnsi="Times New Roman" w:cs="Times New Roman"/>
                <w:color w:val="000000"/>
                <w:szCs w:val="24"/>
              </w:rPr>
              <w:t>, internship, Project, Funding etc..)</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1F2FA9B5" w14:textId="77777777" w:rsidR="000A59FD" w:rsidRPr="000A59FD" w:rsidRDefault="000A59FD" w:rsidP="000A59FD">
            <w:pPr>
              <w:spacing w:after="0" w:line="240" w:lineRule="auto"/>
              <w:rPr>
                <w:rFonts w:ascii="Times New Roman" w:eastAsia="Times New Roman" w:hAnsi="Times New Roman" w:cs="Times New Roman"/>
                <w:szCs w:val="24"/>
              </w:rPr>
            </w:pPr>
          </w:p>
        </w:tc>
      </w:tr>
      <w:tr w:rsidR="000A59FD" w:rsidRPr="000A59FD" w14:paraId="684BAD38" w14:textId="77777777" w:rsidTr="000A59FD">
        <w:trPr>
          <w:trHeight w:val="554"/>
        </w:trPr>
        <w:tc>
          <w:tcPr>
            <w:tcW w:w="0" w:type="auto"/>
            <w:tcBorders>
              <w:top w:val="single" w:sz="4" w:space="0" w:color="000000"/>
              <w:left w:val="single" w:sz="4" w:space="0" w:color="000000"/>
              <w:bottom w:val="single" w:sz="4" w:space="0" w:color="000000"/>
              <w:right w:val="single" w:sz="4" w:space="0" w:color="000000"/>
            </w:tcBorders>
            <w:hideMark/>
          </w:tcPr>
          <w:p w14:paraId="252F9FAF" w14:textId="77777777" w:rsidR="000A59FD" w:rsidRPr="000A59FD" w:rsidRDefault="000A59FD" w:rsidP="000A59FD">
            <w:pPr>
              <w:spacing w:before="1"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Team Member Names</w:t>
            </w:r>
          </w:p>
        </w:tc>
        <w:tc>
          <w:tcPr>
            <w:tcW w:w="0" w:type="auto"/>
            <w:tcBorders>
              <w:top w:val="single" w:sz="4" w:space="0" w:color="000000"/>
              <w:left w:val="single" w:sz="4" w:space="0" w:color="000000"/>
              <w:bottom w:val="single" w:sz="4" w:space="0" w:color="000000"/>
              <w:right w:val="single" w:sz="4" w:space="0" w:color="000000"/>
            </w:tcBorders>
            <w:hideMark/>
          </w:tcPr>
          <w:p w14:paraId="2F0DCF00" w14:textId="77777777" w:rsidR="000A59FD" w:rsidRPr="000A59FD" w:rsidRDefault="000A59FD" w:rsidP="000A59FD">
            <w:pPr>
              <w:spacing w:before="1" w:after="0" w:line="240" w:lineRule="auto"/>
              <w:ind w:left="105"/>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Year (FY/SY/TY/FINAL YR)</w:t>
            </w:r>
          </w:p>
        </w:tc>
        <w:tc>
          <w:tcPr>
            <w:tcW w:w="0" w:type="auto"/>
            <w:tcBorders>
              <w:top w:val="single" w:sz="4" w:space="0" w:color="000000"/>
              <w:left w:val="single" w:sz="4" w:space="0" w:color="000000"/>
              <w:bottom w:val="single" w:sz="4" w:space="0" w:color="000000"/>
              <w:right w:val="single" w:sz="4" w:space="0" w:color="000000"/>
            </w:tcBorders>
            <w:hideMark/>
          </w:tcPr>
          <w:p w14:paraId="3FCAF5FC" w14:textId="77777777" w:rsidR="000A59FD" w:rsidRPr="000A59FD" w:rsidRDefault="000A59FD" w:rsidP="000A59FD">
            <w:pPr>
              <w:spacing w:before="1"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Department</w:t>
            </w:r>
          </w:p>
        </w:tc>
      </w:tr>
      <w:tr w:rsidR="000A59FD" w:rsidRPr="000A59FD" w14:paraId="191105BC" w14:textId="77777777" w:rsidTr="000A59FD">
        <w:trPr>
          <w:trHeight w:val="457"/>
        </w:trPr>
        <w:tc>
          <w:tcPr>
            <w:tcW w:w="0" w:type="auto"/>
            <w:tcBorders>
              <w:top w:val="single" w:sz="4" w:space="0" w:color="000000"/>
              <w:left w:val="single" w:sz="4" w:space="0" w:color="000000"/>
              <w:bottom w:val="single" w:sz="4" w:space="0" w:color="000000"/>
              <w:right w:val="single" w:sz="4" w:space="0" w:color="000000"/>
            </w:tcBorders>
            <w:hideMark/>
          </w:tcPr>
          <w:p w14:paraId="3A413408" w14:textId="77777777" w:rsidR="000A59FD" w:rsidRPr="000A59FD" w:rsidRDefault="000A59FD" w:rsidP="000A59FD">
            <w:pPr>
              <w:spacing w:after="0" w:line="240" w:lineRule="auto"/>
              <w:ind w:left="467"/>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1)  Atharva Patwardhan</w:t>
            </w:r>
          </w:p>
        </w:tc>
        <w:tc>
          <w:tcPr>
            <w:tcW w:w="0" w:type="auto"/>
            <w:tcBorders>
              <w:top w:val="single" w:sz="4" w:space="0" w:color="000000"/>
              <w:left w:val="single" w:sz="4" w:space="0" w:color="000000"/>
              <w:bottom w:val="single" w:sz="4" w:space="0" w:color="000000"/>
              <w:right w:val="single" w:sz="4" w:space="0" w:color="000000"/>
            </w:tcBorders>
            <w:hideMark/>
          </w:tcPr>
          <w:p w14:paraId="7275E5F4" w14:textId="77777777" w:rsidR="000A59FD" w:rsidRPr="000A59FD" w:rsidRDefault="000A59FD" w:rsidP="000A59FD">
            <w:pPr>
              <w:spacing w:after="0" w:line="240" w:lineRule="auto"/>
              <w:ind w:left="6"/>
              <w:jc w:val="center"/>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TY</w:t>
            </w:r>
          </w:p>
        </w:tc>
        <w:tc>
          <w:tcPr>
            <w:tcW w:w="0" w:type="auto"/>
            <w:tcBorders>
              <w:top w:val="single" w:sz="4" w:space="0" w:color="000000"/>
              <w:left w:val="single" w:sz="4" w:space="0" w:color="000000"/>
              <w:bottom w:val="single" w:sz="4" w:space="0" w:color="000000"/>
              <w:right w:val="single" w:sz="4" w:space="0" w:color="000000"/>
            </w:tcBorders>
            <w:hideMark/>
          </w:tcPr>
          <w:p w14:paraId="3003B3AF" w14:textId="77777777" w:rsidR="000A59FD" w:rsidRPr="000A59FD" w:rsidRDefault="000A59FD" w:rsidP="000A59FD">
            <w:pPr>
              <w:spacing w:after="0" w:line="240" w:lineRule="auto"/>
              <w:ind w:right="709"/>
              <w:jc w:val="right"/>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CSE (AIML)</w:t>
            </w:r>
          </w:p>
        </w:tc>
      </w:tr>
      <w:tr w:rsidR="000A59FD" w:rsidRPr="000A59FD" w14:paraId="45C35365" w14:textId="77777777" w:rsidTr="000A59FD">
        <w:trPr>
          <w:trHeight w:val="460"/>
        </w:trPr>
        <w:tc>
          <w:tcPr>
            <w:tcW w:w="0" w:type="auto"/>
            <w:tcBorders>
              <w:top w:val="single" w:sz="4" w:space="0" w:color="000000"/>
              <w:left w:val="single" w:sz="4" w:space="0" w:color="000000"/>
              <w:bottom w:val="single" w:sz="4" w:space="0" w:color="000000"/>
              <w:right w:val="single" w:sz="4" w:space="0" w:color="000000"/>
            </w:tcBorders>
            <w:hideMark/>
          </w:tcPr>
          <w:p w14:paraId="3D15C9E0" w14:textId="77777777" w:rsidR="000A59FD" w:rsidRPr="000A59FD" w:rsidRDefault="000A59FD" w:rsidP="000A59FD">
            <w:pPr>
              <w:spacing w:before="2" w:after="0" w:line="240" w:lineRule="auto"/>
              <w:ind w:left="467"/>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lastRenderedPageBreak/>
              <w:t xml:space="preserve">2)  Atharv </w:t>
            </w:r>
            <w:proofErr w:type="spellStart"/>
            <w:r w:rsidRPr="000A59FD">
              <w:rPr>
                <w:rFonts w:ascii="Times New Roman" w:eastAsia="Times New Roman" w:hAnsi="Times New Roman" w:cs="Times New Roman"/>
                <w:color w:val="000000"/>
                <w:sz w:val="20"/>
                <w:szCs w:val="20"/>
              </w:rPr>
              <w:t>Muchandi</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07EE6248" w14:textId="77777777" w:rsidR="000A59FD" w:rsidRPr="000A59FD" w:rsidRDefault="000A59FD" w:rsidP="000A59FD">
            <w:pPr>
              <w:spacing w:before="2" w:after="0" w:line="240" w:lineRule="auto"/>
              <w:ind w:left="6"/>
              <w:jc w:val="center"/>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TY</w:t>
            </w:r>
          </w:p>
        </w:tc>
        <w:tc>
          <w:tcPr>
            <w:tcW w:w="0" w:type="auto"/>
            <w:tcBorders>
              <w:top w:val="single" w:sz="4" w:space="0" w:color="000000"/>
              <w:left w:val="single" w:sz="4" w:space="0" w:color="000000"/>
              <w:bottom w:val="single" w:sz="4" w:space="0" w:color="000000"/>
              <w:right w:val="single" w:sz="4" w:space="0" w:color="000000"/>
            </w:tcBorders>
            <w:hideMark/>
          </w:tcPr>
          <w:p w14:paraId="5F3D17B5" w14:textId="77777777" w:rsidR="000A59FD" w:rsidRPr="000A59FD" w:rsidRDefault="000A59FD" w:rsidP="000A59FD">
            <w:pPr>
              <w:spacing w:before="2" w:after="0" w:line="240" w:lineRule="auto"/>
              <w:ind w:right="709"/>
              <w:jc w:val="right"/>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CSE (AIML)</w:t>
            </w:r>
          </w:p>
        </w:tc>
      </w:tr>
      <w:tr w:rsidR="000A59FD" w:rsidRPr="000A59FD" w14:paraId="60CAF0C2" w14:textId="77777777" w:rsidTr="000A59FD">
        <w:trPr>
          <w:trHeight w:val="460"/>
        </w:trPr>
        <w:tc>
          <w:tcPr>
            <w:tcW w:w="0" w:type="auto"/>
            <w:tcBorders>
              <w:top w:val="single" w:sz="4" w:space="0" w:color="000000"/>
              <w:left w:val="single" w:sz="4" w:space="0" w:color="000000"/>
              <w:bottom w:val="single" w:sz="4" w:space="0" w:color="000000"/>
              <w:right w:val="single" w:sz="4" w:space="0" w:color="000000"/>
            </w:tcBorders>
            <w:hideMark/>
          </w:tcPr>
          <w:p w14:paraId="71631EF5" w14:textId="77777777" w:rsidR="000A59FD" w:rsidRPr="000A59FD" w:rsidRDefault="000A59FD" w:rsidP="000A59FD">
            <w:pPr>
              <w:spacing w:after="0" w:line="240" w:lineRule="auto"/>
              <w:ind w:left="467"/>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 xml:space="preserve">3)  Vishruti </w:t>
            </w:r>
            <w:proofErr w:type="spellStart"/>
            <w:r w:rsidRPr="000A59FD">
              <w:rPr>
                <w:rFonts w:ascii="Times New Roman" w:eastAsia="Times New Roman" w:hAnsi="Times New Roman" w:cs="Times New Roman"/>
                <w:color w:val="000000"/>
                <w:sz w:val="20"/>
                <w:szCs w:val="20"/>
              </w:rPr>
              <w:t>Mohinkar</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02A791F9" w14:textId="77777777" w:rsidR="000A59FD" w:rsidRPr="000A59FD" w:rsidRDefault="000A59FD" w:rsidP="000A59FD">
            <w:pPr>
              <w:spacing w:after="0" w:line="240" w:lineRule="auto"/>
              <w:ind w:left="6"/>
              <w:jc w:val="center"/>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TY</w:t>
            </w:r>
          </w:p>
        </w:tc>
        <w:tc>
          <w:tcPr>
            <w:tcW w:w="0" w:type="auto"/>
            <w:tcBorders>
              <w:top w:val="single" w:sz="4" w:space="0" w:color="000000"/>
              <w:left w:val="single" w:sz="4" w:space="0" w:color="000000"/>
              <w:bottom w:val="single" w:sz="4" w:space="0" w:color="000000"/>
              <w:right w:val="single" w:sz="4" w:space="0" w:color="000000"/>
            </w:tcBorders>
            <w:hideMark/>
          </w:tcPr>
          <w:p w14:paraId="71979F66" w14:textId="77777777" w:rsidR="000A59FD" w:rsidRPr="000A59FD" w:rsidRDefault="000A59FD" w:rsidP="000A59FD">
            <w:pPr>
              <w:spacing w:after="0" w:line="240" w:lineRule="auto"/>
              <w:ind w:right="709"/>
              <w:jc w:val="right"/>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CSE (AIML)</w:t>
            </w:r>
          </w:p>
        </w:tc>
      </w:tr>
      <w:tr w:rsidR="000A59FD" w:rsidRPr="000A59FD" w14:paraId="28839C9D" w14:textId="77777777" w:rsidTr="000A59FD">
        <w:trPr>
          <w:trHeight w:val="460"/>
        </w:trPr>
        <w:tc>
          <w:tcPr>
            <w:tcW w:w="0" w:type="auto"/>
            <w:tcBorders>
              <w:top w:val="single" w:sz="4" w:space="0" w:color="000000"/>
              <w:left w:val="single" w:sz="4" w:space="0" w:color="000000"/>
              <w:bottom w:val="single" w:sz="4" w:space="0" w:color="000000"/>
              <w:right w:val="single" w:sz="4" w:space="0" w:color="000000"/>
            </w:tcBorders>
            <w:hideMark/>
          </w:tcPr>
          <w:p w14:paraId="64833830" w14:textId="77777777" w:rsidR="000A59FD" w:rsidRPr="000A59FD" w:rsidRDefault="000A59FD" w:rsidP="000A59FD">
            <w:pPr>
              <w:spacing w:after="0" w:line="240" w:lineRule="auto"/>
              <w:ind w:left="467"/>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 xml:space="preserve">4)  Vedant </w:t>
            </w:r>
            <w:proofErr w:type="spellStart"/>
            <w:r w:rsidRPr="000A59FD">
              <w:rPr>
                <w:rFonts w:ascii="Times New Roman" w:eastAsia="Times New Roman" w:hAnsi="Times New Roman" w:cs="Times New Roman"/>
                <w:color w:val="000000"/>
                <w:sz w:val="20"/>
                <w:szCs w:val="20"/>
              </w:rPr>
              <w:t>Nagmoti</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190F70FE" w14:textId="77777777" w:rsidR="000A59FD" w:rsidRPr="000A59FD" w:rsidRDefault="000A59FD" w:rsidP="000A59FD">
            <w:pPr>
              <w:spacing w:after="0" w:line="240" w:lineRule="auto"/>
              <w:ind w:left="6"/>
              <w:jc w:val="center"/>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TY</w:t>
            </w:r>
          </w:p>
        </w:tc>
        <w:tc>
          <w:tcPr>
            <w:tcW w:w="0" w:type="auto"/>
            <w:tcBorders>
              <w:top w:val="single" w:sz="4" w:space="0" w:color="000000"/>
              <w:left w:val="single" w:sz="4" w:space="0" w:color="000000"/>
              <w:bottom w:val="single" w:sz="4" w:space="0" w:color="000000"/>
              <w:right w:val="single" w:sz="4" w:space="0" w:color="000000"/>
            </w:tcBorders>
            <w:hideMark/>
          </w:tcPr>
          <w:p w14:paraId="006E74CD" w14:textId="77777777" w:rsidR="000A59FD" w:rsidRPr="000A59FD" w:rsidRDefault="000A59FD" w:rsidP="000A59FD">
            <w:pPr>
              <w:spacing w:after="0" w:line="240" w:lineRule="auto"/>
              <w:ind w:right="709"/>
              <w:jc w:val="right"/>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CSE (AIML)</w:t>
            </w:r>
          </w:p>
        </w:tc>
      </w:tr>
    </w:tbl>
    <w:p w14:paraId="6A53588C" w14:textId="228D7A64" w:rsidR="000A59FD" w:rsidRDefault="000A59FD" w:rsidP="000A59FD">
      <w:pPr>
        <w:spacing w:before="100" w:beforeAutospacing="1" w:after="100" w:afterAutospacing="1" w:line="240" w:lineRule="auto"/>
        <w:rPr>
          <w:rFonts w:ascii="Times New Roman" w:eastAsia="Times New Roman" w:hAnsi="Times New Roman" w:cs="Times New Roman"/>
          <w:szCs w:val="24"/>
        </w:rPr>
      </w:pPr>
    </w:p>
    <w:p w14:paraId="5310C6A9" w14:textId="1950B49C" w:rsidR="000A59FD" w:rsidRDefault="000A59FD" w:rsidP="000A59FD">
      <w:pPr>
        <w:shd w:val="clear" w:color="auto" w:fill="DAEEF3" w:themeFill="accent5" w:themeFillTint="33"/>
        <w:spacing w:before="100" w:beforeAutospacing="1" w:after="100" w:afterAutospacing="1" w:line="240" w:lineRule="auto"/>
        <w:rPr>
          <w:rFonts w:ascii="Times New Roman" w:eastAsia="Times New Roman" w:hAnsi="Times New Roman" w:cs="Times New Roman"/>
          <w:b/>
          <w:bCs/>
          <w:szCs w:val="24"/>
        </w:rPr>
      </w:pPr>
      <w:r w:rsidRPr="000A59FD">
        <w:rPr>
          <w:rFonts w:ascii="Times New Roman" w:eastAsia="Times New Roman" w:hAnsi="Times New Roman" w:cs="Times New Roman"/>
          <w:b/>
          <w:bCs/>
          <w:szCs w:val="24"/>
        </w:rPr>
        <w:t xml:space="preserve">                                             </w:t>
      </w:r>
      <w:r w:rsidRPr="000A59FD">
        <w:rPr>
          <w:rFonts w:ascii="Times New Roman" w:eastAsia="Times New Roman" w:hAnsi="Times New Roman" w:cs="Times New Roman"/>
          <w:b/>
          <w:bCs/>
          <w:noProof/>
          <w:szCs w:val="24"/>
        </w:rPr>
        <w:drawing>
          <wp:inline distT="0" distB="0" distL="0" distR="0" wp14:anchorId="4BCB9534" wp14:editId="4598E400">
            <wp:extent cx="5486400" cy="404812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87175" cy="4048697"/>
                    </a:xfrm>
                    <a:prstGeom prst="rect">
                      <a:avLst/>
                    </a:prstGeom>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4049"/>
        <w:gridCol w:w="2861"/>
        <w:gridCol w:w="1720"/>
      </w:tblGrid>
      <w:tr w:rsidR="000A59FD" w:rsidRPr="000A59FD" w14:paraId="639F0BF6" w14:textId="77777777" w:rsidTr="00A02607">
        <w:trPr>
          <w:trHeight w:val="551"/>
        </w:trPr>
        <w:tc>
          <w:tcPr>
            <w:tcW w:w="0" w:type="auto"/>
            <w:tcBorders>
              <w:top w:val="single" w:sz="4" w:space="0" w:color="000000"/>
              <w:left w:val="single" w:sz="4" w:space="0" w:color="000000"/>
              <w:bottom w:val="single" w:sz="4" w:space="0" w:color="000000"/>
              <w:right w:val="single" w:sz="4" w:space="0" w:color="000000"/>
            </w:tcBorders>
            <w:hideMark/>
          </w:tcPr>
          <w:p w14:paraId="3544944B" w14:textId="77777777" w:rsidR="000A59FD" w:rsidRPr="000A59FD" w:rsidRDefault="000A59FD" w:rsidP="00A02607">
            <w:pPr>
              <w:spacing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Name of Applicant</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22F9C8F4" w14:textId="77777777" w:rsidR="000A59FD" w:rsidRPr="000A59FD" w:rsidRDefault="000A59FD" w:rsidP="00A02607">
            <w:pPr>
              <w:spacing w:after="0" w:line="240" w:lineRule="auto"/>
              <w:ind w:left="165"/>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Atharva Patwardhan</w:t>
            </w:r>
          </w:p>
        </w:tc>
      </w:tr>
      <w:tr w:rsidR="000A59FD" w:rsidRPr="000A59FD" w14:paraId="6F2A6E5C" w14:textId="77777777" w:rsidTr="00A02607">
        <w:trPr>
          <w:trHeight w:val="551"/>
        </w:trPr>
        <w:tc>
          <w:tcPr>
            <w:tcW w:w="0" w:type="auto"/>
            <w:tcBorders>
              <w:top w:val="single" w:sz="4" w:space="0" w:color="000000"/>
              <w:left w:val="single" w:sz="4" w:space="0" w:color="000000"/>
              <w:bottom w:val="single" w:sz="4" w:space="0" w:color="000000"/>
              <w:right w:val="single" w:sz="4" w:space="0" w:color="000000"/>
            </w:tcBorders>
            <w:hideMark/>
          </w:tcPr>
          <w:p w14:paraId="679AB59B" w14:textId="77777777" w:rsidR="000A59FD" w:rsidRPr="000A59FD" w:rsidRDefault="000A59FD" w:rsidP="00A02607">
            <w:pPr>
              <w:spacing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Name of Competition</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3535E1F6" w14:textId="77777777" w:rsidR="000A59FD" w:rsidRPr="000A59FD" w:rsidRDefault="000A59FD" w:rsidP="00A02607">
            <w:pPr>
              <w:spacing w:after="0" w:line="240" w:lineRule="auto"/>
              <w:ind w:left="165"/>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AISF 2025</w:t>
            </w:r>
          </w:p>
        </w:tc>
      </w:tr>
      <w:tr w:rsidR="000A59FD" w:rsidRPr="000A59FD" w14:paraId="6F3978D1" w14:textId="77777777" w:rsidTr="00A02607">
        <w:trPr>
          <w:trHeight w:val="551"/>
        </w:trPr>
        <w:tc>
          <w:tcPr>
            <w:tcW w:w="0" w:type="auto"/>
            <w:tcBorders>
              <w:top w:val="single" w:sz="4" w:space="0" w:color="000000"/>
              <w:left w:val="single" w:sz="4" w:space="0" w:color="000000"/>
              <w:bottom w:val="single" w:sz="4" w:space="0" w:color="000000"/>
              <w:right w:val="single" w:sz="4" w:space="0" w:color="000000"/>
            </w:tcBorders>
            <w:hideMark/>
          </w:tcPr>
          <w:p w14:paraId="49D8B103" w14:textId="77777777" w:rsidR="000A59FD" w:rsidRPr="000A59FD" w:rsidRDefault="000A59FD" w:rsidP="00A02607">
            <w:pPr>
              <w:spacing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Date of Competition</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190BA805" w14:textId="77777777" w:rsidR="000A59FD" w:rsidRPr="000A59FD" w:rsidRDefault="000A59FD" w:rsidP="00A02607">
            <w:pPr>
              <w:spacing w:after="0" w:line="240" w:lineRule="auto"/>
              <w:ind w:left="165"/>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24</w:t>
            </w:r>
            <w:r w:rsidRPr="000A59FD">
              <w:rPr>
                <w:rFonts w:ascii="Times New Roman" w:eastAsia="Times New Roman" w:hAnsi="Times New Roman" w:cs="Times New Roman"/>
                <w:color w:val="000000"/>
                <w:sz w:val="14"/>
                <w:szCs w:val="14"/>
                <w:vertAlign w:val="superscript"/>
              </w:rPr>
              <w:t>th</w:t>
            </w:r>
            <w:r w:rsidRPr="000A59FD">
              <w:rPr>
                <w:rFonts w:ascii="Times New Roman" w:eastAsia="Times New Roman" w:hAnsi="Times New Roman" w:cs="Times New Roman"/>
                <w:color w:val="000000"/>
                <w:szCs w:val="24"/>
              </w:rPr>
              <w:t xml:space="preserve"> and 25</w:t>
            </w:r>
            <w:r w:rsidRPr="000A59FD">
              <w:rPr>
                <w:rFonts w:ascii="Times New Roman" w:eastAsia="Times New Roman" w:hAnsi="Times New Roman" w:cs="Times New Roman"/>
                <w:color w:val="000000"/>
                <w:sz w:val="14"/>
                <w:szCs w:val="14"/>
                <w:vertAlign w:val="superscript"/>
              </w:rPr>
              <w:t>th</w:t>
            </w:r>
            <w:r w:rsidRPr="000A59FD">
              <w:rPr>
                <w:rFonts w:ascii="Times New Roman" w:eastAsia="Times New Roman" w:hAnsi="Times New Roman" w:cs="Times New Roman"/>
                <w:color w:val="000000"/>
                <w:szCs w:val="24"/>
              </w:rPr>
              <w:t xml:space="preserve"> Sept</w:t>
            </w:r>
          </w:p>
        </w:tc>
      </w:tr>
      <w:tr w:rsidR="000A59FD" w:rsidRPr="000A59FD" w14:paraId="209CC53F" w14:textId="77777777" w:rsidTr="00A02607">
        <w:trPr>
          <w:trHeight w:val="551"/>
        </w:trPr>
        <w:tc>
          <w:tcPr>
            <w:tcW w:w="0" w:type="auto"/>
            <w:tcBorders>
              <w:top w:val="single" w:sz="4" w:space="0" w:color="000000"/>
              <w:left w:val="single" w:sz="4" w:space="0" w:color="000000"/>
              <w:bottom w:val="single" w:sz="4" w:space="0" w:color="000000"/>
              <w:right w:val="single" w:sz="4" w:space="0" w:color="000000"/>
            </w:tcBorders>
            <w:hideMark/>
          </w:tcPr>
          <w:p w14:paraId="0ADCE230" w14:textId="77777777" w:rsidR="000A59FD" w:rsidRPr="000A59FD" w:rsidRDefault="000A59FD" w:rsidP="00A02607">
            <w:pPr>
              <w:spacing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Award/Rank</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56DE1371" w14:textId="77777777" w:rsidR="000A59FD" w:rsidRPr="000A59FD" w:rsidRDefault="000A59FD" w:rsidP="00A02607">
            <w:pPr>
              <w:spacing w:after="0" w:line="240" w:lineRule="auto"/>
              <w:ind w:left="165"/>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DRDO Domain 1</w:t>
            </w:r>
            <w:r w:rsidRPr="000A59FD">
              <w:rPr>
                <w:rFonts w:ascii="Times New Roman" w:eastAsia="Times New Roman" w:hAnsi="Times New Roman" w:cs="Times New Roman"/>
                <w:color w:val="000000"/>
                <w:sz w:val="14"/>
                <w:szCs w:val="14"/>
                <w:vertAlign w:val="superscript"/>
              </w:rPr>
              <w:t>st</w:t>
            </w:r>
            <w:r w:rsidRPr="000A59FD">
              <w:rPr>
                <w:rFonts w:ascii="Times New Roman" w:eastAsia="Times New Roman" w:hAnsi="Times New Roman" w:cs="Times New Roman"/>
                <w:color w:val="000000"/>
                <w:szCs w:val="24"/>
              </w:rPr>
              <w:t xml:space="preserve"> Runner up</w:t>
            </w:r>
          </w:p>
        </w:tc>
      </w:tr>
      <w:tr w:rsidR="000A59FD" w:rsidRPr="000A59FD" w14:paraId="378814D8" w14:textId="77777777" w:rsidTr="00A02607">
        <w:trPr>
          <w:trHeight w:val="551"/>
        </w:trPr>
        <w:tc>
          <w:tcPr>
            <w:tcW w:w="0" w:type="auto"/>
            <w:tcBorders>
              <w:top w:val="single" w:sz="4" w:space="0" w:color="000000"/>
              <w:left w:val="single" w:sz="4" w:space="0" w:color="000000"/>
              <w:bottom w:val="single" w:sz="4" w:space="0" w:color="000000"/>
              <w:right w:val="single" w:sz="4" w:space="0" w:color="000000"/>
            </w:tcBorders>
            <w:hideMark/>
          </w:tcPr>
          <w:p w14:paraId="3947CAA5" w14:textId="77777777" w:rsidR="000A59FD" w:rsidRPr="000A59FD" w:rsidRDefault="000A59FD" w:rsidP="00A02607">
            <w:pPr>
              <w:spacing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Prize / Amount Received</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1235DDBB" w14:textId="77777777" w:rsidR="000A59FD" w:rsidRPr="000A59FD" w:rsidRDefault="000A59FD" w:rsidP="00A02607">
            <w:pPr>
              <w:spacing w:after="0" w:line="240" w:lineRule="auto"/>
              <w:ind w:left="165"/>
              <w:rPr>
                <w:rFonts w:ascii="Times New Roman" w:eastAsia="Times New Roman" w:hAnsi="Times New Roman" w:cs="Times New Roman"/>
                <w:szCs w:val="24"/>
              </w:rPr>
            </w:pPr>
            <w:r w:rsidRPr="000A59FD">
              <w:rPr>
                <w:rFonts w:ascii="Times New Roman" w:eastAsia="Times New Roman" w:hAnsi="Times New Roman" w:cs="Times New Roman"/>
                <w:b/>
                <w:bCs/>
                <w:color w:val="000000"/>
                <w:szCs w:val="24"/>
              </w:rPr>
              <w:t xml:space="preserve">Certificates + </w:t>
            </w:r>
            <w:r w:rsidRPr="000A59FD">
              <w:rPr>
                <w:rFonts w:ascii="Times New Roman" w:eastAsia="Times New Roman" w:hAnsi="Times New Roman" w:cs="Times New Roman"/>
                <w:color w:val="000000"/>
                <w:szCs w:val="24"/>
              </w:rPr>
              <w:t>G</w:t>
            </w:r>
            <w:r w:rsidRPr="000A59FD">
              <w:rPr>
                <w:rFonts w:ascii="Times New Roman" w:eastAsia="Times New Roman" w:hAnsi="Times New Roman" w:cs="Times New Roman"/>
                <w:b/>
                <w:bCs/>
                <w:color w:val="000000"/>
                <w:szCs w:val="24"/>
              </w:rPr>
              <w:t>oodies</w:t>
            </w:r>
          </w:p>
        </w:tc>
      </w:tr>
      <w:tr w:rsidR="000A59FD" w:rsidRPr="000A59FD" w14:paraId="67885A10" w14:textId="77777777" w:rsidTr="00A02607">
        <w:trPr>
          <w:trHeight w:val="1656"/>
        </w:trPr>
        <w:tc>
          <w:tcPr>
            <w:tcW w:w="0" w:type="auto"/>
            <w:tcBorders>
              <w:top w:val="single" w:sz="4" w:space="0" w:color="000000"/>
              <w:left w:val="single" w:sz="4" w:space="0" w:color="000000"/>
              <w:bottom w:val="single" w:sz="4" w:space="0" w:color="000000"/>
              <w:right w:val="single" w:sz="4" w:space="0" w:color="000000"/>
            </w:tcBorders>
            <w:hideMark/>
          </w:tcPr>
          <w:p w14:paraId="7A946800" w14:textId="77777777" w:rsidR="000A59FD" w:rsidRPr="000A59FD" w:rsidRDefault="000A59FD" w:rsidP="00A02607">
            <w:pPr>
              <w:spacing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lastRenderedPageBreak/>
              <w:t>Opportunity</w:t>
            </w:r>
          </w:p>
          <w:p w14:paraId="2A66B76C" w14:textId="77777777" w:rsidR="000A59FD" w:rsidRPr="000A59FD" w:rsidRDefault="000A59FD" w:rsidP="00A02607">
            <w:pPr>
              <w:spacing w:before="2" w:after="0" w:line="240" w:lineRule="auto"/>
              <w:ind w:left="107" w:firstLine="60"/>
              <w:rPr>
                <w:rFonts w:ascii="Times New Roman" w:eastAsia="Times New Roman" w:hAnsi="Times New Roman" w:cs="Times New Roman"/>
                <w:szCs w:val="24"/>
              </w:rPr>
            </w:pPr>
            <w:proofErr w:type="gramStart"/>
            <w:r w:rsidRPr="000A59FD">
              <w:rPr>
                <w:rFonts w:ascii="Times New Roman" w:eastAsia="Times New Roman" w:hAnsi="Times New Roman" w:cs="Times New Roman"/>
                <w:color w:val="000000"/>
                <w:szCs w:val="24"/>
              </w:rPr>
              <w:t>( Placement</w:t>
            </w:r>
            <w:proofErr w:type="gramEnd"/>
            <w:r w:rsidRPr="000A59FD">
              <w:rPr>
                <w:rFonts w:ascii="Times New Roman" w:eastAsia="Times New Roman" w:hAnsi="Times New Roman" w:cs="Times New Roman"/>
                <w:color w:val="000000"/>
                <w:szCs w:val="24"/>
              </w:rPr>
              <w:t>, internship, Project, Funding etc..)</w:t>
            </w:r>
          </w:p>
        </w:tc>
        <w:tc>
          <w:tcPr>
            <w:tcW w:w="0" w:type="auto"/>
            <w:gridSpan w:val="2"/>
            <w:tcBorders>
              <w:top w:val="single" w:sz="4" w:space="0" w:color="000000"/>
              <w:left w:val="single" w:sz="4" w:space="0" w:color="000000"/>
              <w:bottom w:val="single" w:sz="4" w:space="0" w:color="000000"/>
              <w:right w:val="single" w:sz="4" w:space="0" w:color="000000"/>
            </w:tcBorders>
            <w:hideMark/>
          </w:tcPr>
          <w:p w14:paraId="4197619B" w14:textId="77777777" w:rsidR="000A59FD" w:rsidRPr="000A59FD" w:rsidRDefault="000A59FD" w:rsidP="00A02607">
            <w:pPr>
              <w:spacing w:after="0" w:line="240" w:lineRule="auto"/>
              <w:rPr>
                <w:rFonts w:ascii="Times New Roman" w:eastAsia="Times New Roman" w:hAnsi="Times New Roman" w:cs="Times New Roman"/>
                <w:szCs w:val="24"/>
              </w:rPr>
            </w:pPr>
          </w:p>
        </w:tc>
      </w:tr>
      <w:tr w:rsidR="000A59FD" w:rsidRPr="000A59FD" w14:paraId="5BC8F5A1" w14:textId="77777777" w:rsidTr="00A02607">
        <w:trPr>
          <w:trHeight w:val="554"/>
        </w:trPr>
        <w:tc>
          <w:tcPr>
            <w:tcW w:w="0" w:type="auto"/>
            <w:tcBorders>
              <w:top w:val="single" w:sz="4" w:space="0" w:color="000000"/>
              <w:left w:val="single" w:sz="4" w:space="0" w:color="000000"/>
              <w:bottom w:val="single" w:sz="4" w:space="0" w:color="000000"/>
              <w:right w:val="single" w:sz="4" w:space="0" w:color="000000"/>
            </w:tcBorders>
            <w:hideMark/>
          </w:tcPr>
          <w:p w14:paraId="74F40115" w14:textId="77777777" w:rsidR="000A59FD" w:rsidRPr="000A59FD" w:rsidRDefault="000A59FD" w:rsidP="00A02607">
            <w:pPr>
              <w:spacing w:before="1"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Team Member Names</w:t>
            </w:r>
          </w:p>
        </w:tc>
        <w:tc>
          <w:tcPr>
            <w:tcW w:w="0" w:type="auto"/>
            <w:tcBorders>
              <w:top w:val="single" w:sz="4" w:space="0" w:color="000000"/>
              <w:left w:val="single" w:sz="4" w:space="0" w:color="000000"/>
              <w:bottom w:val="single" w:sz="4" w:space="0" w:color="000000"/>
              <w:right w:val="single" w:sz="4" w:space="0" w:color="000000"/>
            </w:tcBorders>
            <w:hideMark/>
          </w:tcPr>
          <w:p w14:paraId="4FDA8AB3" w14:textId="77777777" w:rsidR="000A59FD" w:rsidRPr="000A59FD" w:rsidRDefault="000A59FD" w:rsidP="00A02607">
            <w:pPr>
              <w:spacing w:before="1" w:after="0" w:line="240" w:lineRule="auto"/>
              <w:ind w:left="105"/>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Year (FY/SY/TY/FINAL YR)</w:t>
            </w:r>
          </w:p>
        </w:tc>
        <w:tc>
          <w:tcPr>
            <w:tcW w:w="0" w:type="auto"/>
            <w:tcBorders>
              <w:top w:val="single" w:sz="4" w:space="0" w:color="000000"/>
              <w:left w:val="single" w:sz="4" w:space="0" w:color="000000"/>
              <w:bottom w:val="single" w:sz="4" w:space="0" w:color="000000"/>
              <w:right w:val="single" w:sz="4" w:space="0" w:color="000000"/>
            </w:tcBorders>
            <w:hideMark/>
          </w:tcPr>
          <w:p w14:paraId="0E07C97A" w14:textId="77777777" w:rsidR="000A59FD" w:rsidRPr="000A59FD" w:rsidRDefault="000A59FD" w:rsidP="00A02607">
            <w:pPr>
              <w:spacing w:before="1" w:after="0" w:line="240" w:lineRule="auto"/>
              <w:ind w:left="107"/>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Department</w:t>
            </w:r>
          </w:p>
        </w:tc>
      </w:tr>
      <w:tr w:rsidR="000A59FD" w:rsidRPr="000A59FD" w14:paraId="32A2AF44" w14:textId="77777777" w:rsidTr="00A02607">
        <w:trPr>
          <w:trHeight w:val="457"/>
        </w:trPr>
        <w:tc>
          <w:tcPr>
            <w:tcW w:w="0" w:type="auto"/>
            <w:tcBorders>
              <w:top w:val="single" w:sz="4" w:space="0" w:color="000000"/>
              <w:left w:val="single" w:sz="4" w:space="0" w:color="000000"/>
              <w:bottom w:val="single" w:sz="4" w:space="0" w:color="000000"/>
              <w:right w:val="single" w:sz="4" w:space="0" w:color="000000"/>
            </w:tcBorders>
            <w:hideMark/>
          </w:tcPr>
          <w:p w14:paraId="4784170D" w14:textId="77777777" w:rsidR="000A59FD" w:rsidRPr="000A59FD" w:rsidRDefault="000A59FD" w:rsidP="00A02607">
            <w:pPr>
              <w:spacing w:after="0" w:line="240" w:lineRule="auto"/>
              <w:ind w:left="467"/>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1)  Atharva Patwardhan</w:t>
            </w:r>
          </w:p>
        </w:tc>
        <w:tc>
          <w:tcPr>
            <w:tcW w:w="0" w:type="auto"/>
            <w:tcBorders>
              <w:top w:val="single" w:sz="4" w:space="0" w:color="000000"/>
              <w:left w:val="single" w:sz="4" w:space="0" w:color="000000"/>
              <w:bottom w:val="single" w:sz="4" w:space="0" w:color="000000"/>
              <w:right w:val="single" w:sz="4" w:space="0" w:color="000000"/>
            </w:tcBorders>
            <w:hideMark/>
          </w:tcPr>
          <w:p w14:paraId="31752757" w14:textId="77777777" w:rsidR="000A59FD" w:rsidRPr="000A59FD" w:rsidRDefault="000A59FD" w:rsidP="00A02607">
            <w:pPr>
              <w:spacing w:after="0" w:line="240" w:lineRule="auto"/>
              <w:ind w:left="6"/>
              <w:jc w:val="center"/>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TY</w:t>
            </w:r>
          </w:p>
        </w:tc>
        <w:tc>
          <w:tcPr>
            <w:tcW w:w="0" w:type="auto"/>
            <w:tcBorders>
              <w:top w:val="single" w:sz="4" w:space="0" w:color="000000"/>
              <w:left w:val="single" w:sz="4" w:space="0" w:color="000000"/>
              <w:bottom w:val="single" w:sz="4" w:space="0" w:color="000000"/>
              <w:right w:val="single" w:sz="4" w:space="0" w:color="000000"/>
            </w:tcBorders>
            <w:hideMark/>
          </w:tcPr>
          <w:p w14:paraId="7672F15F" w14:textId="77777777" w:rsidR="000A59FD" w:rsidRPr="000A59FD" w:rsidRDefault="000A59FD" w:rsidP="00A02607">
            <w:pPr>
              <w:spacing w:after="0" w:line="240" w:lineRule="auto"/>
              <w:ind w:right="709"/>
              <w:jc w:val="right"/>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CSE (AIML)</w:t>
            </w:r>
          </w:p>
        </w:tc>
      </w:tr>
      <w:tr w:rsidR="000A59FD" w:rsidRPr="000A59FD" w14:paraId="13934541" w14:textId="77777777" w:rsidTr="00A02607">
        <w:trPr>
          <w:trHeight w:val="460"/>
        </w:trPr>
        <w:tc>
          <w:tcPr>
            <w:tcW w:w="0" w:type="auto"/>
            <w:tcBorders>
              <w:top w:val="single" w:sz="4" w:space="0" w:color="000000"/>
              <w:left w:val="single" w:sz="4" w:space="0" w:color="000000"/>
              <w:bottom w:val="single" w:sz="4" w:space="0" w:color="000000"/>
              <w:right w:val="single" w:sz="4" w:space="0" w:color="000000"/>
            </w:tcBorders>
            <w:hideMark/>
          </w:tcPr>
          <w:p w14:paraId="262A90F5" w14:textId="77777777" w:rsidR="000A59FD" w:rsidRPr="000A59FD" w:rsidRDefault="000A59FD" w:rsidP="00A02607">
            <w:pPr>
              <w:spacing w:before="2" w:after="0" w:line="240" w:lineRule="auto"/>
              <w:ind w:left="467"/>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 xml:space="preserve">2)  Atharv </w:t>
            </w:r>
            <w:proofErr w:type="spellStart"/>
            <w:r w:rsidRPr="000A59FD">
              <w:rPr>
                <w:rFonts w:ascii="Times New Roman" w:eastAsia="Times New Roman" w:hAnsi="Times New Roman" w:cs="Times New Roman"/>
                <w:color w:val="000000"/>
                <w:sz w:val="20"/>
                <w:szCs w:val="20"/>
              </w:rPr>
              <w:t>Muchandi</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4A07C4E5" w14:textId="77777777" w:rsidR="000A59FD" w:rsidRPr="000A59FD" w:rsidRDefault="000A59FD" w:rsidP="00A02607">
            <w:pPr>
              <w:spacing w:before="2" w:after="0" w:line="240" w:lineRule="auto"/>
              <w:ind w:left="6"/>
              <w:jc w:val="center"/>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TY</w:t>
            </w:r>
          </w:p>
        </w:tc>
        <w:tc>
          <w:tcPr>
            <w:tcW w:w="0" w:type="auto"/>
            <w:tcBorders>
              <w:top w:val="single" w:sz="4" w:space="0" w:color="000000"/>
              <w:left w:val="single" w:sz="4" w:space="0" w:color="000000"/>
              <w:bottom w:val="single" w:sz="4" w:space="0" w:color="000000"/>
              <w:right w:val="single" w:sz="4" w:space="0" w:color="000000"/>
            </w:tcBorders>
            <w:hideMark/>
          </w:tcPr>
          <w:p w14:paraId="27196062" w14:textId="77777777" w:rsidR="000A59FD" w:rsidRPr="000A59FD" w:rsidRDefault="000A59FD" w:rsidP="00A02607">
            <w:pPr>
              <w:spacing w:before="2" w:after="0" w:line="240" w:lineRule="auto"/>
              <w:ind w:right="709"/>
              <w:jc w:val="right"/>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CSE (AIML)</w:t>
            </w:r>
          </w:p>
        </w:tc>
      </w:tr>
      <w:tr w:rsidR="000A59FD" w:rsidRPr="000A59FD" w14:paraId="684383BA" w14:textId="77777777" w:rsidTr="00A02607">
        <w:trPr>
          <w:trHeight w:val="460"/>
        </w:trPr>
        <w:tc>
          <w:tcPr>
            <w:tcW w:w="0" w:type="auto"/>
            <w:tcBorders>
              <w:top w:val="single" w:sz="4" w:space="0" w:color="000000"/>
              <w:left w:val="single" w:sz="4" w:space="0" w:color="000000"/>
              <w:bottom w:val="single" w:sz="4" w:space="0" w:color="000000"/>
              <w:right w:val="single" w:sz="4" w:space="0" w:color="000000"/>
            </w:tcBorders>
            <w:hideMark/>
          </w:tcPr>
          <w:p w14:paraId="13D48431" w14:textId="77777777" w:rsidR="000A59FD" w:rsidRPr="000A59FD" w:rsidRDefault="000A59FD" w:rsidP="00A02607">
            <w:pPr>
              <w:spacing w:after="0" w:line="240" w:lineRule="auto"/>
              <w:ind w:left="467"/>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 xml:space="preserve">3)  Vishruti </w:t>
            </w:r>
            <w:proofErr w:type="spellStart"/>
            <w:r w:rsidRPr="000A59FD">
              <w:rPr>
                <w:rFonts w:ascii="Times New Roman" w:eastAsia="Times New Roman" w:hAnsi="Times New Roman" w:cs="Times New Roman"/>
                <w:color w:val="000000"/>
                <w:sz w:val="20"/>
                <w:szCs w:val="20"/>
              </w:rPr>
              <w:t>Mohinkar</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5ADFFA68" w14:textId="77777777" w:rsidR="000A59FD" w:rsidRPr="000A59FD" w:rsidRDefault="000A59FD" w:rsidP="00A02607">
            <w:pPr>
              <w:spacing w:after="0" w:line="240" w:lineRule="auto"/>
              <w:ind w:left="6"/>
              <w:jc w:val="center"/>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TY</w:t>
            </w:r>
          </w:p>
        </w:tc>
        <w:tc>
          <w:tcPr>
            <w:tcW w:w="0" w:type="auto"/>
            <w:tcBorders>
              <w:top w:val="single" w:sz="4" w:space="0" w:color="000000"/>
              <w:left w:val="single" w:sz="4" w:space="0" w:color="000000"/>
              <w:bottom w:val="single" w:sz="4" w:space="0" w:color="000000"/>
              <w:right w:val="single" w:sz="4" w:space="0" w:color="000000"/>
            </w:tcBorders>
            <w:hideMark/>
          </w:tcPr>
          <w:p w14:paraId="5D9640DF" w14:textId="77777777" w:rsidR="000A59FD" w:rsidRPr="000A59FD" w:rsidRDefault="000A59FD" w:rsidP="00A02607">
            <w:pPr>
              <w:spacing w:after="0" w:line="240" w:lineRule="auto"/>
              <w:ind w:right="709"/>
              <w:jc w:val="right"/>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CSE (AIML)</w:t>
            </w:r>
          </w:p>
        </w:tc>
      </w:tr>
      <w:tr w:rsidR="000A59FD" w:rsidRPr="000A59FD" w14:paraId="7EBAE7C0" w14:textId="77777777" w:rsidTr="00A02607">
        <w:trPr>
          <w:trHeight w:val="460"/>
        </w:trPr>
        <w:tc>
          <w:tcPr>
            <w:tcW w:w="0" w:type="auto"/>
            <w:tcBorders>
              <w:top w:val="single" w:sz="4" w:space="0" w:color="000000"/>
              <w:left w:val="single" w:sz="4" w:space="0" w:color="000000"/>
              <w:bottom w:val="single" w:sz="4" w:space="0" w:color="000000"/>
              <w:right w:val="single" w:sz="4" w:space="0" w:color="000000"/>
            </w:tcBorders>
            <w:hideMark/>
          </w:tcPr>
          <w:p w14:paraId="012152D0" w14:textId="77777777" w:rsidR="000A59FD" w:rsidRPr="000A59FD" w:rsidRDefault="000A59FD" w:rsidP="00A02607">
            <w:pPr>
              <w:spacing w:after="0" w:line="240" w:lineRule="auto"/>
              <w:ind w:left="467"/>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 xml:space="preserve">4)  Vedant </w:t>
            </w:r>
            <w:proofErr w:type="spellStart"/>
            <w:r w:rsidRPr="000A59FD">
              <w:rPr>
                <w:rFonts w:ascii="Times New Roman" w:eastAsia="Times New Roman" w:hAnsi="Times New Roman" w:cs="Times New Roman"/>
                <w:color w:val="000000"/>
                <w:sz w:val="20"/>
                <w:szCs w:val="20"/>
              </w:rPr>
              <w:t>Nagmoti</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767299AD" w14:textId="77777777" w:rsidR="000A59FD" w:rsidRPr="000A59FD" w:rsidRDefault="000A59FD" w:rsidP="00A02607">
            <w:pPr>
              <w:spacing w:after="0" w:line="240" w:lineRule="auto"/>
              <w:ind w:left="6"/>
              <w:jc w:val="center"/>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TY</w:t>
            </w:r>
          </w:p>
        </w:tc>
        <w:tc>
          <w:tcPr>
            <w:tcW w:w="0" w:type="auto"/>
            <w:tcBorders>
              <w:top w:val="single" w:sz="4" w:space="0" w:color="000000"/>
              <w:left w:val="single" w:sz="4" w:space="0" w:color="000000"/>
              <w:bottom w:val="single" w:sz="4" w:space="0" w:color="000000"/>
              <w:right w:val="single" w:sz="4" w:space="0" w:color="000000"/>
            </w:tcBorders>
            <w:hideMark/>
          </w:tcPr>
          <w:p w14:paraId="257E70D2" w14:textId="77777777" w:rsidR="000A59FD" w:rsidRPr="000A59FD" w:rsidRDefault="000A59FD" w:rsidP="00A02607">
            <w:pPr>
              <w:spacing w:after="0" w:line="240" w:lineRule="auto"/>
              <w:ind w:right="709"/>
              <w:jc w:val="right"/>
              <w:rPr>
                <w:rFonts w:ascii="Times New Roman" w:eastAsia="Times New Roman" w:hAnsi="Times New Roman" w:cs="Times New Roman"/>
                <w:szCs w:val="24"/>
              </w:rPr>
            </w:pPr>
            <w:r w:rsidRPr="000A59FD">
              <w:rPr>
                <w:rFonts w:ascii="Times New Roman" w:eastAsia="Times New Roman" w:hAnsi="Times New Roman" w:cs="Times New Roman"/>
                <w:color w:val="000000"/>
                <w:sz w:val="20"/>
                <w:szCs w:val="20"/>
              </w:rPr>
              <w:t>CSE (AIML)</w:t>
            </w:r>
          </w:p>
        </w:tc>
      </w:tr>
    </w:tbl>
    <w:p w14:paraId="482D8B8E" w14:textId="77777777" w:rsidR="000A59FD" w:rsidRDefault="000A59FD" w:rsidP="000A59FD">
      <w:pPr>
        <w:shd w:val="clear" w:color="auto" w:fill="DAEEF3" w:themeFill="accent5" w:themeFillTint="33"/>
        <w:spacing w:before="100" w:beforeAutospacing="1" w:after="100" w:afterAutospacing="1" w:line="240" w:lineRule="auto"/>
        <w:rPr>
          <w:rFonts w:ascii="Times New Roman" w:eastAsia="Times New Roman" w:hAnsi="Times New Roman" w:cs="Times New Roman"/>
          <w:b/>
          <w:bCs/>
          <w:szCs w:val="24"/>
        </w:rPr>
      </w:pPr>
    </w:p>
    <w:p w14:paraId="508C890D" w14:textId="7B0D3BE5" w:rsidR="000A59FD" w:rsidRPr="000A59FD" w:rsidRDefault="000A59FD" w:rsidP="00006C41">
      <w:pPr>
        <w:shd w:val="clear" w:color="auto" w:fill="548DD4" w:themeFill="text2" w:themeFillTint="99"/>
        <w:spacing w:before="100" w:beforeAutospacing="1" w:after="100" w:afterAutospacing="1" w:line="240" w:lineRule="auto"/>
        <w:rPr>
          <w:rFonts w:ascii="Times New Roman" w:eastAsia="Times New Roman" w:hAnsi="Times New Roman" w:cs="Times New Roman"/>
          <w:b/>
          <w:bCs/>
          <w:szCs w:val="24"/>
        </w:rPr>
      </w:pPr>
      <w:r>
        <w:rPr>
          <w:rFonts w:ascii="Times New Roman" w:eastAsia="Times New Roman" w:hAnsi="Times New Roman" w:cs="Times New Roman"/>
          <w:b/>
          <w:bCs/>
          <w:szCs w:val="24"/>
        </w:rPr>
        <w:t xml:space="preserve">                                                     </w:t>
      </w:r>
      <w:r w:rsidRPr="000A59FD">
        <w:rPr>
          <w:rFonts w:ascii="Times New Roman" w:eastAsia="Times New Roman" w:hAnsi="Times New Roman" w:cs="Times New Roman"/>
          <w:b/>
          <w:bCs/>
          <w:sz w:val="28"/>
          <w:szCs w:val="28"/>
        </w:rPr>
        <w:t xml:space="preserve">  Summary</w:t>
      </w:r>
    </w:p>
    <w:p w14:paraId="78613090" w14:textId="63DA3B0F" w:rsidR="000A59FD" w:rsidRPr="000A59FD" w:rsidRDefault="000A59FD" w:rsidP="000A59FD">
      <w:pPr>
        <w:shd w:val="clear" w:color="auto" w:fill="DAEEF3" w:themeFill="accent5" w:themeFillTint="33"/>
        <w:spacing w:after="0" w:line="480" w:lineRule="auto"/>
        <w:rPr>
          <w:rFonts w:ascii="Times New Roman" w:eastAsia="Times New Roman" w:hAnsi="Times New Roman" w:cs="Times New Roman"/>
          <w:sz w:val="40"/>
          <w:szCs w:val="40"/>
        </w:rPr>
      </w:pPr>
      <w:r w:rsidRPr="000A59FD">
        <w:rPr>
          <w:rFonts w:ascii="Times New Roman" w:eastAsia="Times New Roman" w:hAnsi="Times New Roman" w:cs="Times New Roman"/>
          <w:b/>
          <w:bCs/>
          <w:color w:val="000000"/>
          <w:szCs w:val="24"/>
        </w:rPr>
        <w:t xml:space="preserve">AISF 2025 </w:t>
      </w:r>
      <w:r w:rsidRPr="000A59FD">
        <w:rPr>
          <w:rFonts w:ascii="Times New Roman" w:eastAsia="Times New Roman" w:hAnsi="Times New Roman" w:cs="Times New Roman"/>
          <w:color w:val="000000"/>
          <w:szCs w:val="24"/>
        </w:rPr>
        <w:t>is a 24-hour national-level hackathon at VIT</w:t>
      </w:r>
      <w:r w:rsidRPr="000A59FD">
        <w:rPr>
          <w:rFonts w:ascii="Times New Roman" w:eastAsia="Times New Roman" w:hAnsi="Times New Roman" w:cs="Times New Roman"/>
          <w:b/>
          <w:bCs/>
          <w:color w:val="000000"/>
          <w:szCs w:val="24"/>
        </w:rPr>
        <w:t>, Pune</w:t>
      </w:r>
      <w:r w:rsidRPr="000A59FD">
        <w:rPr>
          <w:rFonts w:ascii="Times New Roman" w:eastAsia="Times New Roman" w:hAnsi="Times New Roman" w:cs="Times New Roman"/>
          <w:color w:val="000000"/>
          <w:szCs w:val="24"/>
        </w:rPr>
        <w:t xml:space="preserve">, on Sept </w:t>
      </w:r>
      <w:r w:rsidRPr="000A59FD">
        <w:rPr>
          <w:rFonts w:ascii="Times New Roman" w:eastAsia="Times New Roman" w:hAnsi="Times New Roman" w:cs="Times New Roman"/>
          <w:b/>
          <w:bCs/>
          <w:color w:val="000000"/>
          <w:szCs w:val="24"/>
        </w:rPr>
        <w:t>24–25, 2025</w:t>
      </w:r>
      <w:r w:rsidRPr="000A59FD">
        <w:rPr>
          <w:rFonts w:ascii="Times New Roman" w:eastAsia="Times New Roman" w:hAnsi="Times New Roman" w:cs="Times New Roman"/>
          <w:color w:val="000000"/>
          <w:szCs w:val="24"/>
        </w:rPr>
        <w:t xml:space="preserve">, bringing together innovators from across India to solve real-world challenges in </w:t>
      </w:r>
      <w:r w:rsidRPr="000A59FD">
        <w:rPr>
          <w:rFonts w:ascii="Times New Roman" w:eastAsia="Times New Roman" w:hAnsi="Times New Roman" w:cs="Times New Roman"/>
          <w:b/>
          <w:bCs/>
          <w:color w:val="000000"/>
          <w:szCs w:val="24"/>
        </w:rPr>
        <w:t>AIML Domain</w:t>
      </w:r>
      <w:r w:rsidRPr="000A59FD">
        <w:rPr>
          <w:rFonts w:ascii="Times New Roman" w:eastAsia="Times New Roman" w:hAnsi="Times New Roman" w:cs="Times New Roman"/>
          <w:color w:val="000000"/>
          <w:szCs w:val="24"/>
        </w:rPr>
        <w:t>. With</w:t>
      </w:r>
      <w:r w:rsidRPr="000A59FD">
        <w:rPr>
          <w:rFonts w:ascii="Times New Roman" w:eastAsia="Times New Roman" w:hAnsi="Times New Roman" w:cs="Times New Roman"/>
          <w:sz w:val="40"/>
          <w:szCs w:val="40"/>
        </w:rPr>
        <w:t xml:space="preserve"> </w:t>
      </w:r>
      <w:r w:rsidRPr="000A59FD">
        <w:rPr>
          <w:rFonts w:ascii="Times New Roman" w:eastAsia="Times New Roman" w:hAnsi="Times New Roman" w:cs="Times New Roman"/>
          <w:b/>
          <w:bCs/>
          <w:color w:val="000000"/>
          <w:szCs w:val="24"/>
        </w:rPr>
        <w:t xml:space="preserve">₹40000 in prizes </w:t>
      </w:r>
      <w:r w:rsidRPr="000A59FD">
        <w:rPr>
          <w:rFonts w:ascii="Times New Roman" w:eastAsia="Times New Roman" w:hAnsi="Times New Roman" w:cs="Times New Roman"/>
          <w:color w:val="000000"/>
          <w:szCs w:val="24"/>
        </w:rPr>
        <w:t xml:space="preserve">and </w:t>
      </w:r>
      <w:r w:rsidRPr="000A59FD">
        <w:rPr>
          <w:rFonts w:ascii="Times New Roman" w:eastAsia="Times New Roman" w:hAnsi="Times New Roman" w:cs="Times New Roman"/>
          <w:b/>
          <w:bCs/>
          <w:color w:val="000000"/>
          <w:szCs w:val="24"/>
        </w:rPr>
        <w:t>industry recognition</w:t>
      </w:r>
      <w:r w:rsidRPr="000A59FD">
        <w:rPr>
          <w:rFonts w:ascii="Times New Roman" w:eastAsia="Times New Roman" w:hAnsi="Times New Roman" w:cs="Times New Roman"/>
          <w:color w:val="000000"/>
          <w:szCs w:val="24"/>
        </w:rPr>
        <w:t xml:space="preserve">, it’s your chance to </w:t>
      </w:r>
      <w:r w:rsidRPr="000A59FD">
        <w:rPr>
          <w:rFonts w:ascii="Times New Roman" w:eastAsia="Times New Roman" w:hAnsi="Times New Roman" w:cs="Times New Roman"/>
          <w:b/>
          <w:bCs/>
          <w:color w:val="000000"/>
          <w:szCs w:val="24"/>
        </w:rPr>
        <w:t>build, innovate, and make an impact</w:t>
      </w:r>
      <w:r w:rsidRPr="000A59FD">
        <w:rPr>
          <w:rFonts w:ascii="Times New Roman" w:eastAsia="Times New Roman" w:hAnsi="Times New Roman" w:cs="Times New Roman"/>
          <w:color w:val="000000"/>
          <w:szCs w:val="24"/>
        </w:rPr>
        <w:t>.</w:t>
      </w:r>
    </w:p>
    <w:p w14:paraId="6FFE228F" w14:textId="0380AD7B" w:rsidR="00911534" w:rsidRDefault="00911534" w:rsidP="000A59FD">
      <w:pPr>
        <w:shd w:val="clear" w:color="auto" w:fill="DAEEF3" w:themeFill="accent5" w:themeFillTint="33"/>
      </w:pPr>
    </w:p>
    <w:p w14:paraId="0F43C415" w14:textId="77777777" w:rsidR="000A59FD" w:rsidRDefault="000A59FD">
      <w:pPr>
        <w:rPr>
          <w:b/>
          <w:bCs/>
          <w:noProof/>
          <w:color w:val="0080FF"/>
          <w:sz w:val="96"/>
          <w:szCs w:val="96"/>
        </w:rPr>
      </w:pPr>
    </w:p>
    <w:p w14:paraId="0B338800" w14:textId="77777777" w:rsidR="000A59FD" w:rsidRDefault="000A59FD">
      <w:pPr>
        <w:rPr>
          <w:b/>
          <w:bCs/>
          <w:noProof/>
          <w:color w:val="0080FF"/>
          <w:sz w:val="96"/>
          <w:szCs w:val="96"/>
        </w:rPr>
      </w:pPr>
    </w:p>
    <w:p w14:paraId="1FECABD7" w14:textId="77777777" w:rsidR="000A59FD" w:rsidRDefault="000A59FD">
      <w:pPr>
        <w:rPr>
          <w:b/>
          <w:bCs/>
          <w:noProof/>
          <w:color w:val="0080FF"/>
          <w:sz w:val="96"/>
          <w:szCs w:val="96"/>
        </w:rPr>
      </w:pPr>
    </w:p>
    <w:p w14:paraId="076D3087" w14:textId="5D9757E5" w:rsidR="000A59FD" w:rsidRDefault="000A59FD">
      <w:pPr>
        <w:rPr>
          <w:b/>
          <w:bCs/>
          <w:noProof/>
          <w:color w:val="0080FF"/>
          <w:sz w:val="96"/>
          <w:szCs w:val="96"/>
        </w:rPr>
      </w:pPr>
      <w:r>
        <w:rPr>
          <w:b/>
          <w:bCs/>
          <w:noProof/>
          <w:color w:val="0080FF"/>
          <w:sz w:val="96"/>
          <w:szCs w:val="96"/>
        </w:rPr>
        <w:lastRenderedPageBreak/>
        <w:drawing>
          <wp:inline distT="0" distB="0" distL="0" distR="0" wp14:anchorId="681F51E4" wp14:editId="6CC0FDDE">
            <wp:extent cx="5486400" cy="4181475"/>
            <wp:effectExtent l="0" t="0" r="0"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4181475"/>
                    </a:xfrm>
                    <a:prstGeom prst="rect">
                      <a:avLst/>
                    </a:prstGeom>
                    <a:noFill/>
                    <a:ln>
                      <a:noFill/>
                    </a:ln>
                  </pic:spPr>
                </pic:pic>
              </a:graphicData>
            </a:graphic>
          </wp:inline>
        </w:drawing>
      </w:r>
    </w:p>
    <w:tbl>
      <w:tblPr>
        <w:tblW w:w="9463" w:type="dxa"/>
        <w:tblCellMar>
          <w:top w:w="15" w:type="dxa"/>
          <w:left w:w="15" w:type="dxa"/>
          <w:bottom w:w="15" w:type="dxa"/>
          <w:right w:w="15" w:type="dxa"/>
        </w:tblCellMar>
        <w:tblLook w:val="04A0" w:firstRow="1" w:lastRow="0" w:firstColumn="1" w:lastColumn="0" w:noHBand="0" w:noVBand="1"/>
      </w:tblPr>
      <w:tblGrid>
        <w:gridCol w:w="4614"/>
        <w:gridCol w:w="1567"/>
        <w:gridCol w:w="3282"/>
      </w:tblGrid>
      <w:tr w:rsidR="000A59FD" w:rsidRPr="000A59FD" w14:paraId="3F34CDF8"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7E6843"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Date of Competition</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72D3D1"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15/06/2025</w:t>
            </w:r>
          </w:p>
        </w:tc>
      </w:tr>
      <w:tr w:rsidR="000A59FD" w:rsidRPr="000A59FD" w14:paraId="6B566C73"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CE8326"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Award/Rank</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8A43C2" w14:textId="77777777" w:rsidR="000A59FD" w:rsidRPr="000A59FD" w:rsidRDefault="000A59FD" w:rsidP="000A59FD">
            <w:pPr>
              <w:shd w:val="clear" w:color="auto" w:fill="FFFFFF"/>
              <w:spacing w:after="0" w:line="24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Winner First Prize</w:t>
            </w:r>
          </w:p>
        </w:tc>
      </w:tr>
      <w:tr w:rsidR="000A59FD" w:rsidRPr="000A59FD" w14:paraId="2DE1B373"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8B6518"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Prize / Amount Received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B24A86"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Rs 3,00,000/-</w:t>
            </w:r>
          </w:p>
        </w:tc>
      </w:tr>
      <w:tr w:rsidR="000A59FD" w:rsidRPr="000A59FD" w14:paraId="4073A786"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AE022B"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 xml:space="preserve">Opportunity </w:t>
            </w:r>
            <w:proofErr w:type="gramStart"/>
            <w:r w:rsidRPr="000A59FD">
              <w:rPr>
                <w:rFonts w:ascii="Times New Roman" w:eastAsia="Times New Roman" w:hAnsi="Times New Roman" w:cs="Times New Roman"/>
                <w:color w:val="000000"/>
                <w:szCs w:val="24"/>
              </w:rPr>
              <w:t xml:space="preserve">( </w:t>
            </w:r>
            <w:proofErr w:type="spellStart"/>
            <w:r w:rsidRPr="000A59FD">
              <w:rPr>
                <w:rFonts w:ascii="Times New Roman" w:eastAsia="Times New Roman" w:hAnsi="Times New Roman" w:cs="Times New Roman"/>
                <w:color w:val="000000"/>
                <w:szCs w:val="24"/>
              </w:rPr>
              <w:t>Placeemnt</w:t>
            </w:r>
            <w:proofErr w:type="spellEnd"/>
            <w:proofErr w:type="gramEnd"/>
            <w:r w:rsidRPr="000A59FD">
              <w:rPr>
                <w:rFonts w:ascii="Times New Roman" w:eastAsia="Times New Roman" w:hAnsi="Times New Roman" w:cs="Times New Roman"/>
                <w:color w:val="000000"/>
                <w:szCs w:val="24"/>
              </w:rPr>
              <w:t>, internship, Project, Funding etc..)</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95F8BA"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Project Competition</w:t>
            </w:r>
          </w:p>
        </w:tc>
      </w:tr>
      <w:tr w:rsidR="000A59FD" w:rsidRPr="000A59FD" w14:paraId="188D3D3B"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EEA31C"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Team Member Names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F4446F"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Year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F2394D" w14:textId="77777777" w:rsidR="000A59FD" w:rsidRPr="000A59FD" w:rsidRDefault="000A59FD" w:rsidP="000A59FD">
            <w:pPr>
              <w:spacing w:after="0" w:line="240" w:lineRule="auto"/>
              <w:rPr>
                <w:rFonts w:ascii="Times New Roman" w:eastAsia="Times New Roman" w:hAnsi="Times New Roman" w:cs="Times New Roman"/>
                <w:szCs w:val="24"/>
              </w:rPr>
            </w:pPr>
          </w:p>
        </w:tc>
      </w:tr>
      <w:tr w:rsidR="000A59FD" w:rsidRPr="000A59FD" w14:paraId="07DCFDB7"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72B661" w14:textId="77777777" w:rsidR="000A59FD" w:rsidRPr="000A59FD" w:rsidRDefault="000A59FD" w:rsidP="000A59FD">
            <w:pPr>
              <w:spacing w:after="0" w:line="480" w:lineRule="auto"/>
              <w:rPr>
                <w:rFonts w:ascii="Times New Roman" w:eastAsia="Times New Roman" w:hAnsi="Times New Roman" w:cs="Times New Roman"/>
                <w:szCs w:val="24"/>
              </w:rPr>
            </w:pPr>
            <w:proofErr w:type="spellStart"/>
            <w:r w:rsidRPr="000A59FD">
              <w:rPr>
                <w:rFonts w:ascii="Times New Roman" w:eastAsia="Times New Roman" w:hAnsi="Times New Roman" w:cs="Times New Roman"/>
                <w:color w:val="434343"/>
                <w:szCs w:val="24"/>
                <w:shd w:val="clear" w:color="auto" w:fill="FFFFFF"/>
              </w:rPr>
              <w:t>Ayush</w:t>
            </w:r>
            <w:proofErr w:type="spellEnd"/>
            <w:r w:rsidRPr="000A59FD">
              <w:rPr>
                <w:rFonts w:ascii="Times New Roman" w:eastAsia="Times New Roman" w:hAnsi="Times New Roman" w:cs="Times New Roman"/>
                <w:color w:val="434343"/>
                <w:szCs w:val="24"/>
                <w:shd w:val="clear" w:color="auto" w:fill="FFFFFF"/>
              </w:rPr>
              <w:t xml:space="preserve"> Srivastava</w:t>
            </w:r>
            <w:r w:rsidRPr="000A59FD">
              <w:rPr>
                <w:rFonts w:ascii="Times New Roman" w:eastAsia="Times New Roman" w:hAnsi="Times New Roman" w:cs="Times New Roman"/>
                <w:color w:val="000000"/>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CB9F0D"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TY-B</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A17A49" w14:textId="77777777" w:rsidR="000A59FD" w:rsidRPr="000A59FD" w:rsidRDefault="000A59FD" w:rsidP="000A59FD">
            <w:pPr>
              <w:spacing w:after="0" w:line="240" w:lineRule="auto"/>
              <w:rPr>
                <w:rFonts w:ascii="Times New Roman" w:eastAsia="Times New Roman" w:hAnsi="Times New Roman" w:cs="Times New Roman"/>
                <w:szCs w:val="24"/>
              </w:rPr>
            </w:pPr>
          </w:p>
        </w:tc>
      </w:tr>
      <w:tr w:rsidR="000A59FD" w:rsidRPr="000A59FD" w14:paraId="75707F21"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FE1BFE"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84A6D3"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00A2C1" w14:textId="77777777" w:rsidR="000A59FD" w:rsidRPr="000A59FD" w:rsidRDefault="000A59FD" w:rsidP="000A59FD">
            <w:pPr>
              <w:spacing w:after="0" w:line="240" w:lineRule="auto"/>
              <w:rPr>
                <w:rFonts w:ascii="Times New Roman" w:eastAsia="Times New Roman" w:hAnsi="Times New Roman" w:cs="Times New Roman"/>
                <w:szCs w:val="24"/>
              </w:rPr>
            </w:pPr>
          </w:p>
        </w:tc>
      </w:tr>
      <w:tr w:rsidR="000A59FD" w:rsidRPr="000A59FD" w14:paraId="52F47527"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CA1DF4"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EC1B58"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E1C2A1" w14:textId="77777777" w:rsidR="000A59FD" w:rsidRPr="000A59FD" w:rsidRDefault="000A59FD" w:rsidP="000A59FD">
            <w:pPr>
              <w:spacing w:after="0" w:line="240" w:lineRule="auto"/>
              <w:rPr>
                <w:rFonts w:ascii="Times New Roman" w:eastAsia="Times New Roman" w:hAnsi="Times New Roman" w:cs="Times New Roman"/>
                <w:szCs w:val="24"/>
              </w:rPr>
            </w:pPr>
          </w:p>
        </w:tc>
      </w:tr>
      <w:tr w:rsidR="000A59FD" w:rsidRPr="000A59FD" w14:paraId="121E5457"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3F2AC5"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5873A0"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589378" w14:textId="77777777" w:rsidR="000A59FD" w:rsidRPr="000A59FD" w:rsidRDefault="000A59FD" w:rsidP="000A59FD">
            <w:pPr>
              <w:spacing w:after="0" w:line="240" w:lineRule="auto"/>
              <w:rPr>
                <w:rFonts w:ascii="Times New Roman" w:eastAsia="Times New Roman" w:hAnsi="Times New Roman" w:cs="Times New Roman"/>
                <w:szCs w:val="24"/>
              </w:rPr>
            </w:pPr>
          </w:p>
        </w:tc>
      </w:tr>
      <w:tr w:rsidR="000A59FD" w:rsidRPr="000A59FD" w14:paraId="0520AD08"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9636BE"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BEE627"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901273" w14:textId="77777777" w:rsidR="000A59FD" w:rsidRPr="000A59FD" w:rsidRDefault="000A59FD" w:rsidP="000A59FD">
            <w:pPr>
              <w:spacing w:after="0" w:line="240" w:lineRule="auto"/>
              <w:rPr>
                <w:rFonts w:ascii="Times New Roman" w:eastAsia="Times New Roman" w:hAnsi="Times New Roman" w:cs="Times New Roman"/>
                <w:szCs w:val="24"/>
              </w:rPr>
            </w:pPr>
          </w:p>
        </w:tc>
      </w:tr>
      <w:tr w:rsidR="000A59FD" w:rsidRPr="000A59FD" w14:paraId="2BFE6826" w14:textId="77777777" w:rsidTr="000A59FD">
        <w:trPr>
          <w:trHeight w:val="91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9ACB12"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Short Description of the Event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6D5019" w14:textId="77777777" w:rsidR="000A59FD" w:rsidRPr="000A59FD" w:rsidRDefault="000A59FD" w:rsidP="000A59FD">
            <w:pPr>
              <w:spacing w:after="0" w:line="240" w:lineRule="auto"/>
              <w:rPr>
                <w:rFonts w:ascii="Times New Roman" w:eastAsia="Times New Roman" w:hAnsi="Times New Roman" w:cs="Times New Roman"/>
                <w:szCs w:val="24"/>
              </w:rPr>
            </w:pPr>
          </w:p>
          <w:p w14:paraId="0EA6B1C4"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1F1F1F"/>
                <w:szCs w:val="24"/>
                <w:shd w:val="clear" w:color="auto" w:fill="FFFFFF"/>
              </w:rPr>
              <w:t>Hackathon (The Matrix Protocol)</w:t>
            </w:r>
          </w:p>
        </w:tc>
      </w:tr>
      <w:tr w:rsidR="000A59FD" w:rsidRPr="000A59FD" w14:paraId="1003F4A9" w14:textId="77777777" w:rsidTr="000A59FD">
        <w:trPr>
          <w:trHeight w:val="91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6309AE" w14:textId="77777777" w:rsidR="000A59FD" w:rsidRPr="000A59FD" w:rsidRDefault="000A59FD" w:rsidP="000A59FD">
            <w:pPr>
              <w:spacing w:after="0" w:line="480" w:lineRule="auto"/>
              <w:rPr>
                <w:rFonts w:ascii="Times New Roman" w:eastAsia="Times New Roman" w:hAnsi="Times New Roman" w:cs="Times New Roman"/>
                <w:color w:val="000000"/>
                <w:szCs w:val="24"/>
              </w:rPr>
            </w:pPr>
            <w:r w:rsidRPr="000A59FD">
              <w:rPr>
                <w:rFonts w:ascii="Times New Roman" w:eastAsia="Times New Roman" w:hAnsi="Times New Roman" w:cs="Times New Roman"/>
                <w:color w:val="000000"/>
                <w:szCs w:val="24"/>
              </w:rPr>
              <w:t>Date of Competition</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7740F7" w14:textId="77777777" w:rsidR="000A59FD" w:rsidRPr="000A59FD" w:rsidRDefault="000A59FD" w:rsidP="000A59FD">
            <w:pPr>
              <w:spacing w:after="0" w:line="240" w:lineRule="auto"/>
              <w:rPr>
                <w:rFonts w:ascii="Times New Roman" w:eastAsia="Times New Roman" w:hAnsi="Times New Roman" w:cs="Times New Roman"/>
                <w:szCs w:val="24"/>
              </w:rPr>
            </w:pPr>
            <w:r w:rsidRPr="000A59FD">
              <w:rPr>
                <w:rFonts w:ascii="Times New Roman" w:eastAsia="Times New Roman" w:hAnsi="Times New Roman" w:cs="Times New Roman"/>
                <w:szCs w:val="24"/>
              </w:rPr>
              <w:t>25/09/2025</w:t>
            </w:r>
          </w:p>
        </w:tc>
      </w:tr>
      <w:tr w:rsidR="000A59FD" w:rsidRPr="000A59FD" w14:paraId="0BEED0BF" w14:textId="77777777" w:rsidTr="000A59FD">
        <w:trPr>
          <w:trHeight w:val="91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CDC254" w14:textId="77777777" w:rsidR="000A59FD" w:rsidRPr="000A59FD" w:rsidRDefault="000A59FD" w:rsidP="000A59FD">
            <w:pPr>
              <w:spacing w:after="0" w:line="480" w:lineRule="auto"/>
              <w:rPr>
                <w:rFonts w:ascii="Times New Roman" w:eastAsia="Times New Roman" w:hAnsi="Times New Roman" w:cs="Times New Roman"/>
                <w:color w:val="000000"/>
                <w:szCs w:val="24"/>
              </w:rPr>
            </w:pPr>
            <w:r w:rsidRPr="000A59FD">
              <w:rPr>
                <w:rFonts w:ascii="Times New Roman" w:eastAsia="Times New Roman" w:hAnsi="Times New Roman" w:cs="Times New Roman"/>
                <w:color w:val="000000"/>
                <w:szCs w:val="24"/>
              </w:rPr>
              <w:lastRenderedPageBreak/>
              <w:t>Award/Rank</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A4B635" w14:textId="77777777" w:rsidR="000A59FD" w:rsidRPr="000A59FD" w:rsidRDefault="000A59FD" w:rsidP="000A59FD">
            <w:pPr>
              <w:spacing w:after="0" w:line="240" w:lineRule="auto"/>
              <w:rPr>
                <w:rFonts w:ascii="Times New Roman" w:eastAsia="Times New Roman" w:hAnsi="Times New Roman" w:cs="Times New Roman"/>
                <w:szCs w:val="24"/>
              </w:rPr>
            </w:pPr>
            <w:r w:rsidRPr="000A59FD">
              <w:rPr>
                <w:rFonts w:ascii="Times New Roman" w:eastAsia="Times New Roman" w:hAnsi="Times New Roman" w:cs="Times New Roman"/>
                <w:szCs w:val="24"/>
              </w:rPr>
              <w:t>1st Prize Winner-</w:t>
            </w:r>
            <w:proofErr w:type="spellStart"/>
            <w:proofErr w:type="gramStart"/>
            <w:r w:rsidRPr="000A59FD">
              <w:rPr>
                <w:rFonts w:ascii="Times New Roman" w:eastAsia="Times New Roman" w:hAnsi="Times New Roman" w:cs="Times New Roman"/>
                <w:szCs w:val="24"/>
              </w:rPr>
              <w:t>Ms.Anushka</w:t>
            </w:r>
            <w:proofErr w:type="spellEnd"/>
            <w:proofErr w:type="gramEnd"/>
            <w:r w:rsidRPr="000A59FD">
              <w:rPr>
                <w:rFonts w:ascii="Times New Roman" w:eastAsia="Times New Roman" w:hAnsi="Times New Roman" w:cs="Times New Roman"/>
                <w:szCs w:val="24"/>
              </w:rPr>
              <w:t xml:space="preserve"> </w:t>
            </w:r>
            <w:proofErr w:type="spellStart"/>
            <w:r w:rsidRPr="000A59FD">
              <w:rPr>
                <w:rFonts w:ascii="Times New Roman" w:eastAsia="Times New Roman" w:hAnsi="Times New Roman" w:cs="Times New Roman"/>
                <w:szCs w:val="24"/>
              </w:rPr>
              <w:t>Satav_SY</w:t>
            </w:r>
            <w:proofErr w:type="spellEnd"/>
            <w:r w:rsidRPr="000A59FD">
              <w:rPr>
                <w:rFonts w:ascii="Times New Roman" w:eastAsia="Times New Roman" w:hAnsi="Times New Roman" w:cs="Times New Roman"/>
                <w:szCs w:val="24"/>
              </w:rPr>
              <w:t>-F_CSE(AI&amp;ML)</w:t>
            </w:r>
          </w:p>
        </w:tc>
      </w:tr>
      <w:tr w:rsidR="000A59FD" w:rsidRPr="000A59FD" w14:paraId="0549B39B" w14:textId="77777777" w:rsidTr="000A59FD">
        <w:trPr>
          <w:trHeight w:val="91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CAF06C" w14:textId="77777777" w:rsidR="000A59FD" w:rsidRPr="000A59FD" w:rsidRDefault="000A59FD" w:rsidP="000A59FD">
            <w:pPr>
              <w:spacing w:after="0" w:line="480" w:lineRule="auto"/>
              <w:rPr>
                <w:rFonts w:ascii="Times New Roman" w:eastAsia="Times New Roman" w:hAnsi="Times New Roman" w:cs="Times New Roman"/>
                <w:color w:val="000000"/>
                <w:szCs w:val="24"/>
              </w:rPr>
            </w:pPr>
            <w:r w:rsidRPr="000A59FD">
              <w:rPr>
                <w:rFonts w:ascii="Times New Roman" w:eastAsia="Times New Roman" w:hAnsi="Times New Roman" w:cs="Times New Roman"/>
                <w:color w:val="000000"/>
                <w:szCs w:val="24"/>
              </w:rPr>
              <w:t>Prize / Amount Received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76528C" w14:textId="77777777" w:rsidR="000A59FD" w:rsidRPr="000A59FD" w:rsidRDefault="000A59FD" w:rsidP="000A59FD">
            <w:pPr>
              <w:spacing w:after="0" w:line="240" w:lineRule="auto"/>
              <w:rPr>
                <w:rFonts w:ascii="Times New Roman" w:eastAsia="Times New Roman" w:hAnsi="Times New Roman" w:cs="Times New Roman"/>
                <w:szCs w:val="24"/>
              </w:rPr>
            </w:pPr>
            <w:r w:rsidRPr="000A59FD">
              <w:rPr>
                <w:rFonts w:ascii="Times New Roman" w:eastAsia="Times New Roman" w:hAnsi="Times New Roman" w:cs="Times New Roman"/>
                <w:szCs w:val="24"/>
              </w:rPr>
              <w:t>Rs 15,000/-</w:t>
            </w:r>
          </w:p>
        </w:tc>
      </w:tr>
      <w:tr w:rsidR="000A59FD" w:rsidRPr="000A59FD" w14:paraId="1ADA699A" w14:textId="77777777" w:rsidTr="000A59FD">
        <w:trPr>
          <w:trHeight w:val="91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7C06C4" w14:textId="77777777" w:rsidR="000A59FD" w:rsidRPr="000A59FD" w:rsidRDefault="000A59FD" w:rsidP="000A59FD">
            <w:pPr>
              <w:spacing w:after="0" w:line="480" w:lineRule="auto"/>
              <w:rPr>
                <w:rFonts w:ascii="Times New Roman" w:eastAsia="Times New Roman" w:hAnsi="Times New Roman" w:cs="Times New Roman"/>
                <w:color w:val="000000"/>
                <w:szCs w:val="24"/>
              </w:rPr>
            </w:pPr>
            <w:r w:rsidRPr="000A59FD">
              <w:rPr>
                <w:rFonts w:ascii="Times New Roman" w:eastAsia="Times New Roman" w:hAnsi="Times New Roman" w:cs="Times New Roman"/>
                <w:color w:val="000000"/>
                <w:szCs w:val="24"/>
              </w:rPr>
              <w:t xml:space="preserve">Opportunity </w:t>
            </w:r>
            <w:proofErr w:type="gramStart"/>
            <w:r w:rsidRPr="000A59FD">
              <w:rPr>
                <w:rFonts w:ascii="Times New Roman" w:eastAsia="Times New Roman" w:hAnsi="Times New Roman" w:cs="Times New Roman"/>
                <w:color w:val="000000"/>
                <w:szCs w:val="24"/>
              </w:rPr>
              <w:t xml:space="preserve">( </w:t>
            </w:r>
            <w:proofErr w:type="spellStart"/>
            <w:r w:rsidRPr="000A59FD">
              <w:rPr>
                <w:rFonts w:ascii="Times New Roman" w:eastAsia="Times New Roman" w:hAnsi="Times New Roman" w:cs="Times New Roman"/>
                <w:color w:val="000000"/>
                <w:szCs w:val="24"/>
              </w:rPr>
              <w:t>Placeemnt</w:t>
            </w:r>
            <w:proofErr w:type="spellEnd"/>
            <w:proofErr w:type="gramEnd"/>
            <w:r w:rsidRPr="000A59FD">
              <w:rPr>
                <w:rFonts w:ascii="Times New Roman" w:eastAsia="Times New Roman" w:hAnsi="Times New Roman" w:cs="Times New Roman"/>
                <w:color w:val="000000"/>
                <w:szCs w:val="24"/>
              </w:rPr>
              <w:t>, internship, Project, Funding etc..)</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1C75A7" w14:textId="77777777" w:rsidR="000A59FD" w:rsidRPr="000A59FD" w:rsidRDefault="000A59FD" w:rsidP="000A59FD">
            <w:pPr>
              <w:spacing w:after="0" w:line="240" w:lineRule="auto"/>
              <w:rPr>
                <w:rFonts w:ascii="Times New Roman" w:eastAsia="Times New Roman" w:hAnsi="Times New Roman" w:cs="Times New Roman"/>
                <w:szCs w:val="24"/>
              </w:rPr>
            </w:pPr>
            <w:r w:rsidRPr="000A59FD">
              <w:rPr>
                <w:rFonts w:ascii="Times New Roman" w:eastAsia="Times New Roman" w:hAnsi="Times New Roman" w:cs="Times New Roman"/>
                <w:szCs w:val="24"/>
              </w:rPr>
              <w:t>Project Code Competition</w:t>
            </w:r>
          </w:p>
        </w:tc>
      </w:tr>
      <w:tr w:rsidR="000A59FD" w:rsidRPr="000A59FD" w14:paraId="5A4063F5"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11FC02"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Team Member Names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FDA201"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Year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3CF2EE"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Department </w:t>
            </w:r>
          </w:p>
        </w:tc>
      </w:tr>
      <w:tr w:rsidR="000A59FD" w:rsidRPr="000A59FD" w14:paraId="50BE1D82"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47A37D" w14:textId="77777777" w:rsidR="000A59FD" w:rsidRPr="000A59FD" w:rsidRDefault="000A59FD" w:rsidP="000A59FD">
            <w:pPr>
              <w:spacing w:after="0" w:line="480" w:lineRule="auto"/>
              <w:rPr>
                <w:rFonts w:ascii="Times New Roman" w:eastAsia="Times New Roman" w:hAnsi="Times New Roman" w:cs="Times New Roman"/>
                <w:szCs w:val="24"/>
              </w:rPr>
            </w:pPr>
            <w:proofErr w:type="spellStart"/>
            <w:proofErr w:type="gramStart"/>
            <w:r w:rsidRPr="000A59FD">
              <w:rPr>
                <w:rFonts w:ascii="Times New Roman" w:eastAsia="Times New Roman" w:hAnsi="Times New Roman" w:cs="Times New Roman"/>
                <w:color w:val="000000"/>
                <w:szCs w:val="24"/>
              </w:rPr>
              <w:t>Ms.Anushka</w:t>
            </w:r>
            <w:proofErr w:type="spellEnd"/>
            <w:proofErr w:type="gramEnd"/>
            <w:r w:rsidRPr="000A59FD">
              <w:rPr>
                <w:rFonts w:ascii="Times New Roman" w:eastAsia="Times New Roman" w:hAnsi="Times New Roman" w:cs="Times New Roman"/>
                <w:color w:val="000000"/>
                <w:szCs w:val="24"/>
              </w:rPr>
              <w:t xml:space="preserve"> Satav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57EB6C"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SY-F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EF4F33"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CSE(AI&amp;ML)</w:t>
            </w:r>
          </w:p>
        </w:tc>
      </w:tr>
      <w:tr w:rsidR="000A59FD" w:rsidRPr="000A59FD" w14:paraId="5FB87DA8"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7EF718"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DA18A8"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F09CB4" w14:textId="77777777" w:rsidR="000A59FD" w:rsidRPr="000A59FD" w:rsidRDefault="000A59FD" w:rsidP="000A59FD">
            <w:pPr>
              <w:spacing w:after="0" w:line="240" w:lineRule="auto"/>
              <w:rPr>
                <w:rFonts w:ascii="Times New Roman" w:eastAsia="Times New Roman" w:hAnsi="Times New Roman" w:cs="Times New Roman"/>
                <w:szCs w:val="24"/>
              </w:rPr>
            </w:pPr>
          </w:p>
        </w:tc>
      </w:tr>
      <w:tr w:rsidR="000A59FD" w:rsidRPr="000A59FD" w14:paraId="02D3401F"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B96ED2"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DD517F"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8C3B7F" w14:textId="77777777" w:rsidR="000A59FD" w:rsidRPr="000A59FD" w:rsidRDefault="000A59FD" w:rsidP="000A59FD">
            <w:pPr>
              <w:spacing w:after="0" w:line="240" w:lineRule="auto"/>
              <w:rPr>
                <w:rFonts w:ascii="Times New Roman" w:eastAsia="Times New Roman" w:hAnsi="Times New Roman" w:cs="Times New Roman"/>
                <w:szCs w:val="24"/>
              </w:rPr>
            </w:pPr>
          </w:p>
        </w:tc>
      </w:tr>
      <w:tr w:rsidR="000A59FD" w:rsidRPr="000A59FD" w14:paraId="30C60F05"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4F9596"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2AA1C3"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8CB9F1" w14:textId="77777777" w:rsidR="000A59FD" w:rsidRPr="000A59FD" w:rsidRDefault="000A59FD" w:rsidP="000A59FD">
            <w:pPr>
              <w:spacing w:after="0" w:line="240" w:lineRule="auto"/>
              <w:rPr>
                <w:rFonts w:ascii="Times New Roman" w:eastAsia="Times New Roman" w:hAnsi="Times New Roman" w:cs="Times New Roman"/>
                <w:szCs w:val="24"/>
              </w:rPr>
            </w:pPr>
          </w:p>
        </w:tc>
      </w:tr>
      <w:tr w:rsidR="000A59FD" w:rsidRPr="000A59FD" w14:paraId="2630FFB2" w14:textId="77777777" w:rsidTr="000A59F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3AFCB2"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FD1640" w14:textId="77777777" w:rsidR="000A59FD" w:rsidRPr="000A59FD" w:rsidRDefault="000A59FD" w:rsidP="000A59FD">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4B6A11" w14:textId="77777777" w:rsidR="000A59FD" w:rsidRPr="000A59FD" w:rsidRDefault="000A59FD" w:rsidP="000A59FD">
            <w:pPr>
              <w:spacing w:after="0" w:line="240" w:lineRule="auto"/>
              <w:rPr>
                <w:rFonts w:ascii="Times New Roman" w:eastAsia="Times New Roman" w:hAnsi="Times New Roman" w:cs="Times New Roman"/>
                <w:szCs w:val="24"/>
              </w:rPr>
            </w:pPr>
          </w:p>
        </w:tc>
      </w:tr>
      <w:tr w:rsidR="000A59FD" w:rsidRPr="000A59FD" w14:paraId="0CA52E92" w14:textId="77777777" w:rsidTr="000A59FD">
        <w:trPr>
          <w:trHeight w:val="91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CE0A42"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Short Description of the Event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6C6177" w14:textId="77777777" w:rsidR="000A59FD" w:rsidRPr="000A59FD" w:rsidRDefault="000A59FD" w:rsidP="000A59FD">
            <w:pPr>
              <w:spacing w:after="0" w:line="480" w:lineRule="auto"/>
              <w:rPr>
                <w:rFonts w:ascii="Times New Roman" w:eastAsia="Times New Roman" w:hAnsi="Times New Roman" w:cs="Times New Roman"/>
                <w:szCs w:val="24"/>
              </w:rPr>
            </w:pPr>
            <w:r w:rsidRPr="000A59FD">
              <w:rPr>
                <w:rFonts w:ascii="Times New Roman" w:eastAsia="Times New Roman" w:hAnsi="Times New Roman" w:cs="Times New Roman"/>
                <w:color w:val="000000"/>
                <w:szCs w:val="24"/>
              </w:rPr>
              <w:t>Coding Competition</w:t>
            </w:r>
          </w:p>
          <w:p w14:paraId="47E3E3C1" w14:textId="77777777" w:rsidR="000A59FD" w:rsidRPr="000A59FD" w:rsidRDefault="000A59FD" w:rsidP="000A59FD">
            <w:pPr>
              <w:spacing w:after="0" w:line="240" w:lineRule="auto"/>
              <w:rPr>
                <w:rFonts w:ascii="Times New Roman" w:eastAsia="Times New Roman" w:hAnsi="Times New Roman" w:cs="Times New Roman"/>
                <w:szCs w:val="24"/>
              </w:rPr>
            </w:pPr>
          </w:p>
        </w:tc>
      </w:tr>
    </w:tbl>
    <w:p w14:paraId="18963D03" w14:textId="1650144D" w:rsidR="000A59FD" w:rsidRDefault="000A59FD">
      <w:pPr>
        <w:rPr>
          <w:b/>
          <w:bCs/>
          <w:noProof/>
          <w:color w:val="0080FF"/>
          <w:sz w:val="96"/>
          <w:szCs w:val="96"/>
        </w:rPr>
      </w:pPr>
      <w:r w:rsidRPr="000A59FD">
        <w:rPr>
          <w:b/>
          <w:bCs/>
          <w:noProof/>
          <w:color w:val="0080FF"/>
          <w:sz w:val="96"/>
          <w:szCs w:val="96"/>
        </w:rPr>
        <w:drawing>
          <wp:inline distT="0" distB="0" distL="0" distR="0" wp14:anchorId="7850D132" wp14:editId="6429F6C7">
            <wp:extent cx="5886450" cy="20193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87282" cy="2019585"/>
                    </a:xfrm>
                    <a:prstGeom prst="rect">
                      <a:avLst/>
                    </a:prstGeom>
                  </pic:spPr>
                </pic:pic>
              </a:graphicData>
            </a:graphic>
          </wp:inline>
        </w:drawing>
      </w:r>
      <w:r w:rsidRPr="000A59FD">
        <w:rPr>
          <w:b/>
          <w:bCs/>
          <w:noProof/>
          <w:color w:val="0080FF"/>
          <w:sz w:val="96"/>
          <w:szCs w:val="96"/>
        </w:rPr>
        <w:drawing>
          <wp:inline distT="0" distB="0" distL="0" distR="0" wp14:anchorId="62B7E52B" wp14:editId="47725F96">
            <wp:extent cx="5838825" cy="2333625"/>
            <wp:effectExtent l="0" t="0" r="9525"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38825" cy="2333625"/>
                    </a:xfrm>
                    <a:prstGeom prst="rect">
                      <a:avLst/>
                    </a:prstGeom>
                  </pic:spPr>
                </pic:pic>
              </a:graphicData>
            </a:graphic>
          </wp:inline>
        </w:drawing>
      </w:r>
    </w:p>
    <w:p w14:paraId="19278F17" w14:textId="77777777" w:rsidR="00D7507B" w:rsidRDefault="00D7507B">
      <w:pPr>
        <w:rPr>
          <w:b/>
          <w:bCs/>
          <w:noProof/>
          <w:color w:val="0080FF"/>
          <w:sz w:val="96"/>
          <w:szCs w:val="96"/>
        </w:rPr>
      </w:pPr>
    </w:p>
    <w:tbl>
      <w:tblPr>
        <w:tblW w:w="9463" w:type="dxa"/>
        <w:tblCellMar>
          <w:top w:w="15" w:type="dxa"/>
          <w:left w:w="15" w:type="dxa"/>
          <w:bottom w:w="15" w:type="dxa"/>
          <w:right w:w="15" w:type="dxa"/>
        </w:tblCellMar>
        <w:tblLook w:val="04A0" w:firstRow="1" w:lastRow="0" w:firstColumn="1" w:lastColumn="0" w:noHBand="0" w:noVBand="1"/>
      </w:tblPr>
      <w:tblGrid>
        <w:gridCol w:w="3225"/>
        <w:gridCol w:w="1746"/>
        <w:gridCol w:w="4492"/>
      </w:tblGrid>
      <w:tr w:rsidR="001950C8" w:rsidRPr="001950C8" w14:paraId="30CE016C" w14:textId="77777777" w:rsidTr="001950C8">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83203A"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Date of Competition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78291D"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12/10/2025</w:t>
            </w:r>
          </w:p>
        </w:tc>
      </w:tr>
      <w:tr w:rsidR="001950C8" w:rsidRPr="001950C8" w14:paraId="4A3EE510" w14:textId="77777777" w:rsidTr="001950C8">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195570"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Award/Rank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EF9548" w14:textId="77777777" w:rsidR="001950C8" w:rsidRPr="001950C8" w:rsidRDefault="001950C8" w:rsidP="001950C8">
            <w:pPr>
              <w:shd w:val="clear" w:color="auto" w:fill="FFFFFF"/>
              <w:spacing w:after="0" w:line="240" w:lineRule="auto"/>
              <w:rPr>
                <w:rFonts w:ascii="Times New Roman" w:eastAsia="Times New Roman" w:hAnsi="Times New Roman" w:cs="Times New Roman"/>
                <w:szCs w:val="24"/>
              </w:rPr>
            </w:pPr>
            <w:r w:rsidRPr="001950C8">
              <w:rPr>
                <w:rFonts w:ascii="Times New Roman" w:eastAsia="Times New Roman" w:hAnsi="Times New Roman" w:cs="Times New Roman"/>
                <w:color w:val="1F1F1F"/>
                <w:szCs w:val="24"/>
                <w:shd w:val="clear" w:color="auto" w:fill="FFFFFF"/>
              </w:rPr>
              <w:t xml:space="preserve">1st Runner Ups at </w:t>
            </w:r>
            <w:proofErr w:type="spellStart"/>
            <w:r w:rsidRPr="001950C8">
              <w:rPr>
                <w:rFonts w:ascii="Times New Roman" w:eastAsia="Times New Roman" w:hAnsi="Times New Roman" w:cs="Times New Roman"/>
                <w:color w:val="1F1F1F"/>
                <w:szCs w:val="24"/>
                <w:shd w:val="clear" w:color="auto" w:fill="FFFFFF"/>
              </w:rPr>
              <w:t>Sociothon</w:t>
            </w:r>
            <w:proofErr w:type="spellEnd"/>
          </w:p>
        </w:tc>
      </w:tr>
      <w:tr w:rsidR="001950C8" w:rsidRPr="001950C8" w14:paraId="2911635E" w14:textId="77777777" w:rsidTr="001950C8">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E684F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Prize / Amount Received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87854B"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Rs 6,000/-</w:t>
            </w:r>
          </w:p>
        </w:tc>
      </w:tr>
      <w:tr w:rsidR="001950C8" w:rsidRPr="001950C8" w14:paraId="3F2FB742" w14:textId="77777777" w:rsidTr="001950C8">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1DCDD0"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 xml:space="preserve">Opportunity </w:t>
            </w:r>
            <w:proofErr w:type="gramStart"/>
            <w:r w:rsidRPr="001950C8">
              <w:rPr>
                <w:rFonts w:ascii="Times New Roman" w:eastAsia="Times New Roman" w:hAnsi="Times New Roman" w:cs="Times New Roman"/>
                <w:color w:val="000000"/>
                <w:szCs w:val="24"/>
              </w:rPr>
              <w:t xml:space="preserve">( </w:t>
            </w:r>
            <w:proofErr w:type="spellStart"/>
            <w:r w:rsidRPr="001950C8">
              <w:rPr>
                <w:rFonts w:ascii="Times New Roman" w:eastAsia="Times New Roman" w:hAnsi="Times New Roman" w:cs="Times New Roman"/>
                <w:color w:val="000000"/>
                <w:szCs w:val="24"/>
              </w:rPr>
              <w:t>Placeemnt</w:t>
            </w:r>
            <w:proofErr w:type="spellEnd"/>
            <w:proofErr w:type="gramEnd"/>
            <w:r w:rsidRPr="001950C8">
              <w:rPr>
                <w:rFonts w:ascii="Times New Roman" w:eastAsia="Times New Roman" w:hAnsi="Times New Roman" w:cs="Times New Roman"/>
                <w:color w:val="000000"/>
                <w:szCs w:val="24"/>
              </w:rPr>
              <w:t>, internship, Project, Funding etc..)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6D7509"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Project Competition</w:t>
            </w:r>
          </w:p>
        </w:tc>
      </w:tr>
      <w:tr w:rsidR="001950C8" w:rsidRPr="001950C8" w14:paraId="775699C9"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192344" w14:textId="0EBE9B66" w:rsidR="001950C8" w:rsidRPr="001950C8" w:rsidRDefault="001950C8" w:rsidP="001950C8">
            <w:pPr>
              <w:spacing w:after="0" w:line="480" w:lineRule="auto"/>
              <w:rPr>
                <w:rFonts w:ascii="Times New Roman" w:eastAsia="Times New Roman" w:hAnsi="Times New Roman" w:cs="Times New Roman"/>
                <w:color w:val="000000"/>
                <w:szCs w:val="24"/>
              </w:rPr>
            </w:pPr>
            <w:r w:rsidRPr="001950C8">
              <w:rPr>
                <w:rFonts w:ascii="Times New Roman" w:eastAsia="Times New Roman" w:hAnsi="Times New Roman" w:cs="Times New Roman"/>
                <w:color w:val="000000"/>
                <w:szCs w:val="24"/>
              </w:rPr>
              <w:t>Team Member Names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6AD8FF" w14:textId="415C47EF" w:rsidR="001950C8" w:rsidRPr="001950C8" w:rsidRDefault="001950C8" w:rsidP="001950C8">
            <w:pPr>
              <w:spacing w:after="0" w:line="480" w:lineRule="auto"/>
              <w:rPr>
                <w:rFonts w:ascii="Times New Roman" w:eastAsia="Times New Roman" w:hAnsi="Times New Roman" w:cs="Times New Roman"/>
                <w:color w:val="000000"/>
                <w:szCs w:val="24"/>
              </w:rPr>
            </w:pPr>
            <w:r w:rsidRPr="001950C8">
              <w:rPr>
                <w:rFonts w:ascii="Times New Roman" w:eastAsia="Times New Roman" w:hAnsi="Times New Roman" w:cs="Times New Roman"/>
                <w:color w:val="000000"/>
                <w:szCs w:val="24"/>
              </w:rPr>
              <w:t>Year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137AB1" w14:textId="0C40784A" w:rsidR="001950C8" w:rsidRPr="001950C8" w:rsidRDefault="001950C8" w:rsidP="001950C8">
            <w:pPr>
              <w:spacing w:after="0" w:line="480" w:lineRule="auto"/>
              <w:rPr>
                <w:rFonts w:ascii="Times New Roman" w:eastAsia="Times New Roman" w:hAnsi="Times New Roman" w:cs="Times New Roman"/>
                <w:color w:val="000000"/>
                <w:szCs w:val="24"/>
              </w:rPr>
            </w:pPr>
            <w:r w:rsidRPr="001950C8">
              <w:rPr>
                <w:rFonts w:ascii="Times New Roman" w:eastAsia="Times New Roman" w:hAnsi="Times New Roman" w:cs="Times New Roman"/>
                <w:color w:val="000000"/>
                <w:szCs w:val="24"/>
              </w:rPr>
              <w:t>Department </w:t>
            </w:r>
          </w:p>
        </w:tc>
      </w:tr>
      <w:tr w:rsidR="001950C8" w:rsidRPr="001950C8" w14:paraId="62AFA9D7"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ACF492" w14:textId="205367E8" w:rsidR="001950C8" w:rsidRPr="001950C8" w:rsidRDefault="001950C8" w:rsidP="001950C8">
            <w:pPr>
              <w:spacing w:after="0" w:line="480" w:lineRule="auto"/>
              <w:rPr>
                <w:rFonts w:ascii="Times New Roman" w:eastAsia="Times New Roman" w:hAnsi="Times New Roman" w:cs="Times New Roman"/>
                <w:color w:val="000000"/>
                <w:szCs w:val="24"/>
              </w:rPr>
            </w:pPr>
            <w:r w:rsidRPr="001950C8">
              <w:rPr>
                <w:rFonts w:ascii="Times New Roman" w:eastAsia="Times New Roman" w:hAnsi="Times New Roman" w:cs="Times New Roman"/>
                <w:color w:val="000000"/>
                <w:szCs w:val="24"/>
              </w:rPr>
              <w:t xml:space="preserve">Yash </w:t>
            </w:r>
            <w:proofErr w:type="spellStart"/>
            <w:r w:rsidRPr="001950C8">
              <w:rPr>
                <w:rFonts w:ascii="Times New Roman" w:eastAsia="Times New Roman" w:hAnsi="Times New Roman" w:cs="Times New Roman"/>
                <w:color w:val="000000"/>
                <w:szCs w:val="24"/>
              </w:rPr>
              <w:t>Gunjal</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2F337E" w14:textId="3AC5EB86" w:rsidR="001950C8" w:rsidRPr="001950C8" w:rsidRDefault="001950C8" w:rsidP="001950C8">
            <w:pPr>
              <w:spacing w:after="0" w:line="480" w:lineRule="auto"/>
              <w:rPr>
                <w:rFonts w:ascii="Times New Roman" w:eastAsia="Times New Roman" w:hAnsi="Times New Roman" w:cs="Times New Roman"/>
                <w:color w:val="000000"/>
                <w:szCs w:val="24"/>
              </w:rPr>
            </w:pPr>
            <w:r w:rsidRPr="001950C8">
              <w:rPr>
                <w:rFonts w:ascii="Times New Roman" w:eastAsia="Times New Roman" w:hAnsi="Times New Roman" w:cs="Times New Roman"/>
                <w:color w:val="000000"/>
                <w:szCs w:val="24"/>
              </w:rPr>
              <w:t>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D75A4A" w14:textId="55E94F04" w:rsidR="001950C8" w:rsidRPr="001950C8" w:rsidRDefault="001950C8" w:rsidP="001950C8">
            <w:pPr>
              <w:spacing w:after="0" w:line="480" w:lineRule="auto"/>
              <w:rPr>
                <w:rFonts w:ascii="Times New Roman" w:eastAsia="Times New Roman" w:hAnsi="Times New Roman" w:cs="Times New Roman"/>
                <w:color w:val="000000"/>
                <w:szCs w:val="24"/>
              </w:rPr>
            </w:pPr>
            <w:r w:rsidRPr="001950C8">
              <w:rPr>
                <w:rFonts w:ascii="Times New Roman" w:eastAsia="Times New Roman" w:hAnsi="Times New Roman" w:cs="Times New Roman"/>
                <w:color w:val="000000"/>
                <w:szCs w:val="24"/>
              </w:rPr>
              <w:t>CSE(AI&amp;ML)</w:t>
            </w:r>
          </w:p>
        </w:tc>
      </w:tr>
      <w:tr w:rsidR="001950C8" w:rsidRPr="001950C8" w14:paraId="395AA052"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819C92" w14:textId="72893666" w:rsidR="001950C8" w:rsidRPr="001950C8" w:rsidRDefault="001950C8" w:rsidP="001950C8">
            <w:pPr>
              <w:spacing w:after="0" w:line="480" w:lineRule="auto"/>
              <w:rPr>
                <w:rFonts w:ascii="Times New Roman" w:eastAsia="Times New Roman" w:hAnsi="Times New Roman" w:cs="Times New Roman"/>
                <w:color w:val="000000"/>
                <w:szCs w:val="24"/>
              </w:rPr>
            </w:pPr>
            <w:r w:rsidRPr="001950C8">
              <w:rPr>
                <w:rFonts w:ascii="Times New Roman" w:eastAsia="Times New Roman" w:hAnsi="Times New Roman" w:cs="Times New Roman"/>
                <w:color w:val="000000"/>
                <w:szCs w:val="24"/>
              </w:rPr>
              <w:t xml:space="preserve">Ubaid </w:t>
            </w:r>
            <w:proofErr w:type="spellStart"/>
            <w:r w:rsidRPr="001950C8">
              <w:rPr>
                <w:rFonts w:ascii="Times New Roman" w:eastAsia="Times New Roman" w:hAnsi="Times New Roman" w:cs="Times New Roman"/>
                <w:color w:val="000000"/>
                <w:szCs w:val="24"/>
              </w:rPr>
              <w:t>Kundlik</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604FB9" w14:textId="14F8E11E" w:rsidR="001950C8" w:rsidRPr="001950C8" w:rsidRDefault="001950C8" w:rsidP="001950C8">
            <w:pPr>
              <w:spacing w:after="0" w:line="480" w:lineRule="auto"/>
              <w:rPr>
                <w:rFonts w:ascii="Times New Roman" w:eastAsia="Times New Roman" w:hAnsi="Times New Roman" w:cs="Times New Roman"/>
                <w:color w:val="000000"/>
                <w:szCs w:val="24"/>
              </w:rPr>
            </w:pPr>
            <w:r w:rsidRPr="001950C8">
              <w:rPr>
                <w:rFonts w:ascii="Times New Roman" w:eastAsia="Times New Roman" w:hAnsi="Times New Roman" w:cs="Times New Roman"/>
                <w:color w:val="000000"/>
                <w:szCs w:val="24"/>
              </w:rPr>
              <w:t>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DF5F5F" w14:textId="2AE0EB54" w:rsidR="001950C8" w:rsidRPr="001950C8" w:rsidRDefault="001950C8" w:rsidP="001950C8">
            <w:pPr>
              <w:spacing w:after="0" w:line="480" w:lineRule="auto"/>
              <w:rPr>
                <w:rFonts w:ascii="Times New Roman" w:eastAsia="Times New Roman" w:hAnsi="Times New Roman" w:cs="Times New Roman"/>
                <w:color w:val="000000"/>
                <w:szCs w:val="24"/>
              </w:rPr>
            </w:pPr>
            <w:r w:rsidRPr="001950C8">
              <w:rPr>
                <w:rFonts w:ascii="Times New Roman" w:eastAsia="Times New Roman" w:hAnsi="Times New Roman" w:cs="Times New Roman"/>
                <w:color w:val="000000"/>
                <w:szCs w:val="24"/>
              </w:rPr>
              <w:t>CSE(AI&amp;ML)</w:t>
            </w:r>
          </w:p>
        </w:tc>
      </w:tr>
      <w:tr w:rsidR="001950C8" w:rsidRPr="001950C8" w14:paraId="73FF4413"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FBC0E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 xml:space="preserve">Rounak </w:t>
            </w:r>
            <w:proofErr w:type="spellStart"/>
            <w:r w:rsidRPr="001950C8">
              <w:rPr>
                <w:rFonts w:ascii="Times New Roman" w:eastAsia="Times New Roman" w:hAnsi="Times New Roman" w:cs="Times New Roman"/>
                <w:color w:val="000000"/>
                <w:szCs w:val="24"/>
              </w:rPr>
              <w:t>Sondawale</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23CB90"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4519E6"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CSE(AI&amp;ML)</w:t>
            </w:r>
          </w:p>
        </w:tc>
      </w:tr>
      <w:tr w:rsidR="001950C8" w:rsidRPr="001950C8" w14:paraId="31683B28"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E37D99"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Sanskar Raut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561141"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E0A6B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CSE(AI&amp;ML)</w:t>
            </w:r>
          </w:p>
        </w:tc>
      </w:tr>
      <w:tr w:rsidR="001950C8" w:rsidRPr="001950C8" w14:paraId="1DF942B1"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B2395D" w14:textId="77777777" w:rsidR="001950C8" w:rsidRPr="001950C8" w:rsidRDefault="001950C8" w:rsidP="001950C8">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4F515D" w14:textId="77777777" w:rsidR="001950C8" w:rsidRPr="001950C8" w:rsidRDefault="001950C8" w:rsidP="001950C8">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F15FE9" w14:textId="77777777" w:rsidR="001950C8" w:rsidRPr="001950C8" w:rsidRDefault="001950C8" w:rsidP="001950C8">
            <w:pPr>
              <w:spacing w:after="0" w:line="240" w:lineRule="auto"/>
              <w:rPr>
                <w:rFonts w:ascii="Times New Roman" w:eastAsia="Times New Roman" w:hAnsi="Times New Roman" w:cs="Times New Roman"/>
                <w:szCs w:val="24"/>
              </w:rPr>
            </w:pPr>
          </w:p>
        </w:tc>
      </w:tr>
      <w:tr w:rsidR="001950C8" w:rsidRPr="001950C8" w14:paraId="09E79731" w14:textId="77777777" w:rsidTr="001950C8">
        <w:trPr>
          <w:trHeight w:val="91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8039FE"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Short Description of the Event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3DC03C"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 xml:space="preserve">Innovative Project Competition Organized by Social Welfare and Development </w:t>
            </w:r>
            <w:proofErr w:type="spellStart"/>
            <w:proofErr w:type="gramStart"/>
            <w:r w:rsidRPr="001950C8">
              <w:rPr>
                <w:rFonts w:ascii="Times New Roman" w:eastAsia="Times New Roman" w:hAnsi="Times New Roman" w:cs="Times New Roman"/>
                <w:color w:val="000000"/>
                <w:szCs w:val="24"/>
              </w:rPr>
              <w:t>Committee,VIT</w:t>
            </w:r>
            <w:proofErr w:type="spellEnd"/>
            <w:proofErr w:type="gramEnd"/>
            <w:r w:rsidRPr="001950C8">
              <w:rPr>
                <w:rFonts w:ascii="Times New Roman" w:eastAsia="Times New Roman" w:hAnsi="Times New Roman" w:cs="Times New Roman"/>
                <w:color w:val="000000"/>
                <w:szCs w:val="24"/>
              </w:rPr>
              <w:t>.</w:t>
            </w:r>
          </w:p>
          <w:p w14:paraId="1404741F" w14:textId="77777777" w:rsidR="001950C8" w:rsidRPr="001950C8" w:rsidRDefault="001950C8" w:rsidP="001950C8">
            <w:pPr>
              <w:spacing w:after="0" w:line="240" w:lineRule="auto"/>
              <w:rPr>
                <w:rFonts w:ascii="Times New Roman" w:eastAsia="Times New Roman" w:hAnsi="Times New Roman" w:cs="Times New Roman"/>
                <w:szCs w:val="24"/>
              </w:rPr>
            </w:pPr>
          </w:p>
        </w:tc>
      </w:tr>
    </w:tbl>
    <w:p w14:paraId="1F2D4F1C" w14:textId="04ABC2A6" w:rsidR="000A59FD" w:rsidRDefault="001950C8">
      <w:pPr>
        <w:rPr>
          <w:b/>
          <w:bCs/>
          <w:noProof/>
          <w:color w:val="0080FF"/>
          <w:sz w:val="96"/>
          <w:szCs w:val="96"/>
        </w:rPr>
      </w:pPr>
      <w:r w:rsidRPr="001950C8">
        <w:rPr>
          <w:b/>
          <w:bCs/>
          <w:noProof/>
          <w:color w:val="0080FF"/>
          <w:sz w:val="96"/>
          <w:szCs w:val="96"/>
        </w:rPr>
        <w:lastRenderedPageBreak/>
        <w:drawing>
          <wp:inline distT="0" distB="0" distL="0" distR="0" wp14:anchorId="4C571FFD" wp14:editId="7361612C">
            <wp:extent cx="5914345" cy="359092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38343" cy="3605496"/>
                    </a:xfrm>
                    <a:prstGeom prst="rect">
                      <a:avLst/>
                    </a:prstGeom>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2818"/>
        <w:gridCol w:w="896"/>
        <w:gridCol w:w="4916"/>
      </w:tblGrid>
      <w:tr w:rsidR="001950C8" w:rsidRPr="001950C8" w14:paraId="46CB7298" w14:textId="77777777" w:rsidTr="001950C8">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094DB1"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Date of Competition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F63E9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11/10/2025</w:t>
            </w:r>
          </w:p>
        </w:tc>
      </w:tr>
      <w:tr w:rsidR="001950C8" w:rsidRPr="001950C8" w14:paraId="5490B698" w14:textId="77777777" w:rsidTr="001950C8">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F8039B"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Award/Rank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AF0CF4" w14:textId="77777777" w:rsidR="001950C8" w:rsidRPr="001950C8" w:rsidRDefault="001950C8" w:rsidP="001950C8">
            <w:pPr>
              <w:shd w:val="clear" w:color="auto" w:fill="FFFFFF"/>
              <w:spacing w:after="0" w:line="240" w:lineRule="auto"/>
              <w:rPr>
                <w:rFonts w:ascii="Times New Roman" w:eastAsia="Times New Roman" w:hAnsi="Times New Roman" w:cs="Times New Roman"/>
                <w:szCs w:val="24"/>
              </w:rPr>
            </w:pPr>
            <w:r w:rsidRPr="001950C8">
              <w:rPr>
                <w:rFonts w:ascii="Times New Roman" w:eastAsia="Times New Roman" w:hAnsi="Times New Roman" w:cs="Times New Roman"/>
                <w:color w:val="1F1F1F"/>
                <w:szCs w:val="24"/>
                <w:shd w:val="clear" w:color="auto" w:fill="FFFFFF"/>
              </w:rPr>
              <w:t>1</w:t>
            </w:r>
            <w:r w:rsidRPr="001950C8">
              <w:rPr>
                <w:rFonts w:ascii="Times New Roman" w:eastAsia="Times New Roman" w:hAnsi="Times New Roman" w:cs="Times New Roman"/>
                <w:color w:val="1F1F1F"/>
                <w:sz w:val="14"/>
                <w:szCs w:val="14"/>
                <w:shd w:val="clear" w:color="auto" w:fill="FFFFFF"/>
                <w:vertAlign w:val="superscript"/>
              </w:rPr>
              <w:t>st</w:t>
            </w:r>
            <w:r w:rsidRPr="001950C8">
              <w:rPr>
                <w:rFonts w:ascii="Times New Roman" w:eastAsia="Times New Roman" w:hAnsi="Times New Roman" w:cs="Times New Roman"/>
                <w:color w:val="1F1F1F"/>
                <w:szCs w:val="24"/>
                <w:shd w:val="clear" w:color="auto" w:fill="FFFFFF"/>
              </w:rPr>
              <w:t xml:space="preserve"> Runner-Up position at the London School of Economics’ “LSE Generate” Startup Competition</w:t>
            </w:r>
          </w:p>
        </w:tc>
      </w:tr>
      <w:tr w:rsidR="001950C8" w:rsidRPr="001950C8" w14:paraId="383FC904" w14:textId="77777777" w:rsidTr="001950C8">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B9C9C6"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Prize / Amount Received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7E81A1"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Rs 90,000/-</w:t>
            </w:r>
          </w:p>
        </w:tc>
      </w:tr>
      <w:tr w:rsidR="001950C8" w:rsidRPr="001950C8" w14:paraId="43F23984" w14:textId="77777777" w:rsidTr="001950C8">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0F7BE5"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 xml:space="preserve">Opportunity </w:t>
            </w:r>
            <w:proofErr w:type="gramStart"/>
            <w:r w:rsidRPr="001950C8">
              <w:rPr>
                <w:rFonts w:ascii="Times New Roman" w:eastAsia="Times New Roman" w:hAnsi="Times New Roman" w:cs="Times New Roman"/>
                <w:color w:val="000000"/>
                <w:szCs w:val="24"/>
              </w:rPr>
              <w:t xml:space="preserve">( </w:t>
            </w:r>
            <w:proofErr w:type="spellStart"/>
            <w:r w:rsidRPr="001950C8">
              <w:rPr>
                <w:rFonts w:ascii="Times New Roman" w:eastAsia="Times New Roman" w:hAnsi="Times New Roman" w:cs="Times New Roman"/>
                <w:color w:val="000000"/>
                <w:szCs w:val="24"/>
              </w:rPr>
              <w:t>Placeemnt</w:t>
            </w:r>
            <w:proofErr w:type="spellEnd"/>
            <w:proofErr w:type="gramEnd"/>
            <w:r w:rsidRPr="001950C8">
              <w:rPr>
                <w:rFonts w:ascii="Times New Roman" w:eastAsia="Times New Roman" w:hAnsi="Times New Roman" w:cs="Times New Roman"/>
                <w:color w:val="000000"/>
                <w:szCs w:val="24"/>
              </w:rPr>
              <w:t>, internship, Project, Funding etc..)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10A0B6"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Start-ups Competition</w:t>
            </w:r>
          </w:p>
        </w:tc>
      </w:tr>
      <w:tr w:rsidR="001950C8" w:rsidRPr="001950C8" w14:paraId="7EC972F7"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361612"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Team Member Names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F982E3"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Year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1F09D7"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Department </w:t>
            </w:r>
          </w:p>
        </w:tc>
      </w:tr>
      <w:tr w:rsidR="001950C8" w:rsidRPr="001950C8" w14:paraId="5AEA4C45"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4C6339"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Priyansh Jain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872DFE"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SY-C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FC2A29"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CSE(AI&amp;ML)</w:t>
            </w:r>
          </w:p>
        </w:tc>
      </w:tr>
      <w:tr w:rsidR="001950C8" w:rsidRPr="001950C8" w14:paraId="2F2CAB49"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7CEA20"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Sidra Jahangir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2EBF83"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SY-C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76086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CSE(AI&amp;ML)</w:t>
            </w:r>
          </w:p>
        </w:tc>
      </w:tr>
      <w:tr w:rsidR="001950C8" w:rsidRPr="001950C8" w14:paraId="07389A49" w14:textId="77777777" w:rsidTr="00C246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A0D627" w14:textId="05925E33" w:rsidR="001950C8" w:rsidRPr="001950C8" w:rsidRDefault="001950C8" w:rsidP="001950C8">
            <w:pPr>
              <w:spacing w:after="0" w:line="480" w:lineRule="auto"/>
              <w:rPr>
                <w:rFonts w:ascii="Times New Roman" w:eastAsia="Times New Roman" w:hAnsi="Times New Roman" w:cs="Times New Roman"/>
                <w:color w:val="000000"/>
                <w:szCs w:val="24"/>
              </w:rPr>
            </w:pPr>
            <w:r>
              <w:rPr>
                <w:color w:val="000000"/>
              </w:rPr>
              <w:t>Short Description of the Event</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782EA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1F1F1F"/>
                <w:szCs w:val="24"/>
                <w:shd w:val="clear" w:color="auto" w:fill="FFFFFF"/>
              </w:rPr>
              <w:t>London School of Economics’ “LSE Generate” Startup Competition</w:t>
            </w:r>
          </w:p>
          <w:p w14:paraId="16BDB795" w14:textId="77777777" w:rsidR="001950C8" w:rsidRPr="001950C8" w:rsidRDefault="001950C8" w:rsidP="001950C8">
            <w:pPr>
              <w:spacing w:after="0" w:line="480" w:lineRule="auto"/>
              <w:rPr>
                <w:rFonts w:ascii="Times New Roman" w:eastAsia="Times New Roman" w:hAnsi="Times New Roman" w:cs="Times New Roman"/>
                <w:color w:val="000000"/>
                <w:szCs w:val="24"/>
              </w:rPr>
            </w:pPr>
          </w:p>
        </w:tc>
      </w:tr>
    </w:tbl>
    <w:p w14:paraId="55689938" w14:textId="77777777" w:rsidR="000A59FD" w:rsidRDefault="000A59FD">
      <w:pPr>
        <w:rPr>
          <w:b/>
          <w:bCs/>
          <w:noProof/>
          <w:color w:val="0080FF"/>
          <w:sz w:val="96"/>
          <w:szCs w:val="96"/>
        </w:rPr>
      </w:pPr>
    </w:p>
    <w:p w14:paraId="0AE6034A" w14:textId="5400C17C" w:rsidR="000A59FD" w:rsidRDefault="001950C8">
      <w:pPr>
        <w:rPr>
          <w:b/>
          <w:bCs/>
          <w:noProof/>
          <w:color w:val="0080FF"/>
          <w:sz w:val="96"/>
          <w:szCs w:val="96"/>
        </w:rPr>
      </w:pPr>
      <w:r w:rsidRPr="001950C8">
        <w:rPr>
          <w:b/>
          <w:bCs/>
          <w:noProof/>
          <w:color w:val="0080FF"/>
          <w:sz w:val="96"/>
          <w:szCs w:val="96"/>
        </w:rPr>
        <w:drawing>
          <wp:inline distT="0" distB="0" distL="0" distR="0" wp14:anchorId="77BF6A27" wp14:editId="549C9F71">
            <wp:extent cx="5505450" cy="1397364"/>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30802" cy="1403799"/>
                    </a:xfrm>
                    <a:prstGeom prst="rect">
                      <a:avLst/>
                    </a:prstGeom>
                  </pic:spPr>
                </pic:pic>
              </a:graphicData>
            </a:graphic>
          </wp:inline>
        </w:drawing>
      </w:r>
    </w:p>
    <w:p w14:paraId="3C0BA3DD" w14:textId="025F857F" w:rsidR="001950C8" w:rsidRDefault="001950C8">
      <w:pPr>
        <w:rPr>
          <w:b/>
          <w:bCs/>
          <w:noProof/>
          <w:color w:val="0080FF"/>
          <w:sz w:val="96"/>
          <w:szCs w:val="96"/>
        </w:rPr>
      </w:pPr>
      <w:r w:rsidRPr="001950C8">
        <w:rPr>
          <w:b/>
          <w:bCs/>
          <w:noProof/>
          <w:color w:val="0080FF"/>
          <w:sz w:val="96"/>
          <w:szCs w:val="96"/>
        </w:rPr>
        <w:drawing>
          <wp:inline distT="0" distB="0" distL="0" distR="0" wp14:anchorId="259102B9" wp14:editId="3DF0587A">
            <wp:extent cx="5638800" cy="181927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38949" cy="1819323"/>
                    </a:xfrm>
                    <a:prstGeom prst="rect">
                      <a:avLst/>
                    </a:prstGeom>
                  </pic:spPr>
                </pic:pic>
              </a:graphicData>
            </a:graphic>
          </wp:inline>
        </w:drawing>
      </w:r>
    </w:p>
    <w:tbl>
      <w:tblPr>
        <w:tblW w:w="9463" w:type="dxa"/>
        <w:tblCellMar>
          <w:top w:w="15" w:type="dxa"/>
          <w:left w:w="15" w:type="dxa"/>
          <w:bottom w:w="15" w:type="dxa"/>
          <w:right w:w="15" w:type="dxa"/>
        </w:tblCellMar>
        <w:tblLook w:val="04A0" w:firstRow="1" w:lastRow="0" w:firstColumn="1" w:lastColumn="0" w:noHBand="0" w:noVBand="1"/>
      </w:tblPr>
      <w:tblGrid>
        <w:gridCol w:w="1503"/>
        <w:gridCol w:w="1363"/>
        <w:gridCol w:w="6597"/>
      </w:tblGrid>
      <w:tr w:rsidR="001950C8" w:rsidRPr="001950C8" w14:paraId="2275D124" w14:textId="77777777" w:rsidTr="001950C8">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AC06E0"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Date of Competition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907F70"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10/10/2025</w:t>
            </w:r>
          </w:p>
        </w:tc>
      </w:tr>
      <w:tr w:rsidR="001950C8" w:rsidRPr="001950C8" w14:paraId="26451EAB" w14:textId="77777777" w:rsidTr="001950C8">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E529AC"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Award/Rank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7C6BED" w14:textId="77777777" w:rsidR="001950C8" w:rsidRPr="001950C8" w:rsidRDefault="001950C8" w:rsidP="001950C8">
            <w:pPr>
              <w:shd w:val="clear" w:color="auto" w:fill="FFFFFF"/>
              <w:spacing w:after="0" w:line="240" w:lineRule="auto"/>
              <w:rPr>
                <w:rFonts w:ascii="Times New Roman" w:eastAsia="Times New Roman" w:hAnsi="Times New Roman" w:cs="Times New Roman"/>
                <w:szCs w:val="24"/>
              </w:rPr>
            </w:pPr>
            <w:r w:rsidRPr="001950C8">
              <w:rPr>
                <w:rFonts w:ascii="Times New Roman" w:eastAsia="Times New Roman" w:hAnsi="Times New Roman" w:cs="Times New Roman"/>
                <w:color w:val="1F1F1F"/>
                <w:szCs w:val="24"/>
                <w:shd w:val="clear" w:color="auto" w:fill="FFFFFF"/>
              </w:rPr>
              <w:t>Fusion Hackathon* Rank-1 in the Healthcare Domain</w:t>
            </w:r>
          </w:p>
        </w:tc>
      </w:tr>
      <w:tr w:rsidR="001950C8" w:rsidRPr="001950C8" w14:paraId="72845A5E" w14:textId="77777777" w:rsidTr="001950C8">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B6491B"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Prize / Amount Received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1F797C"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Rs 10,000/-</w:t>
            </w:r>
          </w:p>
        </w:tc>
      </w:tr>
      <w:tr w:rsidR="001950C8" w:rsidRPr="001950C8" w14:paraId="560C9D27" w14:textId="77777777" w:rsidTr="001950C8">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8BBD8F"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 xml:space="preserve">Opportunity </w:t>
            </w:r>
            <w:proofErr w:type="gramStart"/>
            <w:r w:rsidRPr="001950C8">
              <w:rPr>
                <w:rFonts w:ascii="Times New Roman" w:eastAsia="Times New Roman" w:hAnsi="Times New Roman" w:cs="Times New Roman"/>
                <w:color w:val="000000"/>
                <w:szCs w:val="24"/>
              </w:rPr>
              <w:t xml:space="preserve">( </w:t>
            </w:r>
            <w:proofErr w:type="spellStart"/>
            <w:r w:rsidRPr="001950C8">
              <w:rPr>
                <w:rFonts w:ascii="Times New Roman" w:eastAsia="Times New Roman" w:hAnsi="Times New Roman" w:cs="Times New Roman"/>
                <w:color w:val="000000"/>
                <w:szCs w:val="24"/>
              </w:rPr>
              <w:t>Placeemnt</w:t>
            </w:r>
            <w:proofErr w:type="spellEnd"/>
            <w:proofErr w:type="gramEnd"/>
            <w:r w:rsidRPr="001950C8">
              <w:rPr>
                <w:rFonts w:ascii="Times New Roman" w:eastAsia="Times New Roman" w:hAnsi="Times New Roman" w:cs="Times New Roman"/>
                <w:color w:val="000000"/>
                <w:szCs w:val="24"/>
              </w:rPr>
              <w:t>, internship, Project, Funding etc..)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F40911"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Project Competition</w:t>
            </w:r>
          </w:p>
        </w:tc>
      </w:tr>
      <w:tr w:rsidR="001950C8" w:rsidRPr="001950C8" w14:paraId="20EE17D5"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5DF49A"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Team Member Names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7D5D30"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Year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6CB87A"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Department </w:t>
            </w:r>
          </w:p>
        </w:tc>
      </w:tr>
      <w:tr w:rsidR="001950C8" w:rsidRPr="001950C8" w14:paraId="37FD7F7F"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15156D"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222222"/>
                <w:szCs w:val="24"/>
              </w:rPr>
              <w:lastRenderedPageBreak/>
              <w:t>Atharva Patwardhan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E3E8A3"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60A097"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CSE(AI&amp;ML)</w:t>
            </w:r>
          </w:p>
        </w:tc>
      </w:tr>
      <w:tr w:rsidR="001950C8" w:rsidRPr="001950C8" w14:paraId="58CBD512"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10FF49"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222222"/>
                <w:szCs w:val="24"/>
              </w:rPr>
              <w:t xml:space="preserve">Vishruti </w:t>
            </w:r>
            <w:proofErr w:type="spellStart"/>
            <w:r w:rsidRPr="001950C8">
              <w:rPr>
                <w:rFonts w:ascii="Times New Roman" w:eastAsia="Times New Roman" w:hAnsi="Times New Roman" w:cs="Times New Roman"/>
                <w:color w:val="222222"/>
                <w:szCs w:val="24"/>
              </w:rPr>
              <w:t>Mohinkar</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1E4653"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7C9779"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CSE(AI&amp;ML)</w:t>
            </w:r>
          </w:p>
        </w:tc>
      </w:tr>
      <w:tr w:rsidR="001950C8" w:rsidRPr="001950C8" w14:paraId="031DB514"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9AA951"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222222"/>
                <w:szCs w:val="24"/>
              </w:rPr>
              <w:t xml:space="preserve">Atharv </w:t>
            </w:r>
            <w:proofErr w:type="spellStart"/>
            <w:r w:rsidRPr="001950C8">
              <w:rPr>
                <w:rFonts w:ascii="Times New Roman" w:eastAsia="Times New Roman" w:hAnsi="Times New Roman" w:cs="Times New Roman"/>
                <w:color w:val="222222"/>
                <w:szCs w:val="24"/>
              </w:rPr>
              <w:t>Muchandi</w:t>
            </w:r>
            <w:proofErr w:type="spellEnd"/>
          </w:p>
        </w:tc>
        <w:tc>
          <w:tcPr>
            <w:tcW w:w="9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5E5EF7"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TY</w:t>
            </w:r>
          </w:p>
        </w:tc>
        <w:tc>
          <w:tcPr>
            <w:tcW w:w="65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6E2211"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CSE(AI&amp;ML)</w:t>
            </w:r>
          </w:p>
        </w:tc>
      </w:tr>
      <w:tr w:rsidR="001950C8" w:rsidRPr="001950C8" w14:paraId="42175263"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B87E02"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222222"/>
                <w:szCs w:val="24"/>
              </w:rPr>
              <w:t xml:space="preserve">Vedant </w:t>
            </w:r>
            <w:proofErr w:type="spellStart"/>
            <w:r w:rsidRPr="001950C8">
              <w:rPr>
                <w:rFonts w:ascii="Times New Roman" w:eastAsia="Times New Roman" w:hAnsi="Times New Roman" w:cs="Times New Roman"/>
                <w:color w:val="222222"/>
                <w:szCs w:val="24"/>
              </w:rPr>
              <w:t>Nagmoti</w:t>
            </w:r>
            <w:proofErr w:type="spellEnd"/>
          </w:p>
        </w:tc>
        <w:tc>
          <w:tcPr>
            <w:tcW w:w="9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C6DFFB"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TY</w:t>
            </w:r>
          </w:p>
        </w:tc>
        <w:tc>
          <w:tcPr>
            <w:tcW w:w="65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8B751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CSE(AI&amp;ML)</w:t>
            </w:r>
          </w:p>
        </w:tc>
      </w:tr>
      <w:tr w:rsidR="001950C8" w:rsidRPr="001950C8" w14:paraId="28CF14BC"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C07CCE" w14:textId="77777777" w:rsidR="001950C8" w:rsidRPr="001950C8" w:rsidRDefault="001950C8" w:rsidP="001950C8">
            <w:pPr>
              <w:spacing w:after="0" w:line="240" w:lineRule="auto"/>
              <w:rPr>
                <w:rFonts w:ascii="Times New Roman" w:eastAsia="Times New Roman" w:hAnsi="Times New Roman" w:cs="Times New Roman"/>
                <w:szCs w:val="24"/>
              </w:rPr>
            </w:pPr>
          </w:p>
        </w:tc>
        <w:tc>
          <w:tcPr>
            <w:tcW w:w="9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80A055" w14:textId="77777777" w:rsidR="001950C8" w:rsidRPr="001950C8" w:rsidRDefault="001950C8" w:rsidP="001950C8">
            <w:pPr>
              <w:spacing w:after="0" w:line="240" w:lineRule="auto"/>
              <w:rPr>
                <w:rFonts w:ascii="Times New Roman" w:eastAsia="Times New Roman" w:hAnsi="Times New Roman" w:cs="Times New Roman"/>
                <w:szCs w:val="24"/>
              </w:rPr>
            </w:pPr>
          </w:p>
        </w:tc>
        <w:tc>
          <w:tcPr>
            <w:tcW w:w="65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93D13F" w14:textId="77777777" w:rsidR="001950C8" w:rsidRPr="001950C8" w:rsidRDefault="001950C8" w:rsidP="001950C8">
            <w:pPr>
              <w:spacing w:after="0" w:line="240" w:lineRule="auto"/>
              <w:rPr>
                <w:rFonts w:ascii="Times New Roman" w:eastAsia="Times New Roman" w:hAnsi="Times New Roman" w:cs="Times New Roman"/>
                <w:szCs w:val="24"/>
              </w:rPr>
            </w:pPr>
          </w:p>
        </w:tc>
      </w:tr>
      <w:tr w:rsidR="001950C8" w:rsidRPr="001950C8" w14:paraId="7DC3C23A" w14:textId="77777777" w:rsidTr="001950C8">
        <w:trPr>
          <w:trHeight w:val="91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5B48A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Short Description of the Event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FE74F9" w14:textId="77777777" w:rsidR="001950C8" w:rsidRPr="001950C8" w:rsidRDefault="001950C8" w:rsidP="001950C8">
            <w:pPr>
              <w:spacing w:after="0" w:line="240" w:lineRule="auto"/>
              <w:rPr>
                <w:rFonts w:ascii="Times New Roman" w:eastAsia="Times New Roman" w:hAnsi="Times New Roman" w:cs="Times New Roman"/>
                <w:szCs w:val="24"/>
              </w:rPr>
            </w:pPr>
          </w:p>
          <w:p w14:paraId="27DA538B"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1F1F1F"/>
                <w:szCs w:val="24"/>
                <w:shd w:val="clear" w:color="auto" w:fill="FFFFFF"/>
              </w:rPr>
              <w:t xml:space="preserve">Fusion Hackathon by SKNCOE </w:t>
            </w:r>
            <w:proofErr w:type="spellStart"/>
            <w:proofErr w:type="gramStart"/>
            <w:r w:rsidRPr="001950C8">
              <w:rPr>
                <w:rFonts w:ascii="Times New Roman" w:eastAsia="Times New Roman" w:hAnsi="Times New Roman" w:cs="Times New Roman"/>
                <w:color w:val="1F1F1F"/>
                <w:szCs w:val="24"/>
                <w:shd w:val="clear" w:color="auto" w:fill="FFFFFF"/>
              </w:rPr>
              <w:t>Vadgaon,Pune</w:t>
            </w:r>
            <w:proofErr w:type="spellEnd"/>
            <w:proofErr w:type="gramEnd"/>
            <w:r w:rsidRPr="001950C8">
              <w:rPr>
                <w:rFonts w:ascii="Times New Roman" w:eastAsia="Times New Roman" w:hAnsi="Times New Roman" w:cs="Times New Roman"/>
                <w:color w:val="1F1F1F"/>
                <w:szCs w:val="24"/>
                <w:shd w:val="clear" w:color="auto" w:fill="FFFFFF"/>
              </w:rPr>
              <w:t>.  Innovative Project Competition</w:t>
            </w:r>
          </w:p>
        </w:tc>
      </w:tr>
    </w:tbl>
    <w:p w14:paraId="16AFB66A" w14:textId="42F8D9B7" w:rsidR="000A59FD" w:rsidRDefault="001950C8">
      <w:pPr>
        <w:rPr>
          <w:b/>
          <w:bCs/>
          <w:noProof/>
          <w:color w:val="0080FF"/>
          <w:sz w:val="96"/>
          <w:szCs w:val="96"/>
        </w:rPr>
      </w:pPr>
      <w:r>
        <w:rPr>
          <w:b/>
          <w:bCs/>
          <w:noProof/>
          <w:color w:val="0080FF"/>
          <w:sz w:val="96"/>
          <w:szCs w:val="96"/>
        </w:rPr>
        <w:drawing>
          <wp:inline distT="0" distB="0" distL="0" distR="0" wp14:anchorId="7D57644E" wp14:editId="518DAB7E">
            <wp:extent cx="5191125" cy="4067175"/>
            <wp:effectExtent l="0" t="0" r="9525"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91125" cy="4067175"/>
                    </a:xfrm>
                    <a:prstGeom prst="rect">
                      <a:avLst/>
                    </a:prstGeom>
                    <a:noFill/>
                    <a:ln>
                      <a:noFill/>
                    </a:ln>
                  </pic:spPr>
                </pic:pic>
              </a:graphicData>
            </a:graphic>
          </wp:inline>
        </w:drawing>
      </w:r>
    </w:p>
    <w:p w14:paraId="5FC50C42" w14:textId="5DC7CB4A" w:rsidR="001950C8" w:rsidRDefault="001950C8">
      <w:pPr>
        <w:rPr>
          <w:b/>
          <w:bCs/>
          <w:noProof/>
          <w:color w:val="0080FF"/>
          <w:sz w:val="96"/>
          <w:szCs w:val="96"/>
        </w:rPr>
      </w:pPr>
      <w:r>
        <w:rPr>
          <w:b/>
          <w:bCs/>
          <w:noProof/>
          <w:color w:val="0080FF"/>
          <w:sz w:val="96"/>
          <w:szCs w:val="96"/>
        </w:rPr>
        <w:lastRenderedPageBreak/>
        <w:drawing>
          <wp:inline distT="0" distB="0" distL="0" distR="0" wp14:anchorId="54CEB7E3" wp14:editId="0D86AF8C">
            <wp:extent cx="5202555" cy="33909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17063" cy="3400356"/>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3587"/>
        <w:gridCol w:w="1588"/>
        <w:gridCol w:w="3455"/>
      </w:tblGrid>
      <w:tr w:rsidR="001950C8" w:rsidRPr="001950C8" w14:paraId="37F21DD6"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D1084B"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Date of Competition</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37DBA5"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13/10/2025</w:t>
            </w:r>
          </w:p>
        </w:tc>
      </w:tr>
      <w:tr w:rsidR="001950C8" w:rsidRPr="001950C8" w14:paraId="4A3F7C20"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6F6CDD"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Award/Rank</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B0371E" w14:textId="77777777" w:rsidR="001950C8" w:rsidRPr="001950C8" w:rsidRDefault="001950C8" w:rsidP="001950C8">
            <w:pPr>
              <w:shd w:val="clear" w:color="auto" w:fill="FFFFFF"/>
              <w:spacing w:after="0" w:line="240" w:lineRule="auto"/>
              <w:rPr>
                <w:rFonts w:ascii="Times New Roman" w:eastAsia="Times New Roman" w:hAnsi="Times New Roman" w:cs="Times New Roman"/>
                <w:szCs w:val="24"/>
              </w:rPr>
            </w:pPr>
            <w:r w:rsidRPr="001950C8">
              <w:rPr>
                <w:rFonts w:ascii="Times New Roman" w:eastAsia="Times New Roman" w:hAnsi="Times New Roman" w:cs="Times New Roman"/>
                <w:color w:val="1F1F1F"/>
                <w:szCs w:val="24"/>
                <w:shd w:val="clear" w:color="auto" w:fill="FFFFFF"/>
              </w:rPr>
              <w:t>1st runner up</w:t>
            </w:r>
          </w:p>
        </w:tc>
      </w:tr>
      <w:tr w:rsidR="001950C8" w:rsidRPr="001950C8" w14:paraId="71D6375D"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89A5C8"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Prize / Amount Received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A9881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 xml:space="preserve">Rs 5,000/- (Rupees five </w:t>
            </w:r>
            <w:proofErr w:type="gramStart"/>
            <w:r w:rsidRPr="001950C8">
              <w:rPr>
                <w:rFonts w:ascii="Times New Roman" w:eastAsia="Times New Roman" w:hAnsi="Times New Roman" w:cs="Times New Roman"/>
                <w:color w:val="000000"/>
                <w:szCs w:val="24"/>
              </w:rPr>
              <w:t>thousands</w:t>
            </w:r>
            <w:proofErr w:type="gramEnd"/>
            <w:r w:rsidRPr="001950C8">
              <w:rPr>
                <w:rFonts w:ascii="Times New Roman" w:eastAsia="Times New Roman" w:hAnsi="Times New Roman" w:cs="Times New Roman"/>
                <w:color w:val="000000"/>
                <w:szCs w:val="24"/>
              </w:rPr>
              <w:t xml:space="preserve"> only)</w:t>
            </w:r>
          </w:p>
        </w:tc>
      </w:tr>
      <w:tr w:rsidR="001950C8" w:rsidRPr="001950C8" w14:paraId="1AD207EA"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16D6C2"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 xml:space="preserve">Opportunity </w:t>
            </w:r>
            <w:proofErr w:type="gramStart"/>
            <w:r w:rsidRPr="001950C8">
              <w:rPr>
                <w:rFonts w:ascii="Times New Roman" w:eastAsia="Times New Roman" w:hAnsi="Times New Roman" w:cs="Times New Roman"/>
                <w:color w:val="000000"/>
                <w:szCs w:val="24"/>
              </w:rPr>
              <w:t xml:space="preserve">( </w:t>
            </w:r>
            <w:proofErr w:type="spellStart"/>
            <w:r w:rsidRPr="001950C8">
              <w:rPr>
                <w:rFonts w:ascii="Times New Roman" w:eastAsia="Times New Roman" w:hAnsi="Times New Roman" w:cs="Times New Roman"/>
                <w:color w:val="000000"/>
                <w:szCs w:val="24"/>
              </w:rPr>
              <w:t>Placeemnt</w:t>
            </w:r>
            <w:proofErr w:type="spellEnd"/>
            <w:proofErr w:type="gramEnd"/>
            <w:r w:rsidRPr="001950C8">
              <w:rPr>
                <w:rFonts w:ascii="Times New Roman" w:eastAsia="Times New Roman" w:hAnsi="Times New Roman" w:cs="Times New Roman"/>
                <w:color w:val="000000"/>
                <w:szCs w:val="24"/>
              </w:rPr>
              <w:t>, internship, Project, Funding etc..)</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39A09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Project Exhibition</w:t>
            </w:r>
          </w:p>
        </w:tc>
      </w:tr>
      <w:tr w:rsidR="001950C8" w:rsidRPr="001950C8" w14:paraId="082AA26A"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864DB1"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Team Member Names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5F2852"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Year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9AD003"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Department </w:t>
            </w:r>
          </w:p>
        </w:tc>
      </w:tr>
      <w:tr w:rsidR="001950C8" w:rsidRPr="001950C8" w14:paraId="66EC7F36"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A56D23"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222222"/>
                <w:szCs w:val="24"/>
              </w:rPr>
              <w:t>Snehal Kumbhar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58C420"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68EA2D"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CSE(AI&amp;ML)</w:t>
            </w:r>
          </w:p>
        </w:tc>
      </w:tr>
      <w:tr w:rsidR="001950C8" w:rsidRPr="001950C8" w14:paraId="6558A30C"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D923AB"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222222"/>
                <w:szCs w:val="24"/>
              </w:rPr>
              <w:t>Shalvi Shah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3A23EC"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80F58A"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CSE(AI&amp;ML)</w:t>
            </w:r>
          </w:p>
        </w:tc>
      </w:tr>
      <w:tr w:rsidR="001950C8" w:rsidRPr="001950C8" w14:paraId="72FD1564"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73DD20"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222222"/>
                <w:szCs w:val="24"/>
              </w:rPr>
              <w:t xml:space="preserve">Varun </w:t>
            </w:r>
            <w:proofErr w:type="spellStart"/>
            <w:r w:rsidRPr="001950C8">
              <w:rPr>
                <w:rFonts w:ascii="Times New Roman" w:eastAsia="Times New Roman" w:hAnsi="Times New Roman" w:cs="Times New Roman"/>
                <w:color w:val="222222"/>
                <w:szCs w:val="24"/>
              </w:rPr>
              <w:t>Sakharkar</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F6DF5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E27708"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CSE(AI&amp;ML)</w:t>
            </w:r>
          </w:p>
        </w:tc>
      </w:tr>
      <w:tr w:rsidR="001950C8" w:rsidRPr="001950C8" w14:paraId="1EB41652"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2A92F6"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222222"/>
                <w:szCs w:val="24"/>
              </w:rPr>
              <w:t xml:space="preserve">Parth </w:t>
            </w:r>
            <w:proofErr w:type="spellStart"/>
            <w:r w:rsidRPr="001950C8">
              <w:rPr>
                <w:rFonts w:ascii="Times New Roman" w:eastAsia="Times New Roman" w:hAnsi="Times New Roman" w:cs="Times New Roman"/>
                <w:color w:val="222222"/>
                <w:szCs w:val="24"/>
              </w:rPr>
              <w:t>Amilkanthwar</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54EE76"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4D11E3"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CSE(AIDS)</w:t>
            </w:r>
          </w:p>
        </w:tc>
      </w:tr>
      <w:tr w:rsidR="001950C8" w:rsidRPr="001950C8" w14:paraId="50F9969F"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C90DFE" w14:textId="77777777" w:rsidR="001950C8" w:rsidRPr="001950C8" w:rsidRDefault="001950C8" w:rsidP="001950C8">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2AD10C" w14:textId="77777777" w:rsidR="001950C8" w:rsidRPr="001950C8" w:rsidRDefault="001950C8" w:rsidP="001950C8">
            <w:pPr>
              <w:spacing w:after="0" w:line="240" w:lineRule="auto"/>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A271ED" w14:textId="77777777" w:rsidR="001950C8" w:rsidRPr="001950C8" w:rsidRDefault="001950C8" w:rsidP="001950C8">
            <w:pPr>
              <w:spacing w:after="0" w:line="240" w:lineRule="auto"/>
              <w:rPr>
                <w:rFonts w:ascii="Times New Roman" w:eastAsia="Times New Roman" w:hAnsi="Times New Roman" w:cs="Times New Roman"/>
                <w:szCs w:val="24"/>
              </w:rPr>
            </w:pPr>
          </w:p>
        </w:tc>
      </w:tr>
      <w:tr w:rsidR="001950C8" w:rsidRPr="001950C8" w14:paraId="0ADE452B" w14:textId="77777777" w:rsidTr="001950C8">
        <w:trPr>
          <w:trHeight w:val="91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141F9E"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Short Description of the Event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0D9950" w14:textId="77777777" w:rsidR="001950C8" w:rsidRPr="001950C8" w:rsidRDefault="001950C8" w:rsidP="001950C8">
            <w:pPr>
              <w:spacing w:after="0" w:line="480" w:lineRule="auto"/>
              <w:rPr>
                <w:rFonts w:ascii="Times New Roman" w:eastAsia="Times New Roman" w:hAnsi="Times New Roman" w:cs="Times New Roman"/>
                <w:szCs w:val="24"/>
              </w:rPr>
            </w:pPr>
            <w:proofErr w:type="spellStart"/>
            <w:r w:rsidRPr="001950C8">
              <w:rPr>
                <w:rFonts w:ascii="Times New Roman" w:eastAsia="Times New Roman" w:hAnsi="Times New Roman" w:cs="Times New Roman"/>
                <w:color w:val="222222"/>
                <w:szCs w:val="24"/>
                <w:shd w:val="clear" w:color="auto" w:fill="FFFFFF"/>
              </w:rPr>
              <w:t>Hacktopia</w:t>
            </w:r>
            <w:proofErr w:type="spellEnd"/>
            <w:r w:rsidRPr="001950C8">
              <w:rPr>
                <w:rFonts w:ascii="Times New Roman" w:eastAsia="Times New Roman" w:hAnsi="Times New Roman" w:cs="Times New Roman"/>
                <w:color w:val="222222"/>
                <w:szCs w:val="24"/>
                <w:shd w:val="clear" w:color="auto" w:fill="FFFFFF"/>
              </w:rPr>
              <w:t xml:space="preserve"> Hackathon By </w:t>
            </w:r>
            <w:proofErr w:type="spellStart"/>
            <w:proofErr w:type="gramStart"/>
            <w:r w:rsidRPr="001950C8">
              <w:rPr>
                <w:rFonts w:ascii="Times New Roman" w:eastAsia="Times New Roman" w:hAnsi="Times New Roman" w:cs="Times New Roman"/>
                <w:color w:val="222222"/>
                <w:szCs w:val="24"/>
                <w:shd w:val="clear" w:color="auto" w:fill="FFFFFF"/>
              </w:rPr>
              <w:t>PCCOE,Akurdi</w:t>
            </w:r>
            <w:proofErr w:type="gramEnd"/>
            <w:r w:rsidRPr="001950C8">
              <w:rPr>
                <w:rFonts w:ascii="Times New Roman" w:eastAsia="Times New Roman" w:hAnsi="Times New Roman" w:cs="Times New Roman"/>
                <w:color w:val="222222"/>
                <w:szCs w:val="24"/>
                <w:shd w:val="clear" w:color="auto" w:fill="FFFFFF"/>
              </w:rPr>
              <w:t>,Pune</w:t>
            </w:r>
            <w:proofErr w:type="spellEnd"/>
            <w:r w:rsidRPr="001950C8">
              <w:rPr>
                <w:rFonts w:ascii="Times New Roman" w:eastAsia="Times New Roman" w:hAnsi="Times New Roman" w:cs="Times New Roman"/>
                <w:color w:val="222222"/>
                <w:szCs w:val="24"/>
                <w:shd w:val="clear" w:color="auto" w:fill="FFFFFF"/>
              </w:rPr>
              <w:t>. It’s Innovative Project Exhibition. </w:t>
            </w:r>
          </w:p>
          <w:p w14:paraId="09BF4C49" w14:textId="77777777" w:rsidR="001950C8" w:rsidRPr="001950C8" w:rsidRDefault="001950C8" w:rsidP="001950C8">
            <w:pPr>
              <w:spacing w:after="0" w:line="240" w:lineRule="auto"/>
              <w:rPr>
                <w:rFonts w:ascii="Times New Roman" w:eastAsia="Times New Roman" w:hAnsi="Times New Roman" w:cs="Times New Roman"/>
                <w:szCs w:val="24"/>
              </w:rPr>
            </w:pPr>
          </w:p>
        </w:tc>
      </w:tr>
    </w:tbl>
    <w:p w14:paraId="276DDAD8" w14:textId="5EE16832" w:rsidR="001950C8" w:rsidRDefault="001950C8">
      <w:pPr>
        <w:rPr>
          <w:b/>
          <w:bCs/>
          <w:noProof/>
          <w:color w:val="0080FF"/>
          <w:sz w:val="96"/>
          <w:szCs w:val="96"/>
        </w:rPr>
      </w:pPr>
      <w:r>
        <w:rPr>
          <w:b/>
          <w:bCs/>
          <w:noProof/>
          <w:color w:val="0080FF"/>
          <w:sz w:val="96"/>
          <w:szCs w:val="96"/>
        </w:rPr>
        <w:lastRenderedPageBreak/>
        <w:drawing>
          <wp:inline distT="0" distB="0" distL="0" distR="0" wp14:anchorId="29B8872C" wp14:editId="4549099A">
            <wp:extent cx="5486400" cy="32194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3219450"/>
                    </a:xfrm>
                    <a:prstGeom prst="rect">
                      <a:avLst/>
                    </a:prstGeom>
                    <a:noFill/>
                    <a:ln>
                      <a:noFill/>
                    </a:ln>
                  </pic:spPr>
                </pic:pic>
              </a:graphicData>
            </a:graphic>
          </wp:inline>
        </w:drawing>
      </w:r>
    </w:p>
    <w:p w14:paraId="096D9509" w14:textId="27FBD502" w:rsidR="000A59FD" w:rsidRDefault="001950C8">
      <w:pPr>
        <w:rPr>
          <w:b/>
          <w:bCs/>
          <w:noProof/>
          <w:color w:val="0080FF"/>
          <w:sz w:val="96"/>
          <w:szCs w:val="96"/>
        </w:rPr>
      </w:pPr>
      <w:r>
        <w:rPr>
          <w:b/>
          <w:bCs/>
          <w:noProof/>
          <w:color w:val="0080FF"/>
          <w:sz w:val="96"/>
          <w:szCs w:val="96"/>
        </w:rPr>
        <w:drawing>
          <wp:inline distT="0" distB="0" distL="0" distR="0" wp14:anchorId="2A76D72B" wp14:editId="57D881E3">
            <wp:extent cx="5486400" cy="2200275"/>
            <wp:effectExtent l="0" t="0" r="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2200275"/>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3116"/>
        <w:gridCol w:w="5514"/>
      </w:tblGrid>
      <w:tr w:rsidR="001950C8" w:rsidRPr="001950C8" w14:paraId="01E9FFA3"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B0295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Date of Competition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2E3D1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13/10/2025</w:t>
            </w:r>
          </w:p>
        </w:tc>
      </w:tr>
      <w:tr w:rsidR="001950C8" w:rsidRPr="001950C8" w14:paraId="44CF1E6E"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00BBC0"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Award/Rank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2F7CAE" w14:textId="77777777" w:rsidR="001950C8" w:rsidRPr="001950C8" w:rsidRDefault="001950C8" w:rsidP="001950C8">
            <w:pPr>
              <w:shd w:val="clear" w:color="auto" w:fill="FFFFFF"/>
              <w:spacing w:after="0" w:line="24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Project Completion Certificate</w:t>
            </w:r>
          </w:p>
        </w:tc>
      </w:tr>
      <w:tr w:rsidR="001950C8" w:rsidRPr="001950C8" w14:paraId="130A7816"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CF3CFF"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Prize / Amount Received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63F714"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Project Completion Certificate</w:t>
            </w:r>
          </w:p>
        </w:tc>
      </w:tr>
      <w:tr w:rsidR="001950C8" w:rsidRPr="001950C8" w14:paraId="7DDB0C4A"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AD91DA"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 xml:space="preserve">Opportunity </w:t>
            </w:r>
            <w:proofErr w:type="gramStart"/>
            <w:r w:rsidRPr="001950C8">
              <w:rPr>
                <w:rFonts w:ascii="Times New Roman" w:eastAsia="Times New Roman" w:hAnsi="Times New Roman" w:cs="Times New Roman"/>
                <w:color w:val="000000"/>
                <w:szCs w:val="24"/>
              </w:rPr>
              <w:t xml:space="preserve">( </w:t>
            </w:r>
            <w:proofErr w:type="spellStart"/>
            <w:r w:rsidRPr="001950C8">
              <w:rPr>
                <w:rFonts w:ascii="Times New Roman" w:eastAsia="Times New Roman" w:hAnsi="Times New Roman" w:cs="Times New Roman"/>
                <w:color w:val="000000"/>
                <w:szCs w:val="24"/>
              </w:rPr>
              <w:t>Placeemnt</w:t>
            </w:r>
            <w:proofErr w:type="spellEnd"/>
            <w:proofErr w:type="gramEnd"/>
            <w:r w:rsidRPr="001950C8">
              <w:rPr>
                <w:rFonts w:ascii="Times New Roman" w:eastAsia="Times New Roman" w:hAnsi="Times New Roman" w:cs="Times New Roman"/>
                <w:color w:val="000000"/>
                <w:szCs w:val="24"/>
              </w:rPr>
              <w:t>, internship, Project, Funding etc..)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C111F8" w14:textId="77777777" w:rsidR="001950C8" w:rsidRPr="001950C8" w:rsidRDefault="001950C8" w:rsidP="001950C8">
            <w:pPr>
              <w:spacing w:after="0" w:line="480" w:lineRule="auto"/>
              <w:rPr>
                <w:rFonts w:ascii="Times New Roman" w:eastAsia="Times New Roman" w:hAnsi="Times New Roman" w:cs="Times New Roman"/>
                <w:szCs w:val="24"/>
              </w:rPr>
            </w:pPr>
            <w:r w:rsidRPr="001950C8">
              <w:rPr>
                <w:rFonts w:ascii="Times New Roman" w:eastAsia="Times New Roman" w:hAnsi="Times New Roman" w:cs="Times New Roman"/>
                <w:color w:val="000000"/>
                <w:szCs w:val="24"/>
              </w:rPr>
              <w:t>Industry Live Project</w:t>
            </w:r>
          </w:p>
        </w:tc>
      </w:tr>
      <w:tr w:rsidR="001950C8" w:rsidRPr="001950C8" w14:paraId="124A1349" w14:textId="77777777" w:rsidTr="001950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AC14FF" w14:textId="77777777" w:rsidR="001950C8" w:rsidRPr="001950C8" w:rsidRDefault="001950C8" w:rsidP="001950C8">
            <w:pPr>
              <w:spacing w:after="0" w:line="480" w:lineRule="auto"/>
              <w:rPr>
                <w:rFonts w:ascii="Times New Roman" w:eastAsia="Times New Roman" w:hAnsi="Times New Roman" w:cs="Times New Roman"/>
                <w:color w:val="000000"/>
                <w:szCs w:val="24"/>
              </w:rPr>
            </w:pPr>
            <w:r w:rsidRPr="001950C8">
              <w:rPr>
                <w:rFonts w:ascii="Times New Roman" w:eastAsia="Times New Roman" w:hAnsi="Times New Roman" w:cs="Times New Roman"/>
                <w:color w:val="000000"/>
                <w:szCs w:val="24"/>
              </w:rPr>
              <w:lastRenderedPageBreak/>
              <w:t>Short Description of the Event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AE4917" w14:textId="77777777" w:rsidR="001950C8" w:rsidRPr="001950C8" w:rsidRDefault="001950C8" w:rsidP="001950C8">
            <w:pPr>
              <w:spacing w:after="0" w:line="480" w:lineRule="auto"/>
              <w:rPr>
                <w:rFonts w:ascii="Times New Roman" w:eastAsia="Times New Roman" w:hAnsi="Times New Roman" w:cs="Times New Roman"/>
                <w:color w:val="000000"/>
                <w:szCs w:val="24"/>
              </w:rPr>
            </w:pPr>
            <w:r w:rsidRPr="001950C8">
              <w:rPr>
                <w:rFonts w:ascii="Times New Roman" w:eastAsia="Times New Roman" w:hAnsi="Times New Roman" w:cs="Times New Roman"/>
                <w:color w:val="000000"/>
                <w:szCs w:val="24"/>
              </w:rPr>
              <w:t xml:space="preserve">Dr. Prakash Sharma, Founder, Passion Infotech Pvt Ltd and </w:t>
            </w:r>
            <w:proofErr w:type="spellStart"/>
            <w:r w:rsidRPr="001950C8">
              <w:rPr>
                <w:rFonts w:ascii="Times New Roman" w:eastAsia="Times New Roman" w:hAnsi="Times New Roman" w:cs="Times New Roman"/>
                <w:color w:val="000000"/>
                <w:szCs w:val="24"/>
              </w:rPr>
              <w:t>Pcombinators</w:t>
            </w:r>
            <w:proofErr w:type="spellEnd"/>
            <w:r w:rsidRPr="001950C8">
              <w:rPr>
                <w:rFonts w:ascii="Times New Roman" w:eastAsia="Times New Roman" w:hAnsi="Times New Roman" w:cs="Times New Roman"/>
                <w:color w:val="000000"/>
                <w:szCs w:val="24"/>
              </w:rPr>
              <w:t xml:space="preserve"> offered the completion certificates to the students.</w:t>
            </w:r>
          </w:p>
          <w:p w14:paraId="0936B1A7" w14:textId="77777777" w:rsidR="001950C8" w:rsidRPr="001950C8" w:rsidRDefault="001950C8" w:rsidP="001950C8">
            <w:pPr>
              <w:spacing w:after="0" w:line="480" w:lineRule="auto"/>
              <w:rPr>
                <w:rFonts w:ascii="Times New Roman" w:eastAsia="Times New Roman" w:hAnsi="Times New Roman" w:cs="Times New Roman"/>
                <w:color w:val="000000"/>
                <w:szCs w:val="24"/>
              </w:rPr>
            </w:pPr>
          </w:p>
        </w:tc>
      </w:tr>
    </w:tbl>
    <w:p w14:paraId="032764A7" w14:textId="5242ADC3" w:rsidR="001950C8" w:rsidRDefault="001950C8">
      <w:pPr>
        <w:rPr>
          <w:b/>
          <w:bCs/>
          <w:noProof/>
          <w:color w:val="0080FF"/>
          <w:sz w:val="96"/>
          <w:szCs w:val="96"/>
        </w:rPr>
      </w:pPr>
      <w:r>
        <w:rPr>
          <w:b/>
          <w:bCs/>
          <w:noProof/>
          <w:color w:val="0080FF"/>
          <w:sz w:val="96"/>
          <w:szCs w:val="96"/>
        </w:rPr>
        <w:drawing>
          <wp:inline distT="0" distB="0" distL="0" distR="0" wp14:anchorId="1B52942B" wp14:editId="33B56DD1">
            <wp:extent cx="5486400" cy="2066925"/>
            <wp:effectExtent l="0" t="0" r="0"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2066925"/>
                    </a:xfrm>
                    <a:prstGeom prst="rect">
                      <a:avLst/>
                    </a:prstGeom>
                    <a:noFill/>
                    <a:ln>
                      <a:noFill/>
                    </a:ln>
                  </pic:spPr>
                </pic:pic>
              </a:graphicData>
            </a:graphic>
          </wp:inline>
        </w:drawing>
      </w:r>
      <w:r w:rsidRPr="001950C8">
        <w:rPr>
          <w:b/>
          <w:bCs/>
          <w:noProof/>
          <w:color w:val="0080FF"/>
          <w:sz w:val="96"/>
          <w:szCs w:val="96"/>
        </w:rPr>
        <w:t xml:space="preserve"> </w:t>
      </w:r>
      <w:r>
        <w:rPr>
          <w:b/>
          <w:bCs/>
          <w:noProof/>
          <w:color w:val="0080FF"/>
          <w:sz w:val="96"/>
          <w:szCs w:val="96"/>
        </w:rPr>
        <w:drawing>
          <wp:inline distT="0" distB="0" distL="0" distR="0" wp14:anchorId="00920F29" wp14:editId="3561BF64">
            <wp:extent cx="5486400" cy="1819275"/>
            <wp:effectExtent l="0" t="0" r="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1819275"/>
                    </a:xfrm>
                    <a:prstGeom prst="rect">
                      <a:avLst/>
                    </a:prstGeom>
                    <a:noFill/>
                    <a:ln>
                      <a:noFill/>
                    </a:ln>
                  </pic:spPr>
                </pic:pic>
              </a:graphicData>
            </a:graphic>
          </wp:inline>
        </w:drawing>
      </w:r>
      <w:r w:rsidRPr="001950C8">
        <w:rPr>
          <w:b/>
          <w:bCs/>
          <w:noProof/>
          <w:color w:val="0080FF"/>
          <w:sz w:val="96"/>
          <w:szCs w:val="96"/>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3018"/>
        <w:gridCol w:w="3996"/>
        <w:gridCol w:w="808"/>
        <w:gridCol w:w="808"/>
      </w:tblGrid>
      <w:tr w:rsidR="00402178" w:rsidRPr="00402178" w14:paraId="4BCA4844" w14:textId="77777777" w:rsidTr="0040217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54321C"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Date of Competition</w:t>
            </w: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132047"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11/10/2025</w:t>
            </w:r>
          </w:p>
        </w:tc>
      </w:tr>
      <w:tr w:rsidR="00402178" w:rsidRPr="00402178" w14:paraId="116AA324" w14:textId="77777777" w:rsidTr="0040217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4337F0"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Award/Rank</w:t>
            </w: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C5C6DB" w14:textId="77777777" w:rsidR="00402178" w:rsidRPr="00402178" w:rsidRDefault="00402178" w:rsidP="00402178">
            <w:pPr>
              <w:shd w:val="clear" w:color="auto" w:fill="FFFFFF"/>
              <w:spacing w:after="0" w:line="240" w:lineRule="auto"/>
              <w:rPr>
                <w:rFonts w:ascii="Times New Roman" w:eastAsia="Times New Roman" w:hAnsi="Times New Roman" w:cs="Times New Roman"/>
                <w:szCs w:val="24"/>
              </w:rPr>
            </w:pPr>
            <w:r w:rsidRPr="00402178">
              <w:rPr>
                <w:rFonts w:ascii="Times New Roman" w:eastAsia="Times New Roman" w:hAnsi="Times New Roman" w:cs="Times New Roman"/>
                <w:color w:val="222222"/>
                <w:szCs w:val="24"/>
                <w:shd w:val="clear" w:color="auto" w:fill="FFFFFF"/>
              </w:rPr>
              <w:t xml:space="preserve">Team </w:t>
            </w:r>
            <w:proofErr w:type="spellStart"/>
            <w:r w:rsidRPr="00402178">
              <w:rPr>
                <w:rFonts w:ascii="Times New Roman" w:eastAsia="Times New Roman" w:hAnsi="Times New Roman" w:cs="Times New Roman"/>
                <w:color w:val="222222"/>
                <w:szCs w:val="24"/>
                <w:shd w:val="clear" w:color="auto" w:fill="FFFFFF"/>
              </w:rPr>
              <w:t>deathwing</w:t>
            </w:r>
            <w:proofErr w:type="spellEnd"/>
            <w:r w:rsidRPr="00402178">
              <w:rPr>
                <w:rFonts w:ascii="Times New Roman" w:eastAsia="Times New Roman" w:hAnsi="Times New Roman" w:cs="Times New Roman"/>
                <w:color w:val="222222"/>
                <w:szCs w:val="24"/>
                <w:shd w:val="clear" w:color="auto" w:fill="FFFFFF"/>
              </w:rPr>
              <w:t xml:space="preserve"> secured 1st place in </w:t>
            </w:r>
            <w:proofErr w:type="spellStart"/>
            <w:r w:rsidRPr="00402178">
              <w:rPr>
                <w:rFonts w:ascii="Times New Roman" w:eastAsia="Times New Roman" w:hAnsi="Times New Roman" w:cs="Times New Roman"/>
                <w:color w:val="222222"/>
                <w:szCs w:val="24"/>
                <w:shd w:val="clear" w:color="auto" w:fill="FFFFFF"/>
              </w:rPr>
              <w:t>QuestCON</w:t>
            </w:r>
            <w:proofErr w:type="spellEnd"/>
            <w:r w:rsidRPr="00402178">
              <w:rPr>
                <w:rFonts w:ascii="Times New Roman" w:eastAsia="Times New Roman" w:hAnsi="Times New Roman" w:cs="Times New Roman"/>
                <w:color w:val="222222"/>
                <w:szCs w:val="24"/>
                <w:shd w:val="clear" w:color="auto" w:fill="FFFFFF"/>
              </w:rPr>
              <w:t xml:space="preserve"> CTF </w:t>
            </w:r>
            <w:proofErr w:type="spellStart"/>
            <w:r w:rsidRPr="00402178">
              <w:rPr>
                <w:rFonts w:ascii="Times New Roman" w:eastAsia="Times New Roman" w:hAnsi="Times New Roman" w:cs="Times New Roman"/>
                <w:color w:val="222222"/>
                <w:szCs w:val="24"/>
                <w:shd w:val="clear" w:color="auto" w:fill="FFFFFF"/>
              </w:rPr>
              <w:t>organised</w:t>
            </w:r>
            <w:proofErr w:type="spellEnd"/>
            <w:r w:rsidRPr="00402178">
              <w:rPr>
                <w:rFonts w:ascii="Times New Roman" w:eastAsia="Times New Roman" w:hAnsi="Times New Roman" w:cs="Times New Roman"/>
                <w:color w:val="222222"/>
                <w:szCs w:val="24"/>
                <w:shd w:val="clear" w:color="auto" w:fill="FFFFFF"/>
              </w:rPr>
              <w:t xml:space="preserve"> by OWASP PCCOE Pune</w:t>
            </w:r>
          </w:p>
        </w:tc>
      </w:tr>
      <w:tr w:rsidR="00402178" w:rsidRPr="00402178" w14:paraId="47330ED8" w14:textId="77777777" w:rsidTr="0040217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015EFD"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Prize / Amount Received </w:t>
            </w: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A5F19E"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Winner Certificate</w:t>
            </w:r>
          </w:p>
        </w:tc>
      </w:tr>
      <w:tr w:rsidR="00402178" w:rsidRPr="00402178" w14:paraId="3ECCBA31" w14:textId="77777777" w:rsidTr="0040217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CD4326"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 xml:space="preserve">Opportunity </w:t>
            </w:r>
            <w:proofErr w:type="gramStart"/>
            <w:r w:rsidRPr="00402178">
              <w:rPr>
                <w:rFonts w:ascii="Times New Roman" w:eastAsia="Times New Roman" w:hAnsi="Times New Roman" w:cs="Times New Roman"/>
                <w:color w:val="000000"/>
                <w:szCs w:val="24"/>
              </w:rPr>
              <w:t xml:space="preserve">( </w:t>
            </w:r>
            <w:proofErr w:type="spellStart"/>
            <w:r w:rsidRPr="00402178">
              <w:rPr>
                <w:rFonts w:ascii="Times New Roman" w:eastAsia="Times New Roman" w:hAnsi="Times New Roman" w:cs="Times New Roman"/>
                <w:color w:val="000000"/>
                <w:szCs w:val="24"/>
              </w:rPr>
              <w:t>Placeemnt</w:t>
            </w:r>
            <w:proofErr w:type="spellEnd"/>
            <w:proofErr w:type="gramEnd"/>
            <w:r w:rsidRPr="00402178">
              <w:rPr>
                <w:rFonts w:ascii="Times New Roman" w:eastAsia="Times New Roman" w:hAnsi="Times New Roman" w:cs="Times New Roman"/>
                <w:color w:val="000000"/>
                <w:szCs w:val="24"/>
              </w:rPr>
              <w:t>, internship, Project, Funding etc..)</w:t>
            </w: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95B1A4"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Project </w:t>
            </w:r>
          </w:p>
        </w:tc>
      </w:tr>
      <w:tr w:rsidR="00402178" w:rsidRPr="00402178" w14:paraId="3B7706F2" w14:textId="77777777" w:rsidTr="0040217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0FCCEE"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Team Member Names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35AC37"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Year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1C8715"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Department </w:t>
            </w:r>
          </w:p>
        </w:tc>
      </w:tr>
      <w:tr w:rsidR="00402178" w:rsidRPr="00402178" w14:paraId="25329853" w14:textId="77777777" w:rsidTr="0040217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525558"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222222"/>
                <w:szCs w:val="24"/>
              </w:rPr>
              <w:t xml:space="preserve">Abhinandan </w:t>
            </w:r>
            <w:proofErr w:type="spellStart"/>
            <w:r w:rsidRPr="00402178">
              <w:rPr>
                <w:rFonts w:ascii="Times New Roman" w:eastAsia="Times New Roman" w:hAnsi="Times New Roman" w:cs="Times New Roman"/>
                <w:color w:val="222222"/>
                <w:szCs w:val="24"/>
              </w:rPr>
              <w:t>Bhuse</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A0EC3B"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TY</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93766A"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AIDS</w:t>
            </w:r>
          </w:p>
        </w:tc>
      </w:tr>
      <w:tr w:rsidR="00402178" w:rsidRPr="00402178" w14:paraId="77676964" w14:textId="77777777" w:rsidTr="0040217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0A7D7F"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b/>
                <w:bCs/>
                <w:color w:val="222222"/>
                <w:szCs w:val="24"/>
              </w:rPr>
              <w:lastRenderedPageBreak/>
              <w:t>Devraj Lokhande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7D46B5"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TY</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0E51DE"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CSE(AI&amp;ML)</w:t>
            </w:r>
          </w:p>
        </w:tc>
      </w:tr>
      <w:tr w:rsidR="00402178" w:rsidRPr="00402178" w14:paraId="51841BBF" w14:textId="77777777" w:rsidTr="0040217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4326ED"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222222"/>
                <w:szCs w:val="24"/>
              </w:rPr>
              <w:t>Pranil Gholap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3926D8"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TY</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93F0A8"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AIDS</w:t>
            </w:r>
          </w:p>
        </w:tc>
      </w:tr>
      <w:tr w:rsidR="00402178" w:rsidRPr="00402178" w14:paraId="3348482E" w14:textId="77777777" w:rsidTr="0040217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294980"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222222"/>
                <w:szCs w:val="24"/>
              </w:rPr>
              <w:t xml:space="preserve">Pranav </w:t>
            </w:r>
            <w:proofErr w:type="spellStart"/>
            <w:r w:rsidRPr="00402178">
              <w:rPr>
                <w:rFonts w:ascii="Times New Roman" w:eastAsia="Times New Roman" w:hAnsi="Times New Roman" w:cs="Times New Roman"/>
                <w:color w:val="222222"/>
                <w:szCs w:val="24"/>
              </w:rPr>
              <w:t>Vibhute</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F5888B"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TY</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841C8E"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AIDS</w:t>
            </w:r>
          </w:p>
        </w:tc>
      </w:tr>
      <w:tr w:rsidR="00402178" w:rsidRPr="00402178" w14:paraId="412C31FD" w14:textId="77777777" w:rsidTr="00402178">
        <w:trPr>
          <w:gridAfter w:val="1"/>
          <w:trHeight w:val="91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001A9A" w14:textId="77777777" w:rsidR="00402178" w:rsidRPr="00402178" w:rsidRDefault="00402178" w:rsidP="00402178">
            <w:pPr>
              <w:spacing w:after="0" w:line="480" w:lineRule="auto"/>
              <w:rPr>
                <w:rFonts w:ascii="Times New Roman" w:eastAsia="Times New Roman" w:hAnsi="Times New Roman" w:cs="Times New Roman"/>
                <w:szCs w:val="24"/>
              </w:rPr>
            </w:pPr>
            <w:r w:rsidRPr="00402178">
              <w:rPr>
                <w:rFonts w:ascii="Times New Roman" w:eastAsia="Times New Roman" w:hAnsi="Times New Roman" w:cs="Times New Roman"/>
                <w:color w:val="000000"/>
                <w:szCs w:val="24"/>
              </w:rPr>
              <w:t>Short Description of the Event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094F87" w14:textId="77777777" w:rsidR="00402178" w:rsidRPr="00402178" w:rsidRDefault="00402178" w:rsidP="00402178">
            <w:pPr>
              <w:spacing w:after="0" w:line="240" w:lineRule="auto"/>
              <w:rPr>
                <w:rFonts w:ascii="Times New Roman" w:eastAsia="Times New Roman" w:hAnsi="Times New Roman" w:cs="Times New Roman"/>
                <w:szCs w:val="24"/>
              </w:rPr>
            </w:pPr>
          </w:p>
          <w:p w14:paraId="5D3CAFC1" w14:textId="77777777" w:rsidR="00402178" w:rsidRPr="00402178" w:rsidRDefault="00402178" w:rsidP="00402178">
            <w:pPr>
              <w:spacing w:after="0" w:line="480" w:lineRule="auto"/>
              <w:rPr>
                <w:rFonts w:ascii="Times New Roman" w:eastAsia="Times New Roman" w:hAnsi="Times New Roman" w:cs="Times New Roman"/>
                <w:szCs w:val="24"/>
              </w:rPr>
            </w:pPr>
            <w:proofErr w:type="spellStart"/>
            <w:r w:rsidRPr="00402178">
              <w:rPr>
                <w:rFonts w:ascii="Times New Roman" w:eastAsia="Times New Roman" w:hAnsi="Times New Roman" w:cs="Times New Roman"/>
                <w:color w:val="222222"/>
                <w:szCs w:val="24"/>
                <w:shd w:val="clear" w:color="auto" w:fill="FFFFFF"/>
              </w:rPr>
              <w:t>QuestCON</w:t>
            </w:r>
            <w:proofErr w:type="spellEnd"/>
            <w:r w:rsidRPr="00402178">
              <w:rPr>
                <w:rFonts w:ascii="Times New Roman" w:eastAsia="Times New Roman" w:hAnsi="Times New Roman" w:cs="Times New Roman"/>
                <w:color w:val="222222"/>
                <w:szCs w:val="24"/>
                <w:shd w:val="clear" w:color="auto" w:fill="FFFFFF"/>
              </w:rPr>
              <w:t xml:space="preserve"> CTF </w:t>
            </w:r>
            <w:proofErr w:type="spellStart"/>
            <w:r w:rsidRPr="00402178">
              <w:rPr>
                <w:rFonts w:ascii="Times New Roman" w:eastAsia="Times New Roman" w:hAnsi="Times New Roman" w:cs="Times New Roman"/>
                <w:color w:val="222222"/>
                <w:szCs w:val="24"/>
                <w:shd w:val="clear" w:color="auto" w:fill="FFFFFF"/>
              </w:rPr>
              <w:t>organised</w:t>
            </w:r>
            <w:proofErr w:type="spellEnd"/>
            <w:r w:rsidRPr="00402178">
              <w:rPr>
                <w:rFonts w:ascii="Times New Roman" w:eastAsia="Times New Roman" w:hAnsi="Times New Roman" w:cs="Times New Roman"/>
                <w:color w:val="222222"/>
                <w:szCs w:val="24"/>
                <w:shd w:val="clear" w:color="auto" w:fill="FFFFFF"/>
              </w:rPr>
              <w:t xml:space="preserve"> by OWASP PCCOE Pune</w:t>
            </w:r>
          </w:p>
          <w:p w14:paraId="7C2F646A" w14:textId="77777777" w:rsidR="00402178" w:rsidRPr="00402178" w:rsidRDefault="00402178" w:rsidP="00402178">
            <w:pPr>
              <w:spacing w:after="0" w:line="240" w:lineRule="auto"/>
              <w:rPr>
                <w:rFonts w:ascii="Times New Roman" w:eastAsia="Times New Roman" w:hAnsi="Times New Roman" w:cs="Times New Roman"/>
                <w:szCs w:val="24"/>
              </w:rPr>
            </w:pPr>
          </w:p>
        </w:tc>
      </w:tr>
    </w:tbl>
    <w:p w14:paraId="6310EC94" w14:textId="14AE9978" w:rsidR="00402178" w:rsidRDefault="00402178" w:rsidP="00402178">
      <w:pPr>
        <w:rPr>
          <w:b/>
          <w:bCs/>
          <w:noProof/>
          <w:color w:val="0080FF"/>
          <w:sz w:val="96"/>
          <w:szCs w:val="96"/>
        </w:rPr>
      </w:pPr>
      <w:r>
        <w:rPr>
          <w:b/>
          <w:bCs/>
          <w:noProof/>
          <w:color w:val="0080FF"/>
          <w:sz w:val="96"/>
          <w:szCs w:val="96"/>
        </w:rPr>
        <w:drawing>
          <wp:inline distT="0" distB="0" distL="0" distR="0" wp14:anchorId="5991D94E" wp14:editId="2BFF64E3">
            <wp:extent cx="5038725" cy="2628900"/>
            <wp:effectExtent l="0" t="0" r="952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38725" cy="2628900"/>
                    </a:xfrm>
                    <a:prstGeom prst="rect">
                      <a:avLst/>
                    </a:prstGeom>
                    <a:noFill/>
                    <a:ln>
                      <a:noFill/>
                    </a:ln>
                  </pic:spPr>
                </pic:pic>
              </a:graphicData>
            </a:graphic>
          </wp:inline>
        </w:drawing>
      </w:r>
    </w:p>
    <w:p w14:paraId="21AF4B91" w14:textId="0655D392" w:rsidR="00402178" w:rsidRDefault="00402178">
      <w:pPr>
        <w:rPr>
          <w:b/>
          <w:bCs/>
          <w:noProof/>
          <w:color w:val="0080FF"/>
          <w:sz w:val="96"/>
          <w:szCs w:val="96"/>
        </w:rPr>
      </w:pPr>
    </w:p>
    <w:p w14:paraId="195FFC2E" w14:textId="199D922C" w:rsidR="00EA0686" w:rsidRPr="00EA0686" w:rsidRDefault="00EA0686" w:rsidP="00EA0686">
      <w:pPr>
        <w:spacing w:before="100" w:beforeAutospacing="1" w:after="100" w:afterAutospacing="1" w:line="240" w:lineRule="auto"/>
        <w:rPr>
          <w:rFonts w:ascii="Times New Roman" w:eastAsia="Times New Roman" w:hAnsi="Times New Roman" w:cs="Times New Roman"/>
          <w:szCs w:val="24"/>
        </w:rPr>
      </w:pPr>
      <w:r w:rsidRPr="00EA0686">
        <w:rPr>
          <w:rFonts w:ascii="Times New Roman" w:eastAsia="Times New Roman" w:hAnsi="Times New Roman" w:cs="Times New Roman"/>
          <w:noProof/>
          <w:szCs w:val="24"/>
        </w:rPr>
        <w:drawing>
          <wp:inline distT="0" distB="0" distL="0" distR="0" wp14:anchorId="4BF53786" wp14:editId="36B2BE99">
            <wp:extent cx="4752975" cy="2219325"/>
            <wp:effectExtent l="0" t="0" r="9525"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52975" cy="2219325"/>
                    </a:xfrm>
                    <a:prstGeom prst="rect">
                      <a:avLst/>
                    </a:prstGeom>
                    <a:noFill/>
                    <a:ln>
                      <a:noFill/>
                    </a:ln>
                  </pic:spPr>
                </pic:pic>
              </a:graphicData>
            </a:graphic>
          </wp:inline>
        </w:drawing>
      </w:r>
    </w:p>
    <w:p w14:paraId="4AFB4137" w14:textId="26F9BAB0" w:rsidR="00EA0686" w:rsidRPr="00EA0686" w:rsidRDefault="00EA0686" w:rsidP="00EA0686">
      <w:pPr>
        <w:spacing w:before="100" w:beforeAutospacing="1" w:after="100" w:afterAutospacing="1" w:line="240" w:lineRule="auto"/>
        <w:rPr>
          <w:rFonts w:ascii="Times New Roman" w:eastAsia="Times New Roman" w:hAnsi="Times New Roman" w:cs="Times New Roman"/>
          <w:szCs w:val="24"/>
        </w:rPr>
      </w:pPr>
      <w:r w:rsidRPr="00EA0686">
        <w:rPr>
          <w:rFonts w:ascii="Times New Roman" w:eastAsia="Times New Roman" w:hAnsi="Times New Roman" w:cs="Times New Roman"/>
          <w:noProof/>
          <w:szCs w:val="24"/>
        </w:rPr>
        <w:lastRenderedPageBreak/>
        <w:drawing>
          <wp:inline distT="0" distB="0" distL="0" distR="0" wp14:anchorId="5C08719B" wp14:editId="67F766EA">
            <wp:extent cx="5448300" cy="41148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48300" cy="4114800"/>
                    </a:xfrm>
                    <a:prstGeom prst="rect">
                      <a:avLst/>
                    </a:prstGeom>
                    <a:noFill/>
                    <a:ln>
                      <a:noFill/>
                    </a:ln>
                  </pic:spPr>
                </pic:pic>
              </a:graphicData>
            </a:graphic>
          </wp:inline>
        </w:drawing>
      </w:r>
    </w:p>
    <w:p w14:paraId="2371170A" w14:textId="6561C12B" w:rsidR="00402178" w:rsidRDefault="00EA0686">
      <w:pPr>
        <w:rPr>
          <w:b/>
          <w:bCs/>
          <w:noProof/>
          <w:color w:val="000000" w:themeColor="text1"/>
          <w:sz w:val="36"/>
          <w:szCs w:val="36"/>
        </w:rPr>
      </w:pPr>
      <w:r>
        <w:rPr>
          <w:b/>
          <w:bCs/>
          <w:noProof/>
          <w:color w:val="000000" w:themeColor="text1"/>
          <w:sz w:val="36"/>
          <w:szCs w:val="36"/>
        </w:rPr>
        <w:t xml:space="preserve"> </w:t>
      </w:r>
      <w:r w:rsidRPr="00EA0686">
        <w:rPr>
          <w:b/>
          <w:bCs/>
          <w:noProof/>
          <w:color w:val="000000" w:themeColor="text1"/>
          <w:sz w:val="36"/>
          <w:szCs w:val="36"/>
        </w:rPr>
        <w:t>CSE(AI&amp;ML) Won Vishwakarandak 2025 at</w:t>
      </w:r>
      <w:r>
        <w:rPr>
          <w:b/>
          <w:bCs/>
          <w:noProof/>
          <w:color w:val="000000" w:themeColor="text1"/>
          <w:sz w:val="36"/>
          <w:szCs w:val="36"/>
        </w:rPr>
        <w:t xml:space="preserve"> </w:t>
      </w:r>
      <w:r w:rsidRPr="00EA0686">
        <w:rPr>
          <w:b/>
          <w:bCs/>
          <w:noProof/>
          <w:color w:val="000000" w:themeColor="text1"/>
          <w:sz w:val="36"/>
          <w:szCs w:val="36"/>
        </w:rPr>
        <w:t>VIT,Pune</w:t>
      </w:r>
    </w:p>
    <w:p w14:paraId="723C726C" w14:textId="13FE9757" w:rsidR="006C36E5" w:rsidRDefault="006C36E5">
      <w:pPr>
        <w:rPr>
          <w:b/>
          <w:bCs/>
          <w:noProof/>
          <w:color w:val="000000" w:themeColor="text1"/>
          <w:sz w:val="36"/>
          <w:szCs w:val="36"/>
        </w:rPr>
      </w:pPr>
    </w:p>
    <w:p w14:paraId="2900B30F" w14:textId="1AE200BF" w:rsidR="006C36E5" w:rsidRDefault="006C36E5">
      <w:pPr>
        <w:rPr>
          <w:b/>
          <w:bCs/>
          <w:noProof/>
          <w:color w:val="000000" w:themeColor="text1"/>
          <w:sz w:val="36"/>
          <w:szCs w:val="36"/>
        </w:rPr>
      </w:pPr>
    </w:p>
    <w:p w14:paraId="6B435F00" w14:textId="12A06502" w:rsidR="006C36E5" w:rsidRDefault="006C36E5">
      <w:pPr>
        <w:rPr>
          <w:b/>
          <w:bCs/>
          <w:noProof/>
          <w:color w:val="000000" w:themeColor="text1"/>
          <w:sz w:val="36"/>
          <w:szCs w:val="36"/>
        </w:rPr>
      </w:pPr>
    </w:p>
    <w:p w14:paraId="2E4FC7AF" w14:textId="45AC42C4" w:rsidR="006C36E5" w:rsidRDefault="006C36E5">
      <w:pPr>
        <w:rPr>
          <w:b/>
          <w:bCs/>
          <w:noProof/>
          <w:color w:val="000000" w:themeColor="text1"/>
          <w:sz w:val="36"/>
          <w:szCs w:val="36"/>
        </w:rPr>
      </w:pPr>
    </w:p>
    <w:p w14:paraId="7C8A29E6" w14:textId="5B764E72" w:rsidR="006C36E5" w:rsidRDefault="006C36E5">
      <w:pPr>
        <w:rPr>
          <w:b/>
          <w:bCs/>
          <w:noProof/>
          <w:color w:val="000000" w:themeColor="text1"/>
          <w:sz w:val="36"/>
          <w:szCs w:val="36"/>
        </w:rPr>
      </w:pPr>
    </w:p>
    <w:p w14:paraId="64AC48D9" w14:textId="40739A14" w:rsidR="006C36E5" w:rsidRDefault="006C36E5">
      <w:pPr>
        <w:rPr>
          <w:b/>
          <w:bCs/>
          <w:noProof/>
          <w:color w:val="000000" w:themeColor="text1"/>
          <w:sz w:val="36"/>
          <w:szCs w:val="36"/>
        </w:rPr>
      </w:pPr>
    </w:p>
    <w:p w14:paraId="2DEAC4AA" w14:textId="2287679B" w:rsidR="006C36E5" w:rsidRDefault="006C36E5">
      <w:pPr>
        <w:rPr>
          <w:b/>
          <w:bCs/>
          <w:noProof/>
          <w:color w:val="000000" w:themeColor="text1"/>
          <w:sz w:val="36"/>
          <w:szCs w:val="36"/>
        </w:rPr>
      </w:pPr>
    </w:p>
    <w:p w14:paraId="23267627" w14:textId="77777777" w:rsidR="006C36E5" w:rsidRDefault="006C36E5" w:rsidP="006C36E5">
      <w:pPr>
        <w:shd w:val="clear" w:color="auto" w:fill="548DD4" w:themeFill="text2" w:themeFillTint="99"/>
        <w:rPr>
          <w:b/>
          <w:bCs/>
          <w:noProof/>
          <w:color w:val="000000" w:themeColor="text1"/>
          <w:sz w:val="36"/>
          <w:szCs w:val="36"/>
        </w:rPr>
      </w:pPr>
      <w:r>
        <w:rPr>
          <w:b/>
          <w:bCs/>
          <w:noProof/>
          <w:color w:val="000000" w:themeColor="text1"/>
          <w:sz w:val="36"/>
          <w:szCs w:val="36"/>
        </w:rPr>
        <w:lastRenderedPageBreak/>
        <w:t xml:space="preserve">                                   </w:t>
      </w:r>
    </w:p>
    <w:p w14:paraId="5393A302" w14:textId="6A1B33E3" w:rsidR="006C36E5" w:rsidRDefault="006C36E5" w:rsidP="006C36E5">
      <w:pPr>
        <w:shd w:val="clear" w:color="auto" w:fill="548DD4" w:themeFill="text2" w:themeFillTint="99"/>
        <w:rPr>
          <w:b/>
          <w:bCs/>
          <w:noProof/>
          <w:color w:val="000000" w:themeColor="text1"/>
          <w:sz w:val="36"/>
          <w:szCs w:val="36"/>
        </w:rPr>
      </w:pPr>
      <w:r>
        <w:rPr>
          <w:b/>
          <w:bCs/>
          <w:noProof/>
          <w:color w:val="000000" w:themeColor="text1"/>
          <w:sz w:val="36"/>
          <w:szCs w:val="36"/>
        </w:rPr>
        <w:t xml:space="preserve">                                IEEE CIS Chapter</w:t>
      </w:r>
    </w:p>
    <w:p w14:paraId="44997CBE" w14:textId="3010BFA7" w:rsidR="006C36E5" w:rsidRPr="00B8792D" w:rsidRDefault="006C36E5" w:rsidP="006C36E5">
      <w:pPr>
        <w:shd w:val="clear" w:color="auto" w:fill="548DD4" w:themeFill="text2" w:themeFillTint="99"/>
        <w:rPr>
          <w:b/>
          <w:bCs/>
          <w:noProof/>
          <w:color w:val="0080FF"/>
          <w:sz w:val="40"/>
          <w:szCs w:val="40"/>
        </w:rPr>
      </w:pPr>
      <w:r>
        <w:rPr>
          <w:noProof/>
        </w:rPr>
        <w:drawing>
          <wp:inline distT="0" distB="0" distL="0" distR="0" wp14:anchorId="0D9549A8" wp14:editId="704841F5">
            <wp:extent cx="5486400" cy="19431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1943100"/>
                    </a:xfrm>
                    <a:prstGeom prst="rect">
                      <a:avLst/>
                    </a:prstGeom>
                    <a:noFill/>
                    <a:ln>
                      <a:noFill/>
                    </a:ln>
                  </pic:spPr>
                </pic:pic>
              </a:graphicData>
            </a:graphic>
          </wp:inline>
        </w:drawing>
      </w:r>
    </w:p>
    <w:p w14:paraId="52A76FED" w14:textId="12A36A86" w:rsidR="006C36E5" w:rsidRDefault="006C36E5">
      <w:pPr>
        <w:rPr>
          <w:b/>
          <w:bCs/>
          <w:noProof/>
          <w:color w:val="0080FF"/>
          <w:sz w:val="96"/>
          <w:szCs w:val="96"/>
        </w:rPr>
      </w:pPr>
      <w:r>
        <w:rPr>
          <w:noProof/>
        </w:rPr>
        <w:lastRenderedPageBreak/>
        <w:drawing>
          <wp:inline distT="0" distB="0" distL="0" distR="0" wp14:anchorId="20A464EF" wp14:editId="57FABDF7">
            <wp:extent cx="5486400" cy="19240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1924050"/>
                    </a:xfrm>
                    <a:prstGeom prst="rect">
                      <a:avLst/>
                    </a:prstGeom>
                    <a:noFill/>
                    <a:ln>
                      <a:noFill/>
                    </a:ln>
                  </pic:spPr>
                </pic:pic>
              </a:graphicData>
            </a:graphic>
          </wp:inline>
        </w:drawing>
      </w:r>
      <w:r>
        <w:rPr>
          <w:noProof/>
        </w:rPr>
        <w:drawing>
          <wp:inline distT="0" distB="0" distL="0" distR="0" wp14:anchorId="5DC0DF57" wp14:editId="7396A229">
            <wp:extent cx="5486400" cy="2028825"/>
            <wp:effectExtent l="0" t="0" r="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2028825"/>
                    </a:xfrm>
                    <a:prstGeom prst="rect">
                      <a:avLst/>
                    </a:prstGeom>
                    <a:noFill/>
                    <a:ln>
                      <a:noFill/>
                    </a:ln>
                  </pic:spPr>
                </pic:pic>
              </a:graphicData>
            </a:graphic>
          </wp:inline>
        </w:drawing>
      </w:r>
      <w:r>
        <w:rPr>
          <w:noProof/>
        </w:rPr>
        <w:drawing>
          <wp:inline distT="0" distB="0" distL="0" distR="0" wp14:anchorId="323D1C0E" wp14:editId="2196D682">
            <wp:extent cx="5486400" cy="2181225"/>
            <wp:effectExtent l="0" t="0" r="0"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2181225"/>
                    </a:xfrm>
                    <a:prstGeom prst="rect">
                      <a:avLst/>
                    </a:prstGeom>
                    <a:noFill/>
                    <a:ln>
                      <a:noFill/>
                    </a:ln>
                  </pic:spPr>
                </pic:pic>
              </a:graphicData>
            </a:graphic>
          </wp:inline>
        </w:drawing>
      </w:r>
    </w:p>
    <w:p w14:paraId="6132A58F" w14:textId="5789F3D6" w:rsidR="006C36E5" w:rsidRDefault="006C36E5" w:rsidP="002675E8">
      <w:pPr>
        <w:shd w:val="clear" w:color="auto" w:fill="548DD4" w:themeFill="text2" w:themeFillTint="99"/>
        <w:rPr>
          <w:b/>
          <w:bCs/>
          <w:noProof/>
          <w:color w:val="000000" w:themeColor="text1"/>
          <w:sz w:val="40"/>
          <w:szCs w:val="40"/>
        </w:rPr>
      </w:pPr>
      <w:r>
        <w:rPr>
          <w:b/>
          <w:bCs/>
          <w:noProof/>
          <w:color w:val="000000" w:themeColor="text1"/>
          <w:sz w:val="44"/>
          <w:szCs w:val="44"/>
        </w:rPr>
        <w:t xml:space="preserve">                               </w:t>
      </w:r>
      <w:r w:rsidRPr="006C36E5">
        <w:rPr>
          <w:b/>
          <w:bCs/>
          <w:noProof/>
          <w:color w:val="000000" w:themeColor="text1"/>
          <w:sz w:val="40"/>
          <w:szCs w:val="40"/>
        </w:rPr>
        <w:t>Summary</w:t>
      </w:r>
    </w:p>
    <w:p w14:paraId="625C4D07" w14:textId="0E98C216" w:rsidR="006C36E5" w:rsidRPr="002675E8" w:rsidRDefault="007E5311" w:rsidP="002675E8">
      <w:pPr>
        <w:shd w:val="clear" w:color="auto" w:fill="B8CCE4" w:themeFill="accent1" w:themeFillTint="66"/>
        <w:jc w:val="both"/>
        <w:rPr>
          <w:b/>
          <w:bCs/>
          <w:noProof/>
          <w:color w:val="000000" w:themeColor="text1"/>
          <w:szCs w:val="24"/>
        </w:rPr>
      </w:pPr>
      <w:r w:rsidRPr="002675E8">
        <w:rPr>
          <w:b/>
          <w:bCs/>
          <w:noProof/>
          <w:color w:val="000000" w:themeColor="text1"/>
          <w:szCs w:val="24"/>
        </w:rPr>
        <w:t>CSE(AI&amp;ML) Department started IEEE CIS student chapter at VIT,Pune on 4</w:t>
      </w:r>
      <w:r w:rsidRPr="002675E8">
        <w:rPr>
          <w:b/>
          <w:bCs/>
          <w:noProof/>
          <w:color w:val="000000" w:themeColor="text1"/>
          <w:szCs w:val="24"/>
          <w:vertAlign w:val="superscript"/>
        </w:rPr>
        <w:t>th</w:t>
      </w:r>
      <w:r w:rsidRPr="002675E8">
        <w:rPr>
          <w:b/>
          <w:bCs/>
          <w:noProof/>
          <w:color w:val="000000" w:themeColor="text1"/>
          <w:szCs w:val="24"/>
        </w:rPr>
        <w:t xml:space="preserve"> December 2025.HoD Dr.Premanand Ghadekar Dr.Jyoti Kanjalkar-Secretary IEEE Pune Region along with all faculty members  of CSE(AI&amp;ML) department,Director- Dr Rajesh Jalnekar ,Dr.Amar Buchade,Dr.Jayashree Prasad- chief guest of this event were present for this event.</w:t>
      </w:r>
    </w:p>
    <w:p w14:paraId="5EE2765A" w14:textId="77777777" w:rsidR="006C36E5" w:rsidRDefault="006C36E5">
      <w:pPr>
        <w:rPr>
          <w:b/>
          <w:bCs/>
          <w:noProof/>
          <w:color w:val="0080FF"/>
          <w:sz w:val="96"/>
          <w:szCs w:val="96"/>
        </w:rPr>
      </w:pPr>
    </w:p>
    <w:p w14:paraId="733E6575" w14:textId="30E346AB" w:rsidR="00F95DD4" w:rsidRDefault="004729FF">
      <w:pPr>
        <w:rPr>
          <w:b/>
          <w:bCs/>
          <w:noProof/>
          <w:color w:val="0080FF"/>
          <w:sz w:val="96"/>
          <w:szCs w:val="96"/>
        </w:rPr>
      </w:pPr>
      <w:r w:rsidRPr="00BD416E">
        <w:rPr>
          <w:b/>
          <w:bCs/>
          <w:noProof/>
          <w:color w:val="0080FF"/>
          <w:sz w:val="96"/>
          <w:szCs w:val="96"/>
        </w:rPr>
        <w:drawing>
          <wp:anchor distT="0" distB="0" distL="114300" distR="114300" simplePos="0" relativeHeight="251666432" behindDoc="1" locked="0" layoutInCell="1" allowOverlap="1" wp14:anchorId="50838864" wp14:editId="09913B03">
            <wp:simplePos x="0" y="0"/>
            <wp:positionH relativeFrom="column">
              <wp:posOffset>85725</wp:posOffset>
            </wp:positionH>
            <wp:positionV relativeFrom="paragraph">
              <wp:posOffset>210185</wp:posOffset>
            </wp:positionV>
            <wp:extent cx="1800225" cy="2552700"/>
            <wp:effectExtent l="0" t="0" r="9525" b="0"/>
            <wp:wrapTight wrapText="bothSides">
              <wp:wrapPolygon edited="0">
                <wp:start x="0" y="0"/>
                <wp:lineTo x="0" y="21439"/>
                <wp:lineTo x="21486" y="21439"/>
                <wp:lineTo x="21486"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0225"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8BFFF4" w14:textId="0D902221" w:rsidR="00911534" w:rsidRDefault="00911534"/>
    <w:p w14:paraId="285B7E38" w14:textId="77777777" w:rsidR="00911534" w:rsidRDefault="00911534"/>
    <w:p w14:paraId="550C8591" w14:textId="77777777" w:rsidR="00911534" w:rsidRDefault="00911534"/>
    <w:p w14:paraId="5141369B" w14:textId="7C4E1781" w:rsidR="00911534" w:rsidRDefault="00911534"/>
    <w:p w14:paraId="5AE8A2BA" w14:textId="737F99BA" w:rsidR="00911534" w:rsidRDefault="00911534"/>
    <w:p w14:paraId="0139741A" w14:textId="1427C2EB" w:rsidR="00911534" w:rsidRDefault="00911534"/>
    <w:p w14:paraId="059740EE" w14:textId="565A38FD" w:rsidR="00911534" w:rsidRPr="006E0507" w:rsidRDefault="00911534" w:rsidP="00911534">
      <w:pPr>
        <w:shd w:val="clear" w:color="auto" w:fill="DAEEF3" w:themeFill="accent5" w:themeFillTint="33"/>
        <w:rPr>
          <w:rFonts w:ascii="Times New Roman" w:hAnsi="Times New Roman" w:cs="Times New Roman"/>
          <w:b/>
          <w:bCs/>
          <w:sz w:val="52"/>
          <w:szCs w:val="52"/>
        </w:rPr>
      </w:pPr>
      <w:r>
        <w:rPr>
          <w:rFonts w:ascii="Times New Roman" w:hAnsi="Times New Roman" w:cs="Times New Roman"/>
          <w:b/>
          <w:bCs/>
          <w:sz w:val="52"/>
          <w:szCs w:val="52"/>
        </w:rPr>
        <w:t xml:space="preserve"> </w:t>
      </w:r>
      <w:r w:rsidR="00C630FB">
        <w:rPr>
          <w:rFonts w:ascii="Times New Roman" w:hAnsi="Times New Roman" w:cs="Times New Roman"/>
          <w:b/>
          <w:bCs/>
          <w:sz w:val="52"/>
          <w:szCs w:val="52"/>
        </w:rPr>
        <w:t xml:space="preserve">      </w:t>
      </w:r>
      <w:r w:rsidRPr="00911534">
        <w:rPr>
          <w:rFonts w:ascii="Times New Roman" w:hAnsi="Times New Roman" w:cs="Times New Roman"/>
          <w:b/>
          <w:bCs/>
          <w:sz w:val="56"/>
          <w:szCs w:val="56"/>
        </w:rPr>
        <w:t>CONFERENCE-ICSCAI</w:t>
      </w:r>
      <w:r w:rsidR="00E24CF5">
        <w:rPr>
          <w:rFonts w:ascii="Times New Roman" w:hAnsi="Times New Roman" w:cs="Times New Roman"/>
          <w:b/>
          <w:bCs/>
          <w:sz w:val="56"/>
          <w:szCs w:val="56"/>
        </w:rPr>
        <w:t xml:space="preserve"> </w:t>
      </w:r>
      <w:r w:rsidRPr="00911534">
        <w:rPr>
          <w:rFonts w:ascii="Times New Roman" w:hAnsi="Times New Roman" w:cs="Times New Roman"/>
          <w:b/>
          <w:bCs/>
          <w:sz w:val="56"/>
          <w:szCs w:val="56"/>
        </w:rPr>
        <w:t>2025</w:t>
      </w:r>
    </w:p>
    <w:p w14:paraId="53D3ADAB" w14:textId="77777777" w:rsidR="00B8792D" w:rsidRDefault="00B8792D" w:rsidP="00C630FB">
      <w:pPr>
        <w:spacing w:before="100" w:beforeAutospacing="1" w:after="100" w:afterAutospacing="1" w:line="240" w:lineRule="auto"/>
        <w:rPr>
          <w:rFonts w:ascii="Times New Roman" w:eastAsia="Times New Roman" w:hAnsi="Times New Roman" w:cs="Times New Roman"/>
          <w:noProof/>
          <w:szCs w:val="24"/>
        </w:rPr>
      </w:pPr>
    </w:p>
    <w:p w14:paraId="5AFEC2AA" w14:textId="77777777" w:rsidR="00B8792D" w:rsidRDefault="00B8792D" w:rsidP="00C630FB">
      <w:pPr>
        <w:spacing w:before="100" w:beforeAutospacing="1" w:after="100" w:afterAutospacing="1" w:line="240" w:lineRule="auto"/>
        <w:rPr>
          <w:rFonts w:ascii="Times New Roman" w:eastAsia="Times New Roman" w:hAnsi="Times New Roman" w:cs="Times New Roman"/>
          <w:noProof/>
          <w:szCs w:val="24"/>
        </w:rPr>
      </w:pPr>
    </w:p>
    <w:p w14:paraId="6FF81D5A" w14:textId="77777777" w:rsidR="00B8792D" w:rsidRDefault="00B8792D" w:rsidP="00C630FB">
      <w:pPr>
        <w:spacing w:before="100" w:beforeAutospacing="1" w:after="100" w:afterAutospacing="1" w:line="240" w:lineRule="auto"/>
        <w:rPr>
          <w:rFonts w:ascii="Times New Roman" w:eastAsia="Times New Roman" w:hAnsi="Times New Roman" w:cs="Times New Roman"/>
          <w:noProof/>
          <w:szCs w:val="24"/>
        </w:rPr>
      </w:pPr>
    </w:p>
    <w:p w14:paraId="2ECE0A4F" w14:textId="7A7EDD2E" w:rsidR="00C630FB" w:rsidRPr="00C630FB" w:rsidRDefault="00C630FB" w:rsidP="00C630FB">
      <w:pPr>
        <w:spacing w:before="100" w:beforeAutospacing="1" w:after="100" w:afterAutospacing="1" w:line="240" w:lineRule="auto"/>
        <w:rPr>
          <w:rFonts w:ascii="Times New Roman" w:eastAsia="Times New Roman" w:hAnsi="Times New Roman" w:cs="Times New Roman"/>
          <w:szCs w:val="24"/>
        </w:rPr>
      </w:pPr>
      <w:r w:rsidRPr="00C630FB">
        <w:rPr>
          <w:rFonts w:ascii="Times New Roman" w:eastAsia="Times New Roman" w:hAnsi="Times New Roman" w:cs="Times New Roman"/>
          <w:noProof/>
          <w:szCs w:val="24"/>
        </w:rPr>
        <w:lastRenderedPageBreak/>
        <w:drawing>
          <wp:inline distT="0" distB="0" distL="0" distR="0" wp14:anchorId="0345FB80" wp14:editId="6B37F72D">
            <wp:extent cx="5485769" cy="3807502"/>
            <wp:effectExtent l="0" t="0" r="635"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7459" cy="3808675"/>
                    </a:xfrm>
                    <a:prstGeom prst="rect">
                      <a:avLst/>
                    </a:prstGeom>
                    <a:noFill/>
                    <a:ln>
                      <a:noFill/>
                    </a:ln>
                  </pic:spPr>
                </pic:pic>
              </a:graphicData>
            </a:graphic>
          </wp:inline>
        </w:drawing>
      </w:r>
    </w:p>
    <w:p w14:paraId="2BCD04B9" w14:textId="1E370B5B" w:rsidR="00C630FB" w:rsidRPr="00C630FB" w:rsidRDefault="00C630FB" w:rsidP="00C630FB">
      <w:pPr>
        <w:spacing w:before="100" w:beforeAutospacing="1" w:after="100" w:afterAutospacing="1" w:line="240" w:lineRule="auto"/>
        <w:rPr>
          <w:rFonts w:ascii="Times New Roman" w:eastAsia="Times New Roman" w:hAnsi="Times New Roman" w:cs="Times New Roman"/>
          <w:szCs w:val="24"/>
        </w:rPr>
      </w:pPr>
      <w:r w:rsidRPr="00C630FB">
        <w:rPr>
          <w:rFonts w:ascii="Times New Roman" w:eastAsia="Times New Roman" w:hAnsi="Times New Roman" w:cs="Times New Roman"/>
          <w:noProof/>
          <w:szCs w:val="24"/>
        </w:rPr>
        <w:drawing>
          <wp:inline distT="0" distB="0" distL="0" distR="0" wp14:anchorId="7FC46113" wp14:editId="4C7432D8">
            <wp:extent cx="5486400" cy="232347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7071" cy="2323759"/>
                    </a:xfrm>
                    <a:prstGeom prst="rect">
                      <a:avLst/>
                    </a:prstGeom>
                    <a:noFill/>
                    <a:ln>
                      <a:noFill/>
                    </a:ln>
                  </pic:spPr>
                </pic:pic>
              </a:graphicData>
            </a:graphic>
          </wp:inline>
        </w:drawing>
      </w:r>
    </w:p>
    <w:p w14:paraId="32EFA6C2" w14:textId="479B241F" w:rsidR="00C630FB" w:rsidRPr="00C630FB" w:rsidRDefault="00C630FB" w:rsidP="00C630FB">
      <w:pPr>
        <w:spacing w:before="100" w:beforeAutospacing="1" w:after="100" w:afterAutospacing="1" w:line="240" w:lineRule="auto"/>
        <w:rPr>
          <w:rFonts w:ascii="Times New Roman" w:eastAsia="Times New Roman" w:hAnsi="Times New Roman" w:cs="Times New Roman"/>
          <w:szCs w:val="24"/>
        </w:rPr>
      </w:pPr>
      <w:r w:rsidRPr="00C630FB">
        <w:rPr>
          <w:rFonts w:ascii="Times New Roman" w:eastAsia="Times New Roman" w:hAnsi="Times New Roman" w:cs="Times New Roman"/>
          <w:noProof/>
          <w:szCs w:val="24"/>
        </w:rPr>
        <w:drawing>
          <wp:inline distT="0" distB="0" distL="0" distR="0" wp14:anchorId="5947CF7C" wp14:editId="76BF6EE3">
            <wp:extent cx="5486400" cy="1573967"/>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9018" cy="1574718"/>
                    </a:xfrm>
                    <a:prstGeom prst="rect">
                      <a:avLst/>
                    </a:prstGeom>
                    <a:noFill/>
                    <a:ln>
                      <a:noFill/>
                    </a:ln>
                  </pic:spPr>
                </pic:pic>
              </a:graphicData>
            </a:graphic>
          </wp:inline>
        </w:drawing>
      </w:r>
    </w:p>
    <w:p w14:paraId="57633AAE" w14:textId="4915A680" w:rsidR="004729FF" w:rsidRPr="00C630FB" w:rsidRDefault="00C630FB" w:rsidP="00C630FB">
      <w:pPr>
        <w:spacing w:before="100" w:beforeAutospacing="1" w:after="100" w:afterAutospacing="1" w:line="240" w:lineRule="auto"/>
        <w:rPr>
          <w:rFonts w:ascii="Times New Roman" w:eastAsia="Times New Roman" w:hAnsi="Times New Roman" w:cs="Times New Roman"/>
          <w:szCs w:val="24"/>
        </w:rPr>
      </w:pPr>
      <w:r w:rsidRPr="00C630FB">
        <w:rPr>
          <w:rFonts w:ascii="Times New Roman" w:eastAsia="Times New Roman" w:hAnsi="Times New Roman" w:cs="Times New Roman"/>
          <w:noProof/>
          <w:szCs w:val="24"/>
        </w:rPr>
        <w:lastRenderedPageBreak/>
        <w:drawing>
          <wp:inline distT="0" distB="0" distL="0" distR="0" wp14:anchorId="15F39916" wp14:editId="0849CFA6">
            <wp:extent cx="5486400" cy="24288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2428875"/>
                    </a:xfrm>
                    <a:prstGeom prst="rect">
                      <a:avLst/>
                    </a:prstGeom>
                    <a:noFill/>
                    <a:ln>
                      <a:noFill/>
                    </a:ln>
                  </pic:spPr>
                </pic:pic>
              </a:graphicData>
            </a:graphic>
          </wp:inline>
        </w:drawing>
      </w:r>
    </w:p>
    <w:p w14:paraId="6837780F" w14:textId="77777777" w:rsidR="004729FF" w:rsidRDefault="00984B5B" w:rsidP="00C35096">
      <w:pPr>
        <w:shd w:val="clear" w:color="auto" w:fill="B8CCE4" w:themeFill="accent1" w:themeFillTint="66"/>
        <w:rPr>
          <w:rFonts w:ascii="Times New Roman" w:hAnsi="Times New Roman" w:cs="Times New Roman"/>
          <w:b/>
          <w:bCs/>
          <w:sz w:val="32"/>
          <w:szCs w:val="28"/>
        </w:rPr>
      </w:pPr>
      <w:r w:rsidRPr="00984B5B">
        <w:rPr>
          <w:rFonts w:ascii="Times New Roman" w:hAnsi="Times New Roman" w:cs="Times New Roman"/>
          <w:b/>
          <w:bCs/>
          <w:sz w:val="32"/>
          <w:szCs w:val="28"/>
        </w:rPr>
        <w:t xml:space="preserve">               </w:t>
      </w:r>
    </w:p>
    <w:p w14:paraId="546D710F" w14:textId="5DB0C443" w:rsidR="00911534" w:rsidRPr="00984B5B" w:rsidRDefault="004729FF" w:rsidP="00C35096">
      <w:pPr>
        <w:shd w:val="clear" w:color="auto" w:fill="B8CCE4" w:themeFill="accent1" w:themeFillTint="66"/>
        <w:rPr>
          <w:rFonts w:ascii="Times New Roman" w:hAnsi="Times New Roman" w:cs="Times New Roman"/>
          <w:b/>
          <w:bCs/>
          <w:sz w:val="32"/>
          <w:szCs w:val="28"/>
        </w:rPr>
      </w:pPr>
      <w:r>
        <w:rPr>
          <w:rFonts w:ascii="Times New Roman" w:hAnsi="Times New Roman" w:cs="Times New Roman"/>
          <w:b/>
          <w:bCs/>
          <w:sz w:val="32"/>
          <w:szCs w:val="28"/>
        </w:rPr>
        <w:t xml:space="preserve">      </w:t>
      </w:r>
      <w:r w:rsidR="00C630FB" w:rsidRPr="00984B5B">
        <w:rPr>
          <w:rFonts w:ascii="Times New Roman" w:hAnsi="Times New Roman" w:cs="Times New Roman"/>
          <w:b/>
          <w:bCs/>
          <w:sz w:val="32"/>
          <w:szCs w:val="28"/>
        </w:rPr>
        <w:t xml:space="preserve">EVENT-CONFERENCE-ICSCAI </w:t>
      </w:r>
      <w:r w:rsidR="00046FC5">
        <w:rPr>
          <w:rFonts w:ascii="Times New Roman" w:hAnsi="Times New Roman" w:cs="Times New Roman"/>
          <w:b/>
          <w:bCs/>
          <w:sz w:val="32"/>
          <w:szCs w:val="28"/>
        </w:rPr>
        <w:t xml:space="preserve">JULY </w:t>
      </w:r>
      <w:r w:rsidR="00C630FB" w:rsidRPr="00984B5B">
        <w:rPr>
          <w:rFonts w:ascii="Times New Roman" w:hAnsi="Times New Roman" w:cs="Times New Roman"/>
          <w:b/>
          <w:bCs/>
          <w:sz w:val="32"/>
          <w:szCs w:val="28"/>
        </w:rPr>
        <w:t>2025</w:t>
      </w:r>
    </w:p>
    <w:p w14:paraId="2E974A0F" w14:textId="4DF6A8DC" w:rsidR="00C630FB" w:rsidRDefault="00C630FB" w:rsidP="00C35096">
      <w:pPr>
        <w:shd w:val="clear" w:color="auto" w:fill="B8CCE4" w:themeFill="accent1" w:themeFillTint="66"/>
        <w:rPr>
          <w:b/>
          <w:bCs/>
          <w:sz w:val="28"/>
          <w:szCs w:val="24"/>
        </w:rPr>
      </w:pPr>
      <w:r>
        <w:t xml:space="preserve"> </w:t>
      </w:r>
      <w:r w:rsidR="00984B5B">
        <w:t xml:space="preserve">                       </w:t>
      </w:r>
      <w:r>
        <w:t xml:space="preserve"> </w:t>
      </w:r>
      <w:r w:rsidR="00984B5B">
        <w:t xml:space="preserve">       </w:t>
      </w:r>
      <w:r w:rsidRPr="00046FC5">
        <w:rPr>
          <w:b/>
          <w:bCs/>
          <w:sz w:val="28"/>
          <w:szCs w:val="24"/>
        </w:rPr>
        <w:t>VENUE-CSE(AI&amp;ML</w:t>
      </w:r>
      <w:proofErr w:type="gramStart"/>
      <w:r w:rsidRPr="00046FC5">
        <w:rPr>
          <w:b/>
          <w:bCs/>
          <w:sz w:val="28"/>
          <w:szCs w:val="24"/>
        </w:rPr>
        <w:t>) ,</w:t>
      </w:r>
      <w:proofErr w:type="gramEnd"/>
      <w:r w:rsidR="00984B5B" w:rsidRPr="00046FC5">
        <w:rPr>
          <w:b/>
          <w:bCs/>
          <w:sz w:val="28"/>
          <w:szCs w:val="24"/>
        </w:rPr>
        <w:t xml:space="preserve"> </w:t>
      </w:r>
      <w:r w:rsidRPr="00046FC5">
        <w:rPr>
          <w:b/>
          <w:bCs/>
          <w:sz w:val="28"/>
          <w:szCs w:val="24"/>
        </w:rPr>
        <w:t>VIT,PUNE</w:t>
      </w:r>
      <w:r w:rsidR="002A3813">
        <w:rPr>
          <w:b/>
          <w:bCs/>
          <w:sz w:val="28"/>
          <w:szCs w:val="24"/>
        </w:rPr>
        <w:t>.</w:t>
      </w:r>
    </w:p>
    <w:p w14:paraId="0AB8E72D" w14:textId="1C27CC2B" w:rsidR="002A3813" w:rsidRPr="002A3813" w:rsidRDefault="002A3813" w:rsidP="003B019C">
      <w:pPr>
        <w:shd w:val="clear" w:color="auto" w:fill="DAEEF3" w:themeFill="accent5" w:themeFillTint="33"/>
        <w:jc w:val="both"/>
        <w:rPr>
          <w:rFonts w:ascii="Times New Roman" w:hAnsi="Times New Roman" w:cs="Times New Roman"/>
          <w:b/>
          <w:bCs/>
          <w:sz w:val="28"/>
          <w:szCs w:val="24"/>
        </w:rPr>
      </w:pPr>
      <w:r w:rsidRPr="00C35096">
        <w:rPr>
          <w:rFonts w:ascii="Times New Roman" w:hAnsi="Times New Roman" w:cs="Times New Roman"/>
          <w:color w:val="500050"/>
          <w:shd w:val="clear" w:color="auto" w:fill="DAEEF3" w:themeFill="accent5" w:themeFillTint="33"/>
        </w:rPr>
        <w:t>VIT Pune Successfully Hosts </w:t>
      </w:r>
      <w:r w:rsidRPr="00C35096">
        <w:rPr>
          <w:rStyle w:val="il"/>
          <w:rFonts w:ascii="Times New Roman" w:hAnsi="Times New Roman" w:cs="Times New Roman"/>
          <w:color w:val="500050"/>
          <w:shd w:val="clear" w:color="auto" w:fill="DAEEF3" w:themeFill="accent5" w:themeFillTint="33"/>
        </w:rPr>
        <w:t>ICSCAI</w:t>
      </w:r>
      <w:r w:rsidRPr="00C35096">
        <w:rPr>
          <w:rFonts w:ascii="Times New Roman" w:hAnsi="Times New Roman" w:cs="Times New Roman"/>
          <w:color w:val="500050"/>
          <w:shd w:val="clear" w:color="auto" w:fill="DAEEF3" w:themeFill="accent5" w:themeFillTint="33"/>
        </w:rPr>
        <w:t> 2025! </w:t>
      </w:r>
      <w:r w:rsidRPr="00C35096">
        <w:rPr>
          <w:rFonts w:ascii="Times New Roman" w:hAnsi="Times New Roman" w:cs="Times New Roman"/>
          <w:noProof/>
          <w:color w:val="500050"/>
          <w:shd w:val="clear" w:color="auto" w:fill="DAEEF3" w:themeFill="accent5" w:themeFillTint="33"/>
        </w:rPr>
        <w:drawing>
          <wp:inline distT="0" distB="0" distL="0" distR="0" wp14:anchorId="575225B4" wp14:editId="13ABC09C">
            <wp:extent cx="304800" cy="304800"/>
            <wp:effectExtent l="0" t="0" r="0" b="0"/>
            <wp:docPr id="133" name="Picture 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C35096">
        <w:rPr>
          <w:rFonts w:ascii="Times New Roman" w:hAnsi="Times New Roman" w:cs="Times New Roman"/>
          <w:color w:val="500050"/>
          <w:shd w:val="clear" w:color="auto" w:fill="DAEEF3" w:themeFill="accent5" w:themeFillTint="33"/>
        </w:rPr>
        <w:br/>
        <w:t>We are proud to share that Vishwakarma Institute of Technology, Pune successfully organized the International </w:t>
      </w:r>
      <w:r w:rsidRPr="00C35096">
        <w:rPr>
          <w:rStyle w:val="il"/>
          <w:rFonts w:ascii="Times New Roman" w:hAnsi="Times New Roman" w:cs="Times New Roman"/>
          <w:color w:val="500050"/>
          <w:shd w:val="clear" w:color="auto" w:fill="DAEEF3" w:themeFill="accent5" w:themeFillTint="33"/>
        </w:rPr>
        <w:t>Conference</w:t>
      </w:r>
      <w:r w:rsidRPr="00C35096">
        <w:rPr>
          <w:rFonts w:ascii="Times New Roman" w:hAnsi="Times New Roman" w:cs="Times New Roman"/>
          <w:color w:val="500050"/>
          <w:shd w:val="clear" w:color="auto" w:fill="DAEEF3" w:themeFill="accent5" w:themeFillTint="33"/>
        </w:rPr>
        <w:t> on Smart Computing and Artificial Intelligence (</w:t>
      </w:r>
      <w:r w:rsidRPr="00C35096">
        <w:rPr>
          <w:rStyle w:val="il"/>
          <w:rFonts w:ascii="Times New Roman" w:hAnsi="Times New Roman" w:cs="Times New Roman"/>
          <w:color w:val="500050"/>
          <w:shd w:val="clear" w:color="auto" w:fill="DAEEF3" w:themeFill="accent5" w:themeFillTint="33"/>
        </w:rPr>
        <w:t>ICSCAI</w:t>
      </w:r>
      <w:r w:rsidRPr="00C35096">
        <w:rPr>
          <w:rFonts w:ascii="Times New Roman" w:hAnsi="Times New Roman" w:cs="Times New Roman"/>
          <w:color w:val="500050"/>
          <w:shd w:val="clear" w:color="auto" w:fill="DAEEF3" w:themeFill="accent5" w:themeFillTint="33"/>
        </w:rPr>
        <w:t> 2025) on 15 July and 16 July, 2025.</w:t>
      </w:r>
      <w:r w:rsidRPr="00C35096">
        <w:rPr>
          <w:rFonts w:ascii="Times New Roman" w:hAnsi="Times New Roman" w:cs="Times New Roman"/>
          <w:color w:val="500050"/>
          <w:shd w:val="clear" w:color="auto" w:fill="DAEEF3" w:themeFill="accent5" w:themeFillTint="33"/>
        </w:rPr>
        <w:br/>
        <w:t>The event was jointly organized by the Department of Computer Engineering (Artificial Intelligence) and the Department of Artificial Intelligence &amp; Machine Learning (AIML).</w:t>
      </w:r>
      <w:r w:rsidRPr="00C35096">
        <w:rPr>
          <w:rFonts w:ascii="Times New Roman" w:hAnsi="Times New Roman" w:cs="Times New Roman"/>
          <w:color w:val="500050"/>
          <w:shd w:val="clear" w:color="auto" w:fill="DAEEF3" w:themeFill="accent5" w:themeFillTint="33"/>
        </w:rPr>
        <w:br/>
        <w:t>The </w:t>
      </w:r>
      <w:r w:rsidRPr="00C35096">
        <w:rPr>
          <w:rStyle w:val="il"/>
          <w:rFonts w:ascii="Times New Roman" w:hAnsi="Times New Roman" w:cs="Times New Roman"/>
          <w:color w:val="500050"/>
          <w:shd w:val="clear" w:color="auto" w:fill="DAEEF3" w:themeFill="accent5" w:themeFillTint="33"/>
        </w:rPr>
        <w:t>conference</w:t>
      </w:r>
      <w:r w:rsidRPr="00C35096">
        <w:rPr>
          <w:rFonts w:ascii="Times New Roman" w:hAnsi="Times New Roman" w:cs="Times New Roman"/>
          <w:color w:val="500050"/>
          <w:shd w:val="clear" w:color="auto" w:fill="DAEEF3" w:themeFill="accent5" w:themeFillTint="33"/>
        </w:rPr>
        <w:t> brought together a vibrant community of researchers, students, academicians, and industry professionals to explore the latest trends in Artificial Intelligence, Machine Learning, and Smart Computing through six specialized tracks.</w:t>
      </w:r>
      <w:r w:rsidRPr="00C35096">
        <w:rPr>
          <w:rFonts w:ascii="Times New Roman" w:hAnsi="Times New Roman" w:cs="Times New Roman"/>
          <w:color w:val="500050"/>
          <w:shd w:val="clear" w:color="auto" w:fill="DAEEF3" w:themeFill="accent5" w:themeFillTint="33"/>
        </w:rPr>
        <w:br/>
      </w:r>
      <w:r w:rsidRPr="00C35096">
        <w:rPr>
          <w:rFonts w:ascii="Times New Roman" w:hAnsi="Times New Roman" w:cs="Times New Roman"/>
          <w:color w:val="222222"/>
          <w:shd w:val="clear" w:color="auto" w:fill="DAEEF3" w:themeFill="accent5" w:themeFillTint="33"/>
        </w:rPr>
        <w:t xml:space="preserve">We were honored to welcome Ms. Christine </w:t>
      </w:r>
      <w:proofErr w:type="spellStart"/>
      <w:r w:rsidRPr="00C35096">
        <w:rPr>
          <w:rFonts w:ascii="Times New Roman" w:hAnsi="Times New Roman" w:cs="Times New Roman"/>
          <w:color w:val="222222"/>
          <w:shd w:val="clear" w:color="auto" w:fill="DAEEF3" w:themeFill="accent5" w:themeFillTint="33"/>
        </w:rPr>
        <w:t>Zu</w:t>
      </w:r>
      <w:r w:rsidRPr="004729FF">
        <w:rPr>
          <w:rFonts w:ascii="Times New Roman" w:hAnsi="Times New Roman" w:cs="Times New Roman"/>
          <w:color w:val="222222"/>
          <w:shd w:val="clear" w:color="auto" w:fill="DAEEF3" w:themeFill="accent5" w:themeFillTint="33"/>
        </w:rPr>
        <w:t>zart</w:t>
      </w:r>
      <w:proofErr w:type="spellEnd"/>
      <w:r w:rsidRPr="004729FF">
        <w:rPr>
          <w:rFonts w:ascii="Times New Roman" w:hAnsi="Times New Roman" w:cs="Times New Roman"/>
          <w:color w:val="222222"/>
          <w:shd w:val="clear" w:color="auto" w:fill="DAEEF3" w:themeFill="accent5" w:themeFillTint="33"/>
        </w:rPr>
        <w:t xml:space="preserve"> (HCL) – Chief Guest, Mr. Omprakash </w:t>
      </w:r>
      <w:proofErr w:type="spellStart"/>
      <w:r w:rsidRPr="004729FF">
        <w:rPr>
          <w:rFonts w:ascii="Times New Roman" w:hAnsi="Times New Roman" w:cs="Times New Roman"/>
          <w:color w:val="222222"/>
          <w:shd w:val="clear" w:color="auto" w:fill="DAEEF3" w:themeFill="accent5" w:themeFillTint="33"/>
        </w:rPr>
        <w:t>Tembhurne</w:t>
      </w:r>
      <w:proofErr w:type="spellEnd"/>
      <w:r w:rsidRPr="004729FF">
        <w:rPr>
          <w:rFonts w:ascii="Times New Roman" w:hAnsi="Times New Roman" w:cs="Times New Roman"/>
          <w:color w:val="222222"/>
          <w:shd w:val="clear" w:color="auto" w:fill="DAEEF3" w:themeFill="accent5" w:themeFillTint="33"/>
        </w:rPr>
        <w:t xml:space="preserve"> (Springer Nature) – Guest of Honor, Mr. Niranjan </w:t>
      </w:r>
      <w:proofErr w:type="spellStart"/>
      <w:r w:rsidRPr="004729FF">
        <w:rPr>
          <w:rFonts w:ascii="Times New Roman" w:hAnsi="Times New Roman" w:cs="Times New Roman"/>
          <w:color w:val="222222"/>
          <w:shd w:val="clear" w:color="auto" w:fill="DAEEF3" w:themeFill="accent5" w:themeFillTint="33"/>
        </w:rPr>
        <w:t>Bhurke</w:t>
      </w:r>
      <w:proofErr w:type="spellEnd"/>
      <w:r w:rsidRPr="004729FF">
        <w:rPr>
          <w:rFonts w:ascii="Times New Roman" w:hAnsi="Times New Roman" w:cs="Times New Roman"/>
          <w:color w:val="222222"/>
          <w:shd w:val="clear" w:color="auto" w:fill="DAEEF3" w:themeFill="accent5" w:themeFillTint="33"/>
        </w:rPr>
        <w:t xml:space="preserve"> (Wolters Kluwer) – Special</w:t>
      </w:r>
      <w:r w:rsidR="004A1689">
        <w:rPr>
          <w:rFonts w:ascii="Times New Roman" w:hAnsi="Times New Roman" w:cs="Times New Roman"/>
          <w:color w:val="222222"/>
          <w:shd w:val="clear" w:color="auto" w:fill="DAEEF3" w:themeFill="accent5" w:themeFillTint="33"/>
        </w:rPr>
        <w:t>-</w:t>
      </w:r>
      <w:r w:rsidRPr="004729FF">
        <w:rPr>
          <w:rFonts w:ascii="Times New Roman" w:hAnsi="Times New Roman" w:cs="Times New Roman"/>
          <w:color w:val="222222"/>
          <w:shd w:val="clear" w:color="auto" w:fill="DAEEF3" w:themeFill="accent5" w:themeFillTint="33"/>
        </w:rPr>
        <w:t>Guest.</w:t>
      </w:r>
      <w:r w:rsidRPr="004729FF">
        <w:rPr>
          <w:rFonts w:ascii="Times New Roman" w:hAnsi="Times New Roman" w:cs="Times New Roman"/>
          <w:color w:val="500050"/>
          <w:shd w:val="clear" w:color="auto" w:fill="C6D9F1" w:themeFill="text2" w:themeFillTint="33"/>
        </w:rPr>
        <w:br/>
      </w:r>
    </w:p>
    <w:p w14:paraId="75729384" w14:textId="77777777" w:rsidR="00046FC5" w:rsidRPr="00046FC5" w:rsidRDefault="00046FC5">
      <w:pPr>
        <w:rPr>
          <w:b/>
          <w:bCs/>
          <w:sz w:val="28"/>
          <w:szCs w:val="24"/>
        </w:rPr>
      </w:pPr>
    </w:p>
    <w:p w14:paraId="114E47B4" w14:textId="77777777" w:rsidR="00C630FB" w:rsidRDefault="00C630FB"/>
    <w:p w14:paraId="3E862575" w14:textId="3B57BC1E" w:rsidR="008C171C" w:rsidRDefault="008C171C"/>
    <w:p w14:paraId="2FD890BC" w14:textId="22353ADD" w:rsidR="008C171C" w:rsidRDefault="008C171C"/>
    <w:p w14:paraId="3FF8E30D" w14:textId="77777777" w:rsidR="00B76515" w:rsidRDefault="00B76515" w:rsidP="00B76515">
      <w:pPr>
        <w:shd w:val="clear" w:color="auto" w:fill="4F81BD" w:themeFill="accent1"/>
        <w:spacing w:before="100" w:after="0" w:line="240" w:lineRule="auto"/>
        <w:ind w:left="360" w:right="360" w:firstLine="431"/>
        <w:jc w:val="center"/>
        <w:rPr>
          <w:rFonts w:ascii="Times New Roman" w:eastAsia="Times New Roman" w:hAnsi="Times New Roman" w:cs="Times New Roman"/>
          <w:b/>
          <w:bCs/>
          <w:color w:val="000000"/>
          <w:sz w:val="32"/>
          <w:szCs w:val="32"/>
        </w:rPr>
      </w:pPr>
    </w:p>
    <w:p w14:paraId="48D1D0B1" w14:textId="10F5C7A6" w:rsidR="00B76515" w:rsidRDefault="00B76515" w:rsidP="00B76515">
      <w:pPr>
        <w:shd w:val="clear" w:color="auto" w:fill="4F81BD" w:themeFill="accent1"/>
        <w:spacing w:before="100" w:after="0" w:line="240" w:lineRule="auto"/>
        <w:ind w:left="360" w:right="360" w:firstLine="431"/>
        <w:jc w:val="center"/>
        <w:rPr>
          <w:rFonts w:ascii="Times New Roman" w:eastAsia="Times New Roman" w:hAnsi="Times New Roman" w:cs="Times New Roman"/>
          <w:b/>
          <w:bCs/>
          <w:color w:val="000000"/>
          <w:sz w:val="32"/>
          <w:szCs w:val="32"/>
        </w:rPr>
      </w:pPr>
      <w:r w:rsidRPr="00B76515">
        <w:rPr>
          <w:rFonts w:ascii="Times New Roman" w:eastAsia="Times New Roman" w:hAnsi="Times New Roman" w:cs="Times New Roman"/>
          <w:b/>
          <w:bCs/>
          <w:color w:val="000000"/>
          <w:sz w:val="32"/>
          <w:szCs w:val="32"/>
        </w:rPr>
        <w:t>Faculty Development Program</w:t>
      </w:r>
    </w:p>
    <w:p w14:paraId="0676A71D" w14:textId="77777777" w:rsidR="00B76515" w:rsidRPr="00B76515" w:rsidRDefault="00B76515" w:rsidP="00B76515">
      <w:pPr>
        <w:shd w:val="clear" w:color="auto" w:fill="4F81BD" w:themeFill="accent1"/>
        <w:spacing w:before="100" w:after="0" w:line="240" w:lineRule="auto"/>
        <w:ind w:left="360" w:right="360" w:firstLine="431"/>
        <w:jc w:val="center"/>
        <w:rPr>
          <w:rFonts w:ascii="Times New Roman" w:eastAsia="Times New Roman" w:hAnsi="Times New Roman" w:cs="Times New Roman"/>
          <w:b/>
          <w:bCs/>
          <w:color w:val="000000"/>
          <w:sz w:val="32"/>
          <w:szCs w:val="32"/>
        </w:rPr>
      </w:pPr>
    </w:p>
    <w:p w14:paraId="379D4D36" w14:textId="11E41E29" w:rsidR="00B76515" w:rsidRPr="00B76515" w:rsidRDefault="00B76515" w:rsidP="00B76515">
      <w:pPr>
        <w:spacing w:before="100" w:after="0" w:line="240" w:lineRule="auto"/>
        <w:ind w:left="360" w:right="360" w:firstLine="431"/>
        <w:jc w:val="center"/>
        <w:rPr>
          <w:rFonts w:ascii="Times New Roman" w:eastAsia="Times New Roman" w:hAnsi="Times New Roman" w:cs="Times New Roman"/>
          <w:szCs w:val="24"/>
        </w:rPr>
      </w:pPr>
      <w:r w:rsidRPr="00B76515">
        <w:rPr>
          <w:rFonts w:ascii="Times New Roman" w:eastAsia="Times New Roman" w:hAnsi="Times New Roman" w:cs="Times New Roman"/>
          <w:b/>
          <w:bCs/>
          <w:color w:val="000000"/>
          <w:szCs w:val="24"/>
        </w:rPr>
        <w:t xml:space="preserve"> </w:t>
      </w:r>
    </w:p>
    <w:p w14:paraId="28A7DEEB" w14:textId="13F07C79" w:rsidR="00B76515" w:rsidRPr="00B76515" w:rsidRDefault="00B76515" w:rsidP="00B76515">
      <w:pPr>
        <w:spacing w:before="228" w:after="0" w:line="240" w:lineRule="auto"/>
        <w:ind w:left="360" w:right="360"/>
        <w:jc w:val="center"/>
        <w:rPr>
          <w:rFonts w:ascii="Times New Roman" w:eastAsia="Times New Roman" w:hAnsi="Times New Roman" w:cs="Times New Roman"/>
          <w:szCs w:val="24"/>
        </w:rPr>
      </w:pPr>
      <w:proofErr w:type="spellStart"/>
      <w:proofErr w:type="gramStart"/>
      <w:r>
        <w:rPr>
          <w:rFonts w:ascii="Times New Roman" w:eastAsia="Times New Roman" w:hAnsi="Times New Roman" w:cs="Times New Roman"/>
          <w:b/>
          <w:bCs/>
          <w:color w:val="000000"/>
          <w:szCs w:val="24"/>
        </w:rPr>
        <w:t>Title:</w:t>
      </w:r>
      <w:r w:rsidRPr="00B76515">
        <w:rPr>
          <w:rFonts w:ascii="Times New Roman" w:eastAsia="Times New Roman" w:hAnsi="Times New Roman" w:cs="Times New Roman"/>
          <w:b/>
          <w:bCs/>
          <w:color w:val="000000"/>
          <w:szCs w:val="24"/>
        </w:rPr>
        <w:t>“</w:t>
      </w:r>
      <w:proofErr w:type="gramEnd"/>
      <w:r w:rsidRPr="00B76515">
        <w:rPr>
          <w:rFonts w:ascii="Times New Roman" w:eastAsia="Times New Roman" w:hAnsi="Times New Roman" w:cs="Times New Roman"/>
          <w:b/>
          <w:bCs/>
          <w:color w:val="000000"/>
          <w:szCs w:val="24"/>
        </w:rPr>
        <w:t>Agentic</w:t>
      </w:r>
      <w:proofErr w:type="spellEnd"/>
      <w:r w:rsidRPr="00B76515">
        <w:rPr>
          <w:rFonts w:ascii="Times New Roman" w:eastAsia="Times New Roman" w:hAnsi="Times New Roman" w:cs="Times New Roman"/>
          <w:b/>
          <w:bCs/>
          <w:color w:val="000000"/>
          <w:szCs w:val="24"/>
        </w:rPr>
        <w:t xml:space="preserve"> AI for a Smarter, Adaptive, and Responsible Future”</w:t>
      </w:r>
    </w:p>
    <w:p w14:paraId="4B1FB017" w14:textId="77777777" w:rsidR="00B76515" w:rsidRPr="00B76515" w:rsidRDefault="00B76515" w:rsidP="00B76515">
      <w:pPr>
        <w:spacing w:after="0" w:line="240" w:lineRule="auto"/>
        <w:rPr>
          <w:rFonts w:ascii="Times New Roman" w:eastAsia="Times New Roman" w:hAnsi="Times New Roman" w:cs="Times New Roman"/>
          <w:szCs w:val="24"/>
        </w:rPr>
      </w:pPr>
    </w:p>
    <w:p w14:paraId="19B35094" w14:textId="13ED1F9A" w:rsidR="00B76515" w:rsidRPr="00B76515" w:rsidRDefault="00B76515" w:rsidP="00B76515">
      <w:pPr>
        <w:spacing w:after="0" w:line="240" w:lineRule="auto"/>
        <w:ind w:left="360" w:right="360"/>
        <w:rPr>
          <w:rFonts w:ascii="Times New Roman" w:eastAsia="Times New Roman" w:hAnsi="Times New Roman" w:cs="Times New Roman"/>
          <w:szCs w:val="24"/>
        </w:rPr>
      </w:pPr>
      <w:r>
        <w:rPr>
          <w:rFonts w:ascii="Times New Roman" w:eastAsia="Times New Roman" w:hAnsi="Times New Roman" w:cs="Times New Roman"/>
          <w:b/>
          <w:bCs/>
          <w:color w:val="000000"/>
          <w:szCs w:val="24"/>
        </w:rPr>
        <w:t xml:space="preserve">        </w:t>
      </w:r>
      <w:r w:rsidRPr="00B76515">
        <w:rPr>
          <w:rFonts w:ascii="Times New Roman" w:eastAsia="Times New Roman" w:hAnsi="Times New Roman" w:cs="Times New Roman"/>
          <w:b/>
          <w:bCs/>
          <w:color w:val="000000"/>
          <w:szCs w:val="24"/>
        </w:rPr>
        <w:t xml:space="preserve">Date &amp; Time: </w:t>
      </w:r>
      <w:r w:rsidRPr="00B76515">
        <w:rPr>
          <w:rFonts w:ascii="Times New Roman" w:eastAsia="Times New Roman" w:hAnsi="Times New Roman" w:cs="Times New Roman"/>
          <w:color w:val="212121"/>
          <w:szCs w:val="24"/>
        </w:rPr>
        <w:t>06/10/2025 to 10/10/</w:t>
      </w:r>
      <w:proofErr w:type="gramStart"/>
      <w:r w:rsidRPr="00B76515">
        <w:rPr>
          <w:rFonts w:ascii="Times New Roman" w:eastAsia="Times New Roman" w:hAnsi="Times New Roman" w:cs="Times New Roman"/>
          <w:color w:val="212121"/>
          <w:szCs w:val="24"/>
        </w:rPr>
        <w:t>2025 ,</w:t>
      </w:r>
      <w:proofErr w:type="gramEnd"/>
      <w:r w:rsidRPr="00B76515">
        <w:rPr>
          <w:rFonts w:ascii="Times New Roman" w:eastAsia="Times New Roman" w:hAnsi="Times New Roman" w:cs="Times New Roman"/>
          <w:color w:val="212121"/>
          <w:szCs w:val="24"/>
        </w:rPr>
        <w:t xml:space="preserve"> Time: 6.00 PM to 9.00 pm</w:t>
      </w:r>
    </w:p>
    <w:p w14:paraId="6F1FFD75" w14:textId="0AE20BD9" w:rsidR="008C171C" w:rsidRDefault="008C171C"/>
    <w:p w14:paraId="2DA1C3F2" w14:textId="23AA68AB" w:rsidR="00B76515" w:rsidRPr="00B76515" w:rsidRDefault="00B76515" w:rsidP="00B76515">
      <w:pPr>
        <w:spacing w:before="1" w:after="0" w:line="240" w:lineRule="auto"/>
        <w:ind w:left="360" w:right="360"/>
        <w:rPr>
          <w:rFonts w:ascii="Times New Roman" w:eastAsia="Times New Roman" w:hAnsi="Times New Roman" w:cs="Times New Roman"/>
          <w:szCs w:val="24"/>
        </w:rPr>
      </w:pPr>
      <w:r>
        <w:rPr>
          <w:rFonts w:ascii="Times New Roman" w:eastAsia="Times New Roman" w:hAnsi="Times New Roman" w:cs="Times New Roman"/>
          <w:b/>
          <w:bCs/>
          <w:color w:val="000000"/>
          <w:szCs w:val="24"/>
        </w:rPr>
        <w:t xml:space="preserve">    </w:t>
      </w:r>
      <w:r w:rsidRPr="00B76515">
        <w:rPr>
          <w:rFonts w:ascii="Times New Roman" w:eastAsia="Times New Roman" w:hAnsi="Times New Roman" w:cs="Times New Roman"/>
          <w:b/>
          <w:bCs/>
          <w:color w:val="000000"/>
          <w:szCs w:val="24"/>
        </w:rPr>
        <w:t>Co-</w:t>
      </w:r>
      <w:proofErr w:type="spellStart"/>
      <w:r w:rsidRPr="00B76515">
        <w:rPr>
          <w:rFonts w:ascii="Times New Roman" w:eastAsia="Times New Roman" w:hAnsi="Times New Roman" w:cs="Times New Roman"/>
          <w:b/>
          <w:bCs/>
          <w:color w:val="000000"/>
          <w:szCs w:val="24"/>
        </w:rPr>
        <w:t>ordinator</w:t>
      </w:r>
      <w:proofErr w:type="spellEnd"/>
      <w:r w:rsidRPr="00B76515">
        <w:rPr>
          <w:rFonts w:ascii="Times New Roman" w:eastAsia="Times New Roman" w:hAnsi="Times New Roman" w:cs="Times New Roman"/>
          <w:b/>
          <w:bCs/>
          <w:color w:val="000000"/>
          <w:szCs w:val="24"/>
        </w:rPr>
        <w:t xml:space="preserve"> for the FDP: </w:t>
      </w:r>
      <w:proofErr w:type="spellStart"/>
      <w:proofErr w:type="gramStart"/>
      <w:r w:rsidRPr="00B76515">
        <w:rPr>
          <w:rFonts w:ascii="Times New Roman" w:eastAsia="Times New Roman" w:hAnsi="Times New Roman" w:cs="Times New Roman"/>
          <w:color w:val="000000"/>
          <w:szCs w:val="24"/>
        </w:rPr>
        <w:t>Dr.Premanand.P</w:t>
      </w:r>
      <w:proofErr w:type="gramEnd"/>
      <w:r w:rsidRPr="00B76515">
        <w:rPr>
          <w:rFonts w:ascii="Times New Roman" w:eastAsia="Times New Roman" w:hAnsi="Times New Roman" w:cs="Times New Roman"/>
          <w:color w:val="000000"/>
          <w:szCs w:val="24"/>
        </w:rPr>
        <w:t>.Ghadekar</w:t>
      </w:r>
      <w:proofErr w:type="spellEnd"/>
      <w:r w:rsidRPr="00B76515">
        <w:rPr>
          <w:rFonts w:ascii="Times New Roman" w:eastAsia="Times New Roman" w:hAnsi="Times New Roman" w:cs="Times New Roman"/>
          <w:b/>
          <w:bCs/>
          <w:color w:val="000000"/>
          <w:szCs w:val="24"/>
        </w:rPr>
        <w:br/>
      </w:r>
      <w:r w:rsidRPr="00B76515">
        <w:rPr>
          <w:rFonts w:ascii="Times New Roman" w:eastAsia="Times New Roman" w:hAnsi="Times New Roman" w:cs="Times New Roman"/>
          <w:color w:val="000000"/>
          <w:szCs w:val="24"/>
        </w:rPr>
        <w:t xml:space="preserve">                                                </w:t>
      </w:r>
      <w:proofErr w:type="spellStart"/>
      <w:r w:rsidRPr="00B76515">
        <w:rPr>
          <w:rFonts w:ascii="Times New Roman" w:eastAsia="Times New Roman" w:hAnsi="Times New Roman" w:cs="Times New Roman"/>
          <w:color w:val="000000"/>
          <w:szCs w:val="24"/>
        </w:rPr>
        <w:t>Dr.Varsha</w:t>
      </w:r>
      <w:proofErr w:type="spellEnd"/>
      <w:r w:rsidRPr="00B76515">
        <w:rPr>
          <w:rFonts w:ascii="Times New Roman" w:eastAsia="Times New Roman" w:hAnsi="Times New Roman" w:cs="Times New Roman"/>
          <w:color w:val="000000"/>
          <w:szCs w:val="24"/>
        </w:rPr>
        <w:t xml:space="preserve"> </w:t>
      </w:r>
      <w:proofErr w:type="spellStart"/>
      <w:r w:rsidRPr="00B76515">
        <w:rPr>
          <w:rFonts w:ascii="Times New Roman" w:eastAsia="Times New Roman" w:hAnsi="Times New Roman" w:cs="Times New Roman"/>
          <w:color w:val="000000"/>
          <w:szCs w:val="24"/>
        </w:rPr>
        <w:t>R.Dange</w:t>
      </w:r>
      <w:proofErr w:type="spellEnd"/>
      <w:r w:rsidRPr="00B76515">
        <w:rPr>
          <w:rFonts w:ascii="Times New Roman" w:eastAsia="Times New Roman" w:hAnsi="Times New Roman" w:cs="Times New Roman"/>
          <w:color w:val="000000"/>
          <w:szCs w:val="24"/>
        </w:rPr>
        <w:br/>
        <w:t xml:space="preserve">                                                </w:t>
      </w:r>
      <w:proofErr w:type="spellStart"/>
      <w:r w:rsidRPr="00B76515">
        <w:rPr>
          <w:rFonts w:ascii="Times New Roman" w:eastAsia="Times New Roman" w:hAnsi="Times New Roman" w:cs="Times New Roman"/>
          <w:color w:val="000000"/>
          <w:szCs w:val="24"/>
        </w:rPr>
        <w:t>Prof.Kalyani</w:t>
      </w:r>
      <w:proofErr w:type="spellEnd"/>
      <w:r w:rsidRPr="00B76515">
        <w:rPr>
          <w:rFonts w:ascii="Times New Roman" w:eastAsia="Times New Roman" w:hAnsi="Times New Roman" w:cs="Times New Roman"/>
          <w:color w:val="000000"/>
          <w:szCs w:val="24"/>
        </w:rPr>
        <w:t xml:space="preserve"> </w:t>
      </w:r>
      <w:proofErr w:type="spellStart"/>
      <w:r w:rsidRPr="00B76515">
        <w:rPr>
          <w:rFonts w:ascii="Times New Roman" w:eastAsia="Times New Roman" w:hAnsi="Times New Roman" w:cs="Times New Roman"/>
          <w:color w:val="000000"/>
          <w:szCs w:val="24"/>
        </w:rPr>
        <w:t>Ghuge</w:t>
      </w:r>
      <w:proofErr w:type="spellEnd"/>
    </w:p>
    <w:p w14:paraId="31E6EC67" w14:textId="77777777" w:rsidR="00B76515" w:rsidRPr="00B76515" w:rsidRDefault="00B76515" w:rsidP="00B76515">
      <w:pPr>
        <w:spacing w:after="0" w:line="240" w:lineRule="auto"/>
        <w:rPr>
          <w:rFonts w:ascii="Times New Roman" w:eastAsia="Times New Roman" w:hAnsi="Times New Roman" w:cs="Times New Roman"/>
          <w:szCs w:val="24"/>
        </w:rPr>
      </w:pPr>
    </w:p>
    <w:p w14:paraId="0307EBB6" w14:textId="0D47B3F3" w:rsidR="00B76515" w:rsidRDefault="00B76515" w:rsidP="00B76515">
      <w:pPr>
        <w:spacing w:after="0" w:line="240" w:lineRule="auto"/>
        <w:ind w:left="360" w:right="360"/>
        <w:rPr>
          <w:rFonts w:ascii="Times New Roman" w:eastAsia="Times New Roman" w:hAnsi="Times New Roman" w:cs="Times New Roman"/>
          <w:color w:val="000000"/>
          <w:szCs w:val="24"/>
        </w:rPr>
      </w:pPr>
      <w:r w:rsidRPr="00B76515">
        <w:rPr>
          <w:rFonts w:ascii="Times New Roman" w:eastAsia="Times New Roman" w:hAnsi="Times New Roman" w:cs="Times New Roman"/>
          <w:color w:val="000000"/>
          <w:szCs w:val="24"/>
        </w:rPr>
        <w:t> </w:t>
      </w:r>
      <w:r>
        <w:rPr>
          <w:rFonts w:ascii="Times New Roman" w:eastAsia="Times New Roman" w:hAnsi="Times New Roman" w:cs="Times New Roman"/>
          <w:color w:val="000000"/>
          <w:szCs w:val="24"/>
        </w:rPr>
        <w:t xml:space="preserve">  </w:t>
      </w:r>
      <w:r w:rsidRPr="00B76515">
        <w:rPr>
          <w:rFonts w:ascii="Times New Roman" w:eastAsia="Times New Roman" w:hAnsi="Times New Roman" w:cs="Times New Roman"/>
          <w:b/>
          <w:bCs/>
          <w:color w:val="000000"/>
          <w:szCs w:val="24"/>
        </w:rPr>
        <w:t>Organizing Team:</w:t>
      </w:r>
      <w:r w:rsidRPr="00B76515">
        <w:rPr>
          <w:rFonts w:ascii="Times New Roman" w:eastAsia="Times New Roman" w:hAnsi="Times New Roman" w:cs="Times New Roman"/>
          <w:color w:val="000000"/>
          <w:szCs w:val="24"/>
        </w:rPr>
        <w:t xml:space="preserve"> </w:t>
      </w:r>
      <w:proofErr w:type="spellStart"/>
      <w:r w:rsidRPr="00B76515">
        <w:rPr>
          <w:rFonts w:ascii="Times New Roman" w:eastAsia="Times New Roman" w:hAnsi="Times New Roman" w:cs="Times New Roman"/>
          <w:color w:val="000000"/>
          <w:szCs w:val="24"/>
        </w:rPr>
        <w:t>Prof.Amruta</w:t>
      </w:r>
      <w:proofErr w:type="spellEnd"/>
      <w:r w:rsidRPr="00B76515">
        <w:rPr>
          <w:rFonts w:ascii="Times New Roman" w:eastAsia="Times New Roman" w:hAnsi="Times New Roman" w:cs="Times New Roman"/>
          <w:color w:val="000000"/>
          <w:szCs w:val="24"/>
        </w:rPr>
        <w:t xml:space="preserve"> </w:t>
      </w:r>
      <w:proofErr w:type="spellStart"/>
      <w:r w:rsidRPr="00B76515">
        <w:rPr>
          <w:rFonts w:ascii="Times New Roman" w:eastAsia="Times New Roman" w:hAnsi="Times New Roman" w:cs="Times New Roman"/>
          <w:color w:val="000000"/>
          <w:szCs w:val="24"/>
        </w:rPr>
        <w:t>Bhawarti</w:t>
      </w:r>
      <w:proofErr w:type="spellEnd"/>
      <w:r w:rsidRPr="00B76515">
        <w:rPr>
          <w:rFonts w:ascii="Times New Roman" w:eastAsia="Times New Roman" w:hAnsi="Times New Roman" w:cs="Times New Roman"/>
          <w:color w:val="000000"/>
          <w:szCs w:val="24"/>
        </w:rPr>
        <w:t xml:space="preserve"> and </w:t>
      </w:r>
      <w:proofErr w:type="spellStart"/>
      <w:r w:rsidRPr="00B76515">
        <w:rPr>
          <w:rFonts w:ascii="Times New Roman" w:eastAsia="Times New Roman" w:hAnsi="Times New Roman" w:cs="Times New Roman"/>
          <w:color w:val="000000"/>
          <w:szCs w:val="24"/>
        </w:rPr>
        <w:t>Prof.Ashlesha</w:t>
      </w:r>
      <w:proofErr w:type="spellEnd"/>
      <w:r w:rsidRPr="00B76515">
        <w:rPr>
          <w:rFonts w:ascii="Times New Roman" w:eastAsia="Times New Roman" w:hAnsi="Times New Roman" w:cs="Times New Roman"/>
          <w:color w:val="000000"/>
          <w:szCs w:val="24"/>
        </w:rPr>
        <w:t xml:space="preserve"> Sawant.</w:t>
      </w:r>
    </w:p>
    <w:p w14:paraId="12CF2D39" w14:textId="77777777" w:rsidR="00B76515" w:rsidRPr="00B76515" w:rsidRDefault="00B76515" w:rsidP="00B76515">
      <w:pPr>
        <w:spacing w:after="0" w:line="240" w:lineRule="auto"/>
        <w:ind w:left="360" w:right="360"/>
        <w:rPr>
          <w:rFonts w:ascii="Times New Roman" w:eastAsia="Times New Roman" w:hAnsi="Times New Roman" w:cs="Times New Roman"/>
          <w:szCs w:val="24"/>
        </w:rPr>
      </w:pPr>
    </w:p>
    <w:p w14:paraId="79C74862" w14:textId="77777777" w:rsidR="00B76515" w:rsidRPr="00B76515" w:rsidRDefault="00B76515" w:rsidP="00B76515">
      <w:pPr>
        <w:spacing w:before="60" w:after="0" w:line="240" w:lineRule="auto"/>
        <w:ind w:left="360" w:right="360"/>
        <w:rPr>
          <w:rFonts w:ascii="Times New Roman" w:eastAsia="Times New Roman" w:hAnsi="Times New Roman" w:cs="Times New Roman"/>
          <w:szCs w:val="24"/>
        </w:rPr>
      </w:pPr>
      <w:r w:rsidRPr="00B76515">
        <w:rPr>
          <w:rFonts w:ascii="Times New Roman" w:eastAsia="Times New Roman" w:hAnsi="Times New Roman" w:cs="Times New Roman"/>
          <w:b/>
          <w:bCs/>
          <w:color w:val="000000"/>
          <w:szCs w:val="24"/>
        </w:rPr>
        <w:t>Few Glimpses of Inaugural Function and Session Conducted by Prasad Kulkarni</w:t>
      </w:r>
    </w:p>
    <w:p w14:paraId="6D30BF3A" w14:textId="77777777" w:rsidR="00B76515" w:rsidRPr="00B76515" w:rsidRDefault="00B76515" w:rsidP="00B76515">
      <w:pPr>
        <w:spacing w:after="0" w:line="240" w:lineRule="auto"/>
        <w:rPr>
          <w:rFonts w:ascii="Times New Roman" w:eastAsia="Times New Roman" w:hAnsi="Times New Roman" w:cs="Times New Roman"/>
          <w:szCs w:val="24"/>
        </w:rPr>
      </w:pPr>
    </w:p>
    <w:p w14:paraId="0224F601" w14:textId="3FDA4E01" w:rsidR="00B76515" w:rsidRPr="00B76515" w:rsidRDefault="00B76515" w:rsidP="00B76515">
      <w:pPr>
        <w:spacing w:before="284" w:after="0" w:line="240" w:lineRule="auto"/>
        <w:ind w:left="360" w:right="360"/>
        <w:rPr>
          <w:rFonts w:ascii="Times New Roman" w:eastAsia="Times New Roman" w:hAnsi="Times New Roman" w:cs="Times New Roman"/>
          <w:szCs w:val="24"/>
        </w:rPr>
      </w:pPr>
      <w:r w:rsidRPr="00B76515">
        <w:rPr>
          <w:noProof/>
        </w:rPr>
        <w:drawing>
          <wp:inline distT="0" distB="0" distL="0" distR="0" wp14:anchorId="7AA376CB" wp14:editId="34961AD3">
            <wp:extent cx="4905375" cy="1379095"/>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11509" cy="1380820"/>
                    </a:xfrm>
                    <a:prstGeom prst="rect">
                      <a:avLst/>
                    </a:prstGeom>
                    <a:noFill/>
                    <a:ln>
                      <a:noFill/>
                    </a:ln>
                  </pic:spPr>
                </pic:pic>
              </a:graphicData>
            </a:graphic>
          </wp:inline>
        </w:drawing>
      </w:r>
      <w:r w:rsidRPr="00B76515">
        <w:rPr>
          <w:noProof/>
        </w:rPr>
        <w:drawing>
          <wp:inline distT="0" distB="0" distL="0" distR="0" wp14:anchorId="6C114D9E" wp14:editId="76630C2E">
            <wp:extent cx="4895850" cy="258127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95850" cy="2581275"/>
                    </a:xfrm>
                    <a:prstGeom prst="rect">
                      <a:avLst/>
                    </a:prstGeom>
                    <a:noFill/>
                    <a:ln>
                      <a:noFill/>
                    </a:ln>
                  </pic:spPr>
                </pic:pic>
              </a:graphicData>
            </a:graphic>
          </wp:inline>
        </w:drawing>
      </w:r>
    </w:p>
    <w:p w14:paraId="5EFE476C" w14:textId="41E4D753" w:rsidR="00B76515" w:rsidRPr="00B76515" w:rsidRDefault="00B76515" w:rsidP="00B76515">
      <w:pPr>
        <w:spacing w:before="284" w:after="0" w:line="240" w:lineRule="auto"/>
        <w:ind w:left="360" w:right="360"/>
        <w:rPr>
          <w:rFonts w:ascii="Times New Roman" w:eastAsia="Times New Roman" w:hAnsi="Times New Roman" w:cs="Times New Roman"/>
          <w:szCs w:val="24"/>
        </w:rPr>
      </w:pPr>
      <w:r w:rsidRPr="00B76515">
        <w:rPr>
          <w:noProof/>
        </w:rPr>
        <w:lastRenderedPageBreak/>
        <w:drawing>
          <wp:inline distT="0" distB="0" distL="0" distR="0" wp14:anchorId="6EDB9A9C" wp14:editId="20423A47">
            <wp:extent cx="5248275" cy="2409825"/>
            <wp:effectExtent l="0" t="0" r="9525" b="952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48275" cy="2409825"/>
                    </a:xfrm>
                    <a:prstGeom prst="rect">
                      <a:avLst/>
                    </a:prstGeom>
                    <a:noFill/>
                    <a:ln>
                      <a:noFill/>
                    </a:ln>
                  </pic:spPr>
                </pic:pic>
              </a:graphicData>
            </a:graphic>
          </wp:inline>
        </w:drawing>
      </w:r>
    </w:p>
    <w:p w14:paraId="66329E24" w14:textId="77777777" w:rsidR="00B76515" w:rsidRPr="00B76515" w:rsidRDefault="00B76515" w:rsidP="00B76515">
      <w:pPr>
        <w:spacing w:after="0" w:line="240" w:lineRule="auto"/>
        <w:rPr>
          <w:rFonts w:ascii="Times New Roman" w:eastAsia="Times New Roman" w:hAnsi="Times New Roman" w:cs="Times New Roman"/>
          <w:szCs w:val="24"/>
        </w:rPr>
      </w:pPr>
    </w:p>
    <w:p w14:paraId="3EE9ACB6" w14:textId="2A6F252F" w:rsidR="00B76515" w:rsidRPr="00B76515" w:rsidRDefault="00B76515" w:rsidP="00B76515">
      <w:pPr>
        <w:spacing w:before="134" w:after="0" w:line="240" w:lineRule="auto"/>
        <w:ind w:left="360" w:right="360"/>
        <w:rPr>
          <w:rFonts w:ascii="Times New Roman" w:eastAsia="Times New Roman" w:hAnsi="Times New Roman" w:cs="Times New Roman"/>
          <w:szCs w:val="24"/>
        </w:rPr>
      </w:pPr>
      <w:r w:rsidRPr="00B76515">
        <w:rPr>
          <w:noProof/>
        </w:rPr>
        <w:drawing>
          <wp:inline distT="0" distB="0" distL="0" distR="0" wp14:anchorId="388CD0FA" wp14:editId="1AC14698">
            <wp:extent cx="5114925" cy="1962150"/>
            <wp:effectExtent l="0" t="0" r="952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14925" cy="1962150"/>
                    </a:xfrm>
                    <a:prstGeom prst="rect">
                      <a:avLst/>
                    </a:prstGeom>
                    <a:noFill/>
                    <a:ln>
                      <a:noFill/>
                    </a:ln>
                  </pic:spPr>
                </pic:pic>
              </a:graphicData>
            </a:graphic>
          </wp:inline>
        </w:drawing>
      </w:r>
      <w:r w:rsidRPr="00B76515">
        <w:rPr>
          <w:noProof/>
        </w:rPr>
        <w:drawing>
          <wp:inline distT="0" distB="0" distL="0" distR="0" wp14:anchorId="0D39DCD7" wp14:editId="2A80EFDE">
            <wp:extent cx="5124450" cy="1971675"/>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24450" cy="1971675"/>
                    </a:xfrm>
                    <a:prstGeom prst="rect">
                      <a:avLst/>
                    </a:prstGeom>
                    <a:noFill/>
                    <a:ln>
                      <a:noFill/>
                    </a:ln>
                  </pic:spPr>
                </pic:pic>
              </a:graphicData>
            </a:graphic>
          </wp:inline>
        </w:drawing>
      </w:r>
    </w:p>
    <w:p w14:paraId="25938F98" w14:textId="52921F31" w:rsidR="00B76515" w:rsidRPr="00B76515" w:rsidRDefault="00B76515" w:rsidP="00B76515">
      <w:pPr>
        <w:spacing w:before="134" w:after="0" w:line="240" w:lineRule="auto"/>
        <w:ind w:left="360" w:right="360"/>
        <w:rPr>
          <w:rFonts w:ascii="Times New Roman" w:eastAsia="Times New Roman" w:hAnsi="Times New Roman" w:cs="Times New Roman"/>
          <w:szCs w:val="24"/>
        </w:rPr>
      </w:pPr>
      <w:r w:rsidRPr="00B76515">
        <w:rPr>
          <w:noProof/>
        </w:rPr>
        <w:lastRenderedPageBreak/>
        <w:drawing>
          <wp:inline distT="0" distB="0" distL="0" distR="0" wp14:anchorId="7FD9EBA9" wp14:editId="33B8A63E">
            <wp:extent cx="5067300" cy="1971675"/>
            <wp:effectExtent l="0" t="0" r="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67300" cy="1971675"/>
                    </a:xfrm>
                    <a:prstGeom prst="rect">
                      <a:avLst/>
                    </a:prstGeom>
                    <a:noFill/>
                    <a:ln>
                      <a:noFill/>
                    </a:ln>
                  </pic:spPr>
                </pic:pic>
              </a:graphicData>
            </a:graphic>
          </wp:inline>
        </w:drawing>
      </w:r>
    </w:p>
    <w:p w14:paraId="1CED4074" w14:textId="77777777" w:rsidR="00B76515" w:rsidRDefault="00B76515"/>
    <w:p w14:paraId="1EDA388E" w14:textId="34B85BD4" w:rsidR="008C171C" w:rsidRDefault="008C171C"/>
    <w:p w14:paraId="27E6A9EA" w14:textId="77777777" w:rsidR="00B76515" w:rsidRDefault="00B76515">
      <w:pPr>
        <w:rPr>
          <w:color w:val="000000"/>
        </w:rPr>
      </w:pPr>
      <w:r>
        <w:br/>
      </w:r>
      <w:r>
        <w:rPr>
          <w:noProof/>
        </w:rPr>
        <w:drawing>
          <wp:inline distT="0" distB="0" distL="0" distR="0" wp14:anchorId="642BFD81" wp14:editId="56A051D9">
            <wp:extent cx="5095875" cy="2371725"/>
            <wp:effectExtent l="0" t="0" r="9525"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95875" cy="2371725"/>
                    </a:xfrm>
                    <a:prstGeom prst="rect">
                      <a:avLst/>
                    </a:prstGeom>
                    <a:noFill/>
                    <a:ln>
                      <a:noFill/>
                    </a:ln>
                  </pic:spPr>
                </pic:pic>
              </a:graphicData>
            </a:graphic>
          </wp:inline>
        </w:drawing>
      </w:r>
      <w:r>
        <w:rPr>
          <w:color w:val="000000"/>
        </w:rPr>
        <w:t xml:space="preserve">   </w:t>
      </w:r>
      <w:r>
        <w:rPr>
          <w:noProof/>
        </w:rPr>
        <w:lastRenderedPageBreak/>
        <w:drawing>
          <wp:inline distT="0" distB="0" distL="0" distR="0" wp14:anchorId="06A92C03" wp14:editId="0081C1DB">
            <wp:extent cx="5105400" cy="23241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05400" cy="2324100"/>
                    </a:xfrm>
                    <a:prstGeom prst="rect">
                      <a:avLst/>
                    </a:prstGeom>
                    <a:noFill/>
                    <a:ln>
                      <a:noFill/>
                    </a:ln>
                  </pic:spPr>
                </pic:pic>
              </a:graphicData>
            </a:graphic>
          </wp:inline>
        </w:drawing>
      </w:r>
      <w:r>
        <w:rPr>
          <w:color w:val="000000"/>
        </w:rPr>
        <w:t xml:space="preserve"> </w:t>
      </w:r>
      <w:r>
        <w:rPr>
          <w:noProof/>
        </w:rPr>
        <w:drawing>
          <wp:inline distT="0" distB="0" distL="0" distR="0" wp14:anchorId="230A2304" wp14:editId="1444255F">
            <wp:extent cx="5114925" cy="2924175"/>
            <wp:effectExtent l="0" t="0" r="9525"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4925" cy="2924175"/>
                    </a:xfrm>
                    <a:prstGeom prst="rect">
                      <a:avLst/>
                    </a:prstGeom>
                    <a:noFill/>
                    <a:ln>
                      <a:noFill/>
                    </a:ln>
                  </pic:spPr>
                </pic:pic>
              </a:graphicData>
            </a:graphic>
          </wp:inline>
        </w:drawing>
      </w:r>
    </w:p>
    <w:p w14:paraId="1FA7AF5B" w14:textId="2619154F" w:rsidR="008C171C" w:rsidRDefault="00B76515">
      <w:r w:rsidRPr="00B76515">
        <w:rPr>
          <w:noProof/>
          <w:color w:val="000000"/>
        </w:rPr>
        <w:lastRenderedPageBreak/>
        <w:drawing>
          <wp:inline distT="0" distB="0" distL="0" distR="0" wp14:anchorId="34F11945" wp14:editId="16B0D9F7">
            <wp:extent cx="5486400" cy="1528445"/>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86400" cy="1528445"/>
                    </a:xfrm>
                    <a:prstGeom prst="rect">
                      <a:avLst/>
                    </a:prstGeom>
                  </pic:spPr>
                </pic:pic>
              </a:graphicData>
            </a:graphic>
          </wp:inline>
        </w:drawing>
      </w:r>
      <w:r>
        <w:rPr>
          <w:color w:val="000000"/>
        </w:rPr>
        <w:br/>
      </w:r>
      <w:r w:rsidRPr="00B76515">
        <w:rPr>
          <w:noProof/>
        </w:rPr>
        <w:drawing>
          <wp:inline distT="0" distB="0" distL="0" distR="0" wp14:anchorId="026CB817" wp14:editId="47D3DED9">
            <wp:extent cx="5419725" cy="4124325"/>
            <wp:effectExtent l="0" t="0" r="9525"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20485" cy="4124903"/>
                    </a:xfrm>
                    <a:prstGeom prst="rect">
                      <a:avLst/>
                    </a:prstGeom>
                  </pic:spPr>
                </pic:pic>
              </a:graphicData>
            </a:graphic>
          </wp:inline>
        </w:drawing>
      </w:r>
    </w:p>
    <w:p w14:paraId="1F8B2E3F" w14:textId="77777777" w:rsidR="00C3559E" w:rsidRDefault="00C3559E" w:rsidP="00C3559E">
      <w:pPr>
        <w:shd w:val="clear" w:color="auto" w:fill="4F81BD" w:themeFill="accent1"/>
        <w:spacing w:after="0" w:line="240" w:lineRule="auto"/>
        <w:ind w:left="360" w:right="360"/>
        <w:jc w:val="both"/>
        <w:rPr>
          <w:rFonts w:ascii="Times New Roman" w:eastAsia="Times New Roman" w:hAnsi="Times New Roman" w:cs="Times New Roman"/>
          <w:b/>
          <w:bCs/>
          <w:color w:val="000000"/>
          <w:sz w:val="36"/>
          <w:szCs w:val="36"/>
        </w:rPr>
      </w:pPr>
      <w:r w:rsidRPr="00C3559E">
        <w:rPr>
          <w:rFonts w:ascii="Times New Roman" w:eastAsia="Times New Roman" w:hAnsi="Times New Roman" w:cs="Times New Roman"/>
          <w:b/>
          <w:bCs/>
          <w:color w:val="000000"/>
          <w:sz w:val="36"/>
          <w:szCs w:val="36"/>
        </w:rPr>
        <w:t xml:space="preserve">                                        </w:t>
      </w:r>
    </w:p>
    <w:p w14:paraId="60241998" w14:textId="07505D38" w:rsidR="00B76515" w:rsidRDefault="00C3559E" w:rsidP="00C3559E">
      <w:pPr>
        <w:shd w:val="clear" w:color="auto" w:fill="4F81BD" w:themeFill="accent1"/>
        <w:spacing w:after="0" w:line="240" w:lineRule="auto"/>
        <w:ind w:left="360" w:right="360"/>
        <w:jc w:val="both"/>
        <w:rPr>
          <w:rFonts w:ascii="Times New Roman" w:eastAsia="Times New Roman" w:hAnsi="Times New Roman" w:cs="Times New Roman"/>
          <w:b/>
          <w:bCs/>
          <w:color w:val="000000"/>
          <w:sz w:val="36"/>
          <w:szCs w:val="36"/>
        </w:rPr>
      </w:pPr>
      <w:r>
        <w:rPr>
          <w:rFonts w:ascii="Times New Roman" w:eastAsia="Times New Roman" w:hAnsi="Times New Roman" w:cs="Times New Roman"/>
          <w:b/>
          <w:bCs/>
          <w:color w:val="000000"/>
          <w:sz w:val="36"/>
          <w:szCs w:val="36"/>
        </w:rPr>
        <w:t xml:space="preserve">                              </w:t>
      </w:r>
      <w:r w:rsidR="00B76515" w:rsidRPr="00B76515">
        <w:rPr>
          <w:rFonts w:ascii="Times New Roman" w:eastAsia="Times New Roman" w:hAnsi="Times New Roman" w:cs="Times New Roman"/>
          <w:b/>
          <w:bCs/>
          <w:color w:val="000000"/>
          <w:sz w:val="36"/>
          <w:szCs w:val="36"/>
        </w:rPr>
        <w:t xml:space="preserve">Outcome </w:t>
      </w:r>
      <w:r w:rsidR="0094238D">
        <w:rPr>
          <w:rFonts w:ascii="Times New Roman" w:eastAsia="Times New Roman" w:hAnsi="Times New Roman" w:cs="Times New Roman"/>
          <w:b/>
          <w:bCs/>
          <w:color w:val="000000"/>
          <w:sz w:val="36"/>
          <w:szCs w:val="36"/>
        </w:rPr>
        <w:t xml:space="preserve">of </w:t>
      </w:r>
      <w:r w:rsidR="00B76515" w:rsidRPr="00B76515">
        <w:rPr>
          <w:rFonts w:ascii="Times New Roman" w:eastAsia="Times New Roman" w:hAnsi="Times New Roman" w:cs="Times New Roman"/>
          <w:b/>
          <w:bCs/>
          <w:color w:val="000000"/>
          <w:sz w:val="36"/>
          <w:szCs w:val="36"/>
        </w:rPr>
        <w:t>FDP</w:t>
      </w:r>
    </w:p>
    <w:p w14:paraId="133F2D83" w14:textId="77777777" w:rsidR="00C3559E" w:rsidRPr="00B76515" w:rsidRDefault="00C3559E" w:rsidP="00C3559E">
      <w:pPr>
        <w:shd w:val="clear" w:color="auto" w:fill="4F81BD" w:themeFill="accent1"/>
        <w:spacing w:after="0" w:line="240" w:lineRule="auto"/>
        <w:ind w:left="360" w:right="360"/>
        <w:jc w:val="both"/>
        <w:rPr>
          <w:rFonts w:ascii="Times New Roman" w:eastAsia="Times New Roman" w:hAnsi="Times New Roman" w:cs="Times New Roman"/>
          <w:sz w:val="36"/>
          <w:szCs w:val="36"/>
        </w:rPr>
      </w:pPr>
    </w:p>
    <w:p w14:paraId="63F6D5E7" w14:textId="77777777" w:rsidR="00B76515" w:rsidRPr="00B76515" w:rsidRDefault="00B76515" w:rsidP="002E568F">
      <w:pPr>
        <w:shd w:val="clear" w:color="auto" w:fill="DBE5F1" w:themeFill="accent1" w:themeFillTint="33"/>
        <w:spacing w:after="0" w:line="240" w:lineRule="auto"/>
        <w:ind w:left="360" w:right="360"/>
        <w:jc w:val="both"/>
        <w:rPr>
          <w:rFonts w:ascii="Times New Roman" w:eastAsia="Times New Roman" w:hAnsi="Times New Roman" w:cs="Times New Roman"/>
          <w:szCs w:val="24"/>
        </w:rPr>
      </w:pPr>
      <w:r w:rsidRPr="00B76515">
        <w:rPr>
          <w:rFonts w:ascii="Times New Roman" w:eastAsia="Times New Roman" w:hAnsi="Times New Roman" w:cs="Times New Roman"/>
          <w:color w:val="000000"/>
          <w:szCs w:val="24"/>
        </w:rPr>
        <w:t>Participants are able to</w:t>
      </w:r>
    </w:p>
    <w:p w14:paraId="0F78D829" w14:textId="77777777" w:rsidR="00B76515" w:rsidRPr="00B76515" w:rsidRDefault="00B76515" w:rsidP="002E568F">
      <w:pPr>
        <w:shd w:val="clear" w:color="auto" w:fill="DBE5F1" w:themeFill="accent1" w:themeFillTint="33"/>
        <w:spacing w:after="0" w:line="240" w:lineRule="auto"/>
        <w:ind w:left="270"/>
        <w:jc w:val="both"/>
        <w:rPr>
          <w:rFonts w:ascii="Times New Roman" w:eastAsia="Times New Roman" w:hAnsi="Times New Roman" w:cs="Times New Roman"/>
          <w:szCs w:val="24"/>
        </w:rPr>
      </w:pPr>
      <w:r w:rsidRPr="00B76515">
        <w:rPr>
          <w:rFonts w:ascii="Times New Roman" w:eastAsia="Times New Roman" w:hAnsi="Times New Roman" w:cs="Times New Roman"/>
          <w:color w:val="000000"/>
          <w:szCs w:val="24"/>
        </w:rPr>
        <w:t>● Understand the principles of Agentic AI and its core characteristics such as autonomy, adaptability, and proactiveness, and relate them to real-world intelligent systems. (PO1, PO</w:t>
      </w:r>
      <w:proofErr w:type="gramStart"/>
      <w:r w:rsidRPr="00B76515">
        <w:rPr>
          <w:rFonts w:ascii="Times New Roman" w:eastAsia="Times New Roman" w:hAnsi="Times New Roman" w:cs="Times New Roman"/>
          <w:color w:val="000000"/>
          <w:szCs w:val="24"/>
        </w:rPr>
        <w:t>2,PO</w:t>
      </w:r>
      <w:proofErr w:type="gramEnd"/>
      <w:r w:rsidRPr="00B76515">
        <w:rPr>
          <w:rFonts w:ascii="Times New Roman" w:eastAsia="Times New Roman" w:hAnsi="Times New Roman" w:cs="Times New Roman"/>
          <w:color w:val="000000"/>
          <w:szCs w:val="24"/>
        </w:rPr>
        <w:t>3)</w:t>
      </w:r>
    </w:p>
    <w:p w14:paraId="2A095D2F" w14:textId="77777777" w:rsidR="00B76515" w:rsidRPr="00B76515" w:rsidRDefault="00B76515" w:rsidP="002E568F">
      <w:pPr>
        <w:shd w:val="clear" w:color="auto" w:fill="DBE5F1" w:themeFill="accent1" w:themeFillTint="33"/>
        <w:spacing w:after="0" w:line="240" w:lineRule="auto"/>
        <w:jc w:val="both"/>
        <w:rPr>
          <w:rFonts w:ascii="Times New Roman" w:eastAsia="Times New Roman" w:hAnsi="Times New Roman" w:cs="Times New Roman"/>
          <w:szCs w:val="24"/>
        </w:rPr>
      </w:pPr>
    </w:p>
    <w:p w14:paraId="4448A812" w14:textId="77777777" w:rsidR="00B76515" w:rsidRPr="00B76515" w:rsidRDefault="00B76515" w:rsidP="002E568F">
      <w:pPr>
        <w:shd w:val="clear" w:color="auto" w:fill="DBE5F1" w:themeFill="accent1" w:themeFillTint="33"/>
        <w:spacing w:after="0" w:line="240" w:lineRule="auto"/>
        <w:ind w:left="270"/>
        <w:jc w:val="both"/>
        <w:rPr>
          <w:rFonts w:ascii="Times New Roman" w:eastAsia="Times New Roman" w:hAnsi="Times New Roman" w:cs="Times New Roman"/>
          <w:szCs w:val="24"/>
        </w:rPr>
      </w:pPr>
      <w:r w:rsidRPr="00B76515">
        <w:rPr>
          <w:rFonts w:ascii="Times New Roman" w:eastAsia="Times New Roman" w:hAnsi="Times New Roman" w:cs="Times New Roman"/>
          <w:color w:val="000000"/>
          <w:szCs w:val="24"/>
        </w:rPr>
        <w:t>● Analyze and implement secure and responsible AI practices, addressing challenges like data poisoning, prompt injection, and model robustness in agentic systems. (PO6, PO11)</w:t>
      </w:r>
    </w:p>
    <w:p w14:paraId="326485C5" w14:textId="77777777" w:rsidR="00B76515" w:rsidRPr="00B76515" w:rsidRDefault="00B76515" w:rsidP="002E568F">
      <w:pPr>
        <w:shd w:val="clear" w:color="auto" w:fill="DBE5F1" w:themeFill="accent1" w:themeFillTint="33"/>
        <w:spacing w:after="0" w:line="240" w:lineRule="auto"/>
        <w:jc w:val="both"/>
        <w:rPr>
          <w:rFonts w:ascii="Times New Roman" w:eastAsia="Times New Roman" w:hAnsi="Times New Roman" w:cs="Times New Roman"/>
          <w:szCs w:val="24"/>
        </w:rPr>
      </w:pPr>
    </w:p>
    <w:p w14:paraId="556C9821" w14:textId="77777777" w:rsidR="00B76515" w:rsidRPr="00B76515" w:rsidRDefault="00B76515" w:rsidP="002E568F">
      <w:pPr>
        <w:shd w:val="clear" w:color="auto" w:fill="DBE5F1" w:themeFill="accent1" w:themeFillTint="33"/>
        <w:spacing w:after="0" w:line="240" w:lineRule="auto"/>
        <w:ind w:left="270"/>
        <w:jc w:val="both"/>
        <w:rPr>
          <w:rFonts w:ascii="Times New Roman" w:eastAsia="Times New Roman" w:hAnsi="Times New Roman" w:cs="Times New Roman"/>
          <w:szCs w:val="24"/>
        </w:rPr>
      </w:pPr>
      <w:r w:rsidRPr="00B76515">
        <w:rPr>
          <w:rFonts w:ascii="Times New Roman" w:eastAsia="Times New Roman" w:hAnsi="Times New Roman" w:cs="Times New Roman"/>
          <w:color w:val="000000"/>
          <w:szCs w:val="24"/>
        </w:rPr>
        <w:lastRenderedPageBreak/>
        <w:t>● Apply Large Language Models (LLMs) and frameworks such as RAG and Model Context Protocol (MCP) to develop intelligent, context-aware, and explainable AI agents. (PO5, PSO1)</w:t>
      </w:r>
    </w:p>
    <w:p w14:paraId="4215015B" w14:textId="77777777" w:rsidR="00B76515" w:rsidRPr="00B76515" w:rsidRDefault="00B76515" w:rsidP="002E568F">
      <w:pPr>
        <w:shd w:val="clear" w:color="auto" w:fill="DBE5F1" w:themeFill="accent1" w:themeFillTint="33"/>
        <w:spacing w:after="0" w:line="240" w:lineRule="auto"/>
        <w:rPr>
          <w:rFonts w:ascii="Times New Roman" w:eastAsia="Times New Roman" w:hAnsi="Times New Roman" w:cs="Times New Roman"/>
          <w:szCs w:val="24"/>
        </w:rPr>
      </w:pPr>
    </w:p>
    <w:p w14:paraId="3AE1D1F5" w14:textId="77777777" w:rsidR="00B76515" w:rsidRPr="00B76515" w:rsidRDefault="00B76515" w:rsidP="002E568F">
      <w:pPr>
        <w:shd w:val="clear" w:color="auto" w:fill="DBE5F1" w:themeFill="accent1" w:themeFillTint="33"/>
        <w:spacing w:after="0" w:line="240" w:lineRule="auto"/>
        <w:ind w:left="270"/>
        <w:rPr>
          <w:rFonts w:ascii="Times New Roman" w:eastAsia="Times New Roman" w:hAnsi="Times New Roman" w:cs="Times New Roman"/>
          <w:szCs w:val="24"/>
        </w:rPr>
      </w:pPr>
      <w:r w:rsidRPr="00B76515">
        <w:rPr>
          <w:rFonts w:ascii="Times New Roman" w:eastAsia="Times New Roman" w:hAnsi="Times New Roman" w:cs="Times New Roman"/>
          <w:color w:val="000000"/>
          <w:szCs w:val="24"/>
        </w:rPr>
        <w:t>● Integrate AI-driven sustainability solutions in domains like construction, business, and healthcare, using data-driven decision-making for social and environmental impact. (PO9, PSO1)</w:t>
      </w:r>
    </w:p>
    <w:p w14:paraId="04406BF0" w14:textId="77777777" w:rsidR="00B76515" w:rsidRPr="00B76515" w:rsidRDefault="00B76515" w:rsidP="002E568F">
      <w:pPr>
        <w:shd w:val="clear" w:color="auto" w:fill="DBE5F1" w:themeFill="accent1" w:themeFillTint="33"/>
        <w:spacing w:after="0" w:line="240" w:lineRule="auto"/>
        <w:rPr>
          <w:rFonts w:ascii="Times New Roman" w:eastAsia="Times New Roman" w:hAnsi="Times New Roman" w:cs="Times New Roman"/>
          <w:szCs w:val="24"/>
        </w:rPr>
      </w:pPr>
    </w:p>
    <w:p w14:paraId="3679980D" w14:textId="77777777" w:rsidR="00B76515" w:rsidRPr="00B76515" w:rsidRDefault="00B76515" w:rsidP="002E568F">
      <w:pPr>
        <w:shd w:val="clear" w:color="auto" w:fill="DBE5F1" w:themeFill="accent1" w:themeFillTint="33"/>
        <w:spacing w:after="0" w:line="240" w:lineRule="auto"/>
        <w:ind w:left="270"/>
        <w:rPr>
          <w:rFonts w:ascii="Times New Roman" w:eastAsia="Times New Roman" w:hAnsi="Times New Roman" w:cs="Times New Roman"/>
          <w:szCs w:val="24"/>
        </w:rPr>
      </w:pPr>
      <w:r w:rsidRPr="00B76515">
        <w:rPr>
          <w:rFonts w:ascii="Times New Roman" w:eastAsia="Times New Roman" w:hAnsi="Times New Roman" w:cs="Times New Roman"/>
          <w:color w:val="000000"/>
          <w:szCs w:val="24"/>
        </w:rPr>
        <w:t>● Formulate ethical AI governance strategies ensuring fairness, accountability, and compliance with emerging AI regulations. (PO6, PO11)</w:t>
      </w:r>
    </w:p>
    <w:p w14:paraId="71CAF799" w14:textId="77777777" w:rsidR="00B76515" w:rsidRPr="00B76515" w:rsidRDefault="00B76515" w:rsidP="002E568F">
      <w:pPr>
        <w:shd w:val="clear" w:color="auto" w:fill="DBE5F1" w:themeFill="accent1" w:themeFillTint="33"/>
        <w:spacing w:after="0" w:line="240" w:lineRule="auto"/>
        <w:rPr>
          <w:rFonts w:ascii="Times New Roman" w:eastAsia="Times New Roman" w:hAnsi="Times New Roman" w:cs="Times New Roman"/>
          <w:szCs w:val="24"/>
        </w:rPr>
      </w:pPr>
    </w:p>
    <w:p w14:paraId="1289905C" w14:textId="77777777" w:rsidR="00B76515" w:rsidRPr="00B76515" w:rsidRDefault="00B76515" w:rsidP="002E568F">
      <w:pPr>
        <w:shd w:val="clear" w:color="auto" w:fill="DBE5F1" w:themeFill="accent1" w:themeFillTint="33"/>
        <w:spacing w:after="0" w:line="240" w:lineRule="auto"/>
        <w:ind w:left="270"/>
        <w:rPr>
          <w:rFonts w:ascii="Times New Roman" w:eastAsia="Times New Roman" w:hAnsi="Times New Roman" w:cs="Times New Roman"/>
          <w:szCs w:val="24"/>
        </w:rPr>
      </w:pPr>
      <w:r w:rsidRPr="00B76515">
        <w:rPr>
          <w:rFonts w:ascii="Times New Roman" w:eastAsia="Times New Roman" w:hAnsi="Times New Roman" w:cs="Times New Roman"/>
          <w:color w:val="000000"/>
          <w:szCs w:val="24"/>
        </w:rPr>
        <w:t>● Utilize agentic frameworks for scalable AI applications and cross-disciplinary innovations. (PO12, PO5)</w:t>
      </w:r>
    </w:p>
    <w:p w14:paraId="4273E2ED" w14:textId="77777777" w:rsidR="00B76515" w:rsidRPr="00B76515" w:rsidRDefault="00B76515" w:rsidP="002E568F">
      <w:pPr>
        <w:shd w:val="clear" w:color="auto" w:fill="DBE5F1" w:themeFill="accent1" w:themeFillTint="33"/>
        <w:spacing w:after="0" w:line="240" w:lineRule="auto"/>
        <w:rPr>
          <w:rFonts w:ascii="Times New Roman" w:eastAsia="Times New Roman" w:hAnsi="Times New Roman" w:cs="Times New Roman"/>
          <w:szCs w:val="24"/>
        </w:rPr>
      </w:pPr>
    </w:p>
    <w:p w14:paraId="72D57F34" w14:textId="77777777" w:rsidR="00B76515" w:rsidRPr="00B76515" w:rsidRDefault="00B76515" w:rsidP="002E568F">
      <w:pPr>
        <w:shd w:val="clear" w:color="auto" w:fill="DBE5F1" w:themeFill="accent1" w:themeFillTint="33"/>
        <w:spacing w:after="0" w:line="240" w:lineRule="auto"/>
        <w:ind w:left="270"/>
        <w:rPr>
          <w:rFonts w:ascii="Times New Roman" w:eastAsia="Times New Roman" w:hAnsi="Times New Roman" w:cs="Times New Roman"/>
          <w:szCs w:val="24"/>
        </w:rPr>
      </w:pPr>
      <w:r w:rsidRPr="00B76515">
        <w:rPr>
          <w:rFonts w:ascii="Times New Roman" w:eastAsia="Times New Roman" w:hAnsi="Times New Roman" w:cs="Times New Roman"/>
          <w:color w:val="000000"/>
          <w:szCs w:val="24"/>
        </w:rPr>
        <w:t>● Engage in interdisciplinary research combining AI with civil engineering, environmental science, and management to promote sustainable technological growth. (PO9, PSO2)</w:t>
      </w:r>
    </w:p>
    <w:p w14:paraId="2B532F73" w14:textId="77777777" w:rsidR="00B76515" w:rsidRDefault="00B76515" w:rsidP="002E568F">
      <w:pPr>
        <w:shd w:val="clear" w:color="auto" w:fill="DBE5F1" w:themeFill="accent1" w:themeFillTint="33"/>
      </w:pPr>
    </w:p>
    <w:p w14:paraId="16BC02A4" w14:textId="45BDFD02" w:rsidR="008C171C" w:rsidRDefault="008C171C"/>
    <w:p w14:paraId="24A00EBE" w14:textId="2B6260C6" w:rsidR="008C171C" w:rsidRDefault="008C171C"/>
    <w:p w14:paraId="782745EC" w14:textId="15B25F34" w:rsidR="008C171C" w:rsidRDefault="008C171C"/>
    <w:p w14:paraId="76FB1A17" w14:textId="1A24DA25" w:rsidR="008C171C" w:rsidRDefault="008C171C"/>
    <w:p w14:paraId="12D1859A" w14:textId="0AFF155A" w:rsidR="008C171C" w:rsidRDefault="008C171C"/>
    <w:p w14:paraId="76E2DE35" w14:textId="77777777" w:rsidR="008C171C" w:rsidRDefault="008C171C"/>
    <w:p w14:paraId="703FAB57" w14:textId="559D0956" w:rsidR="00C630FB" w:rsidRDefault="00C630FB"/>
    <w:p w14:paraId="047C1544" w14:textId="27489032" w:rsidR="00C630FB" w:rsidRDefault="00C630FB"/>
    <w:p w14:paraId="25D09460" w14:textId="4DD8E1EB" w:rsidR="00C630FB" w:rsidRDefault="00C630FB"/>
    <w:p w14:paraId="145FD34F" w14:textId="3B3A367F" w:rsidR="00C630FB" w:rsidRDefault="00C630FB"/>
    <w:p w14:paraId="434973D6" w14:textId="73EDC071" w:rsidR="00C630FB" w:rsidRDefault="00C630FB"/>
    <w:p w14:paraId="02FC97E1" w14:textId="3AD9FEFF" w:rsidR="00C630FB" w:rsidRDefault="00C630FB"/>
    <w:p w14:paraId="581852CE" w14:textId="77777777" w:rsidR="00B95AF9" w:rsidRDefault="00B95AF9"/>
    <w:p w14:paraId="5C4DF5E5" w14:textId="35DF3180" w:rsidR="00C630FB" w:rsidRDefault="00C630FB"/>
    <w:p w14:paraId="4E7AD723" w14:textId="599C392C" w:rsidR="00C630FB" w:rsidRDefault="00C630FB"/>
    <w:p w14:paraId="2E2CC258" w14:textId="5578358D" w:rsidR="00B95AF9" w:rsidRPr="00B76515" w:rsidRDefault="00B95AF9" w:rsidP="00B95AF9">
      <w:pPr>
        <w:spacing w:before="228" w:after="0" w:line="240" w:lineRule="auto"/>
        <w:ind w:left="360" w:right="360"/>
        <w:jc w:val="center"/>
        <w:rPr>
          <w:rFonts w:ascii="Times New Roman" w:eastAsia="Times New Roman" w:hAnsi="Times New Roman" w:cs="Times New Roman"/>
          <w:szCs w:val="24"/>
        </w:rPr>
      </w:pPr>
      <w:r>
        <w:rPr>
          <w:rFonts w:ascii="Times New Roman" w:eastAsia="Times New Roman" w:hAnsi="Times New Roman" w:cs="Times New Roman"/>
          <w:b/>
          <w:bCs/>
          <w:color w:val="000000"/>
          <w:szCs w:val="24"/>
        </w:rPr>
        <w:lastRenderedPageBreak/>
        <w:t>Title:</w:t>
      </w:r>
      <w:r w:rsidR="00182B3D">
        <w:rPr>
          <w:rFonts w:ascii="Times New Roman" w:eastAsia="Times New Roman" w:hAnsi="Times New Roman" w:cs="Times New Roman"/>
          <w:b/>
          <w:bCs/>
          <w:color w:val="000000"/>
          <w:szCs w:val="24"/>
        </w:rPr>
        <w:t xml:space="preserve"> </w:t>
      </w:r>
      <w:r w:rsidRPr="00B76515">
        <w:rPr>
          <w:rFonts w:ascii="Times New Roman" w:eastAsia="Times New Roman" w:hAnsi="Times New Roman" w:cs="Times New Roman"/>
          <w:b/>
          <w:bCs/>
          <w:color w:val="000000"/>
          <w:szCs w:val="24"/>
        </w:rPr>
        <w:t>“</w:t>
      </w:r>
      <w:r w:rsidR="00182B3D">
        <w:rPr>
          <w:rFonts w:ascii="Times New Roman" w:eastAsia="Times New Roman" w:hAnsi="Times New Roman" w:cs="Times New Roman"/>
          <w:b/>
          <w:bCs/>
          <w:color w:val="000000"/>
          <w:szCs w:val="24"/>
        </w:rPr>
        <w:t>One Week Faculty Industry Training Program on Agentic AI</w:t>
      </w:r>
      <w:r w:rsidRPr="00B76515">
        <w:rPr>
          <w:rFonts w:ascii="Times New Roman" w:eastAsia="Times New Roman" w:hAnsi="Times New Roman" w:cs="Times New Roman"/>
          <w:b/>
          <w:bCs/>
          <w:color w:val="000000"/>
          <w:szCs w:val="24"/>
        </w:rPr>
        <w:t>”</w:t>
      </w:r>
    </w:p>
    <w:p w14:paraId="06286C36" w14:textId="77777777" w:rsidR="00B95AF9" w:rsidRPr="00B76515" w:rsidRDefault="00B95AF9" w:rsidP="00B95AF9">
      <w:pPr>
        <w:spacing w:after="0" w:line="240" w:lineRule="auto"/>
        <w:rPr>
          <w:rFonts w:ascii="Times New Roman" w:eastAsia="Times New Roman" w:hAnsi="Times New Roman" w:cs="Times New Roman"/>
          <w:szCs w:val="24"/>
        </w:rPr>
      </w:pPr>
    </w:p>
    <w:p w14:paraId="57CBF69C" w14:textId="7E336DD5" w:rsidR="00B95AF9" w:rsidRPr="00B76515" w:rsidRDefault="00B95AF9" w:rsidP="00B95AF9">
      <w:pPr>
        <w:spacing w:after="0" w:line="240" w:lineRule="auto"/>
        <w:ind w:left="360" w:right="360"/>
        <w:rPr>
          <w:rFonts w:ascii="Times New Roman" w:eastAsia="Times New Roman" w:hAnsi="Times New Roman" w:cs="Times New Roman"/>
          <w:szCs w:val="24"/>
        </w:rPr>
      </w:pPr>
      <w:r>
        <w:rPr>
          <w:rFonts w:ascii="Times New Roman" w:eastAsia="Times New Roman" w:hAnsi="Times New Roman" w:cs="Times New Roman"/>
          <w:b/>
          <w:bCs/>
          <w:color w:val="000000"/>
          <w:szCs w:val="24"/>
        </w:rPr>
        <w:t xml:space="preserve">        </w:t>
      </w:r>
      <w:r w:rsidRPr="00B76515">
        <w:rPr>
          <w:rFonts w:ascii="Times New Roman" w:eastAsia="Times New Roman" w:hAnsi="Times New Roman" w:cs="Times New Roman"/>
          <w:b/>
          <w:bCs/>
          <w:color w:val="000000"/>
          <w:szCs w:val="24"/>
        </w:rPr>
        <w:t xml:space="preserve">Date &amp; Time: </w:t>
      </w:r>
      <w:r w:rsidRPr="00B76515">
        <w:rPr>
          <w:rFonts w:ascii="Times New Roman" w:eastAsia="Times New Roman" w:hAnsi="Times New Roman" w:cs="Times New Roman"/>
          <w:color w:val="212121"/>
          <w:szCs w:val="24"/>
        </w:rPr>
        <w:t>0</w:t>
      </w:r>
      <w:r w:rsidR="002E568F">
        <w:rPr>
          <w:rFonts w:ascii="Times New Roman" w:eastAsia="Times New Roman" w:hAnsi="Times New Roman" w:cs="Times New Roman"/>
          <w:color w:val="212121"/>
          <w:szCs w:val="24"/>
        </w:rPr>
        <w:t>1</w:t>
      </w:r>
      <w:r w:rsidRPr="00B76515">
        <w:rPr>
          <w:rFonts w:ascii="Times New Roman" w:eastAsia="Times New Roman" w:hAnsi="Times New Roman" w:cs="Times New Roman"/>
          <w:color w:val="212121"/>
          <w:szCs w:val="24"/>
        </w:rPr>
        <w:t>/1</w:t>
      </w:r>
      <w:r w:rsidR="002E568F">
        <w:rPr>
          <w:rFonts w:ascii="Times New Roman" w:eastAsia="Times New Roman" w:hAnsi="Times New Roman" w:cs="Times New Roman"/>
          <w:color w:val="212121"/>
          <w:szCs w:val="24"/>
        </w:rPr>
        <w:t>2</w:t>
      </w:r>
      <w:r w:rsidRPr="00B76515">
        <w:rPr>
          <w:rFonts w:ascii="Times New Roman" w:eastAsia="Times New Roman" w:hAnsi="Times New Roman" w:cs="Times New Roman"/>
          <w:color w:val="212121"/>
          <w:szCs w:val="24"/>
        </w:rPr>
        <w:t xml:space="preserve">/2025 to </w:t>
      </w:r>
      <w:r w:rsidR="002E568F">
        <w:rPr>
          <w:rFonts w:ascii="Times New Roman" w:eastAsia="Times New Roman" w:hAnsi="Times New Roman" w:cs="Times New Roman"/>
          <w:color w:val="212121"/>
          <w:szCs w:val="24"/>
        </w:rPr>
        <w:t>05</w:t>
      </w:r>
      <w:r w:rsidRPr="00B76515">
        <w:rPr>
          <w:rFonts w:ascii="Times New Roman" w:eastAsia="Times New Roman" w:hAnsi="Times New Roman" w:cs="Times New Roman"/>
          <w:color w:val="212121"/>
          <w:szCs w:val="24"/>
        </w:rPr>
        <w:t>/1</w:t>
      </w:r>
      <w:r w:rsidR="002E568F">
        <w:rPr>
          <w:rFonts w:ascii="Times New Roman" w:eastAsia="Times New Roman" w:hAnsi="Times New Roman" w:cs="Times New Roman"/>
          <w:color w:val="212121"/>
          <w:szCs w:val="24"/>
        </w:rPr>
        <w:t>2</w:t>
      </w:r>
      <w:r w:rsidRPr="00B76515">
        <w:rPr>
          <w:rFonts w:ascii="Times New Roman" w:eastAsia="Times New Roman" w:hAnsi="Times New Roman" w:cs="Times New Roman"/>
          <w:color w:val="212121"/>
          <w:szCs w:val="24"/>
        </w:rPr>
        <w:t>/</w:t>
      </w:r>
      <w:proofErr w:type="gramStart"/>
      <w:r w:rsidRPr="00B76515">
        <w:rPr>
          <w:rFonts w:ascii="Times New Roman" w:eastAsia="Times New Roman" w:hAnsi="Times New Roman" w:cs="Times New Roman"/>
          <w:color w:val="212121"/>
          <w:szCs w:val="24"/>
        </w:rPr>
        <w:t>2025 ,</w:t>
      </w:r>
      <w:proofErr w:type="gramEnd"/>
      <w:r w:rsidRPr="00B76515">
        <w:rPr>
          <w:rFonts w:ascii="Times New Roman" w:eastAsia="Times New Roman" w:hAnsi="Times New Roman" w:cs="Times New Roman"/>
          <w:color w:val="212121"/>
          <w:szCs w:val="24"/>
        </w:rPr>
        <w:t xml:space="preserve"> Time: </w:t>
      </w:r>
      <w:r w:rsidR="002E568F">
        <w:rPr>
          <w:rFonts w:ascii="Times New Roman" w:eastAsia="Times New Roman" w:hAnsi="Times New Roman" w:cs="Times New Roman"/>
          <w:color w:val="212121"/>
          <w:szCs w:val="24"/>
        </w:rPr>
        <w:t>10</w:t>
      </w:r>
      <w:r w:rsidRPr="00B76515">
        <w:rPr>
          <w:rFonts w:ascii="Times New Roman" w:eastAsia="Times New Roman" w:hAnsi="Times New Roman" w:cs="Times New Roman"/>
          <w:color w:val="212121"/>
          <w:szCs w:val="24"/>
        </w:rPr>
        <w:t xml:space="preserve">.00 </w:t>
      </w:r>
      <w:r w:rsidR="002E568F">
        <w:rPr>
          <w:rFonts w:ascii="Times New Roman" w:eastAsia="Times New Roman" w:hAnsi="Times New Roman" w:cs="Times New Roman"/>
          <w:color w:val="212121"/>
          <w:szCs w:val="24"/>
        </w:rPr>
        <w:t>A</w:t>
      </w:r>
      <w:r w:rsidRPr="00B76515">
        <w:rPr>
          <w:rFonts w:ascii="Times New Roman" w:eastAsia="Times New Roman" w:hAnsi="Times New Roman" w:cs="Times New Roman"/>
          <w:color w:val="212121"/>
          <w:szCs w:val="24"/>
        </w:rPr>
        <w:t xml:space="preserve">M to </w:t>
      </w:r>
      <w:r w:rsidR="002E568F">
        <w:rPr>
          <w:rFonts w:ascii="Times New Roman" w:eastAsia="Times New Roman" w:hAnsi="Times New Roman" w:cs="Times New Roman"/>
          <w:color w:val="212121"/>
          <w:szCs w:val="24"/>
        </w:rPr>
        <w:t>4</w:t>
      </w:r>
      <w:r w:rsidRPr="00B76515">
        <w:rPr>
          <w:rFonts w:ascii="Times New Roman" w:eastAsia="Times New Roman" w:hAnsi="Times New Roman" w:cs="Times New Roman"/>
          <w:color w:val="212121"/>
          <w:szCs w:val="24"/>
        </w:rPr>
        <w:t>.00 pm</w:t>
      </w:r>
    </w:p>
    <w:p w14:paraId="46C091D8" w14:textId="77777777" w:rsidR="00B95AF9" w:rsidRDefault="00B95AF9" w:rsidP="00B95AF9"/>
    <w:p w14:paraId="64A7D6C5" w14:textId="68AD1BC8" w:rsidR="00B95AF9" w:rsidRPr="00B76515" w:rsidRDefault="00B95AF9" w:rsidP="00B95AF9">
      <w:pPr>
        <w:spacing w:before="1" w:after="0" w:line="240" w:lineRule="auto"/>
        <w:ind w:left="360" w:right="360"/>
        <w:rPr>
          <w:rFonts w:ascii="Times New Roman" w:eastAsia="Times New Roman" w:hAnsi="Times New Roman" w:cs="Times New Roman"/>
          <w:szCs w:val="24"/>
        </w:rPr>
      </w:pPr>
      <w:r>
        <w:rPr>
          <w:rFonts w:ascii="Times New Roman" w:eastAsia="Times New Roman" w:hAnsi="Times New Roman" w:cs="Times New Roman"/>
          <w:b/>
          <w:bCs/>
          <w:color w:val="000000"/>
          <w:szCs w:val="24"/>
        </w:rPr>
        <w:t xml:space="preserve">    </w:t>
      </w:r>
      <w:r w:rsidR="00182B3D">
        <w:rPr>
          <w:rFonts w:ascii="Times New Roman" w:eastAsia="Times New Roman" w:hAnsi="Times New Roman" w:cs="Times New Roman"/>
          <w:b/>
          <w:bCs/>
          <w:color w:val="000000"/>
          <w:szCs w:val="24"/>
        </w:rPr>
        <w:t xml:space="preserve"> </w:t>
      </w:r>
      <w:r w:rsidRPr="00B76515">
        <w:rPr>
          <w:rFonts w:ascii="Times New Roman" w:eastAsia="Times New Roman" w:hAnsi="Times New Roman" w:cs="Times New Roman"/>
          <w:b/>
          <w:bCs/>
          <w:color w:val="000000"/>
          <w:szCs w:val="24"/>
        </w:rPr>
        <w:t>Co-</w:t>
      </w:r>
      <w:proofErr w:type="spellStart"/>
      <w:r w:rsidRPr="00B76515">
        <w:rPr>
          <w:rFonts w:ascii="Times New Roman" w:eastAsia="Times New Roman" w:hAnsi="Times New Roman" w:cs="Times New Roman"/>
          <w:b/>
          <w:bCs/>
          <w:color w:val="000000"/>
          <w:szCs w:val="24"/>
        </w:rPr>
        <w:t>ordinator</w:t>
      </w:r>
      <w:proofErr w:type="spellEnd"/>
      <w:r w:rsidRPr="00B76515">
        <w:rPr>
          <w:rFonts w:ascii="Times New Roman" w:eastAsia="Times New Roman" w:hAnsi="Times New Roman" w:cs="Times New Roman"/>
          <w:b/>
          <w:bCs/>
          <w:color w:val="000000"/>
          <w:szCs w:val="24"/>
        </w:rPr>
        <w:t xml:space="preserve"> for the FDP: </w:t>
      </w:r>
      <w:proofErr w:type="spellStart"/>
      <w:proofErr w:type="gramStart"/>
      <w:r w:rsidRPr="00B76515">
        <w:rPr>
          <w:rFonts w:ascii="Times New Roman" w:eastAsia="Times New Roman" w:hAnsi="Times New Roman" w:cs="Times New Roman"/>
          <w:color w:val="000000"/>
          <w:szCs w:val="24"/>
        </w:rPr>
        <w:t>Dr.Premanand.P</w:t>
      </w:r>
      <w:proofErr w:type="gramEnd"/>
      <w:r w:rsidRPr="00B76515">
        <w:rPr>
          <w:rFonts w:ascii="Times New Roman" w:eastAsia="Times New Roman" w:hAnsi="Times New Roman" w:cs="Times New Roman"/>
          <w:color w:val="000000"/>
          <w:szCs w:val="24"/>
        </w:rPr>
        <w:t>.Ghadekar</w:t>
      </w:r>
      <w:proofErr w:type="spellEnd"/>
      <w:r w:rsidRPr="00B76515">
        <w:rPr>
          <w:rFonts w:ascii="Times New Roman" w:eastAsia="Times New Roman" w:hAnsi="Times New Roman" w:cs="Times New Roman"/>
          <w:b/>
          <w:bCs/>
          <w:color w:val="000000"/>
          <w:szCs w:val="24"/>
        </w:rPr>
        <w:br/>
      </w:r>
      <w:r w:rsidRPr="00B76515">
        <w:rPr>
          <w:rFonts w:ascii="Times New Roman" w:eastAsia="Times New Roman" w:hAnsi="Times New Roman" w:cs="Times New Roman"/>
          <w:color w:val="000000"/>
          <w:szCs w:val="24"/>
        </w:rPr>
        <w:t>                                               </w:t>
      </w:r>
      <w:r w:rsidR="00182B3D">
        <w:rPr>
          <w:rFonts w:ascii="Times New Roman" w:eastAsia="Times New Roman" w:hAnsi="Times New Roman" w:cs="Times New Roman"/>
          <w:color w:val="000000"/>
          <w:szCs w:val="24"/>
        </w:rPr>
        <w:t xml:space="preserve">   </w:t>
      </w:r>
      <w:r w:rsidRPr="00B76515">
        <w:rPr>
          <w:rFonts w:ascii="Times New Roman" w:eastAsia="Times New Roman" w:hAnsi="Times New Roman" w:cs="Times New Roman"/>
          <w:color w:val="000000"/>
          <w:szCs w:val="24"/>
        </w:rPr>
        <w:t xml:space="preserve"> </w:t>
      </w:r>
      <w:proofErr w:type="spellStart"/>
      <w:r w:rsidRPr="00B76515">
        <w:rPr>
          <w:rFonts w:ascii="Times New Roman" w:eastAsia="Times New Roman" w:hAnsi="Times New Roman" w:cs="Times New Roman"/>
          <w:color w:val="000000"/>
          <w:szCs w:val="24"/>
        </w:rPr>
        <w:t>Dr.</w:t>
      </w:r>
      <w:r w:rsidR="00182B3D">
        <w:rPr>
          <w:rFonts w:ascii="Times New Roman" w:eastAsia="Times New Roman" w:hAnsi="Times New Roman" w:cs="Times New Roman"/>
          <w:color w:val="000000"/>
          <w:szCs w:val="24"/>
        </w:rPr>
        <w:t>Amruta</w:t>
      </w:r>
      <w:proofErr w:type="spellEnd"/>
      <w:r w:rsidR="00182B3D">
        <w:rPr>
          <w:rFonts w:ascii="Times New Roman" w:eastAsia="Times New Roman" w:hAnsi="Times New Roman" w:cs="Times New Roman"/>
          <w:color w:val="000000"/>
          <w:szCs w:val="24"/>
        </w:rPr>
        <w:t xml:space="preserve"> </w:t>
      </w:r>
      <w:proofErr w:type="spellStart"/>
      <w:r w:rsidR="00182B3D">
        <w:rPr>
          <w:rFonts w:ascii="Times New Roman" w:eastAsia="Times New Roman" w:hAnsi="Times New Roman" w:cs="Times New Roman"/>
          <w:color w:val="000000"/>
          <w:szCs w:val="24"/>
        </w:rPr>
        <w:t>Amune</w:t>
      </w:r>
      <w:proofErr w:type="spellEnd"/>
    </w:p>
    <w:p w14:paraId="15E73277" w14:textId="77777777" w:rsidR="00B95AF9" w:rsidRPr="00B76515" w:rsidRDefault="00B95AF9" w:rsidP="00B95AF9">
      <w:pPr>
        <w:spacing w:after="0" w:line="240" w:lineRule="auto"/>
        <w:rPr>
          <w:rFonts w:ascii="Times New Roman" w:eastAsia="Times New Roman" w:hAnsi="Times New Roman" w:cs="Times New Roman"/>
          <w:szCs w:val="24"/>
        </w:rPr>
      </w:pPr>
    </w:p>
    <w:p w14:paraId="6187AC1C" w14:textId="540FB666" w:rsidR="00B95AF9" w:rsidRDefault="00B95AF9" w:rsidP="00B95AF9">
      <w:pPr>
        <w:spacing w:after="0" w:line="240" w:lineRule="auto"/>
        <w:ind w:left="360" w:right="360"/>
        <w:rPr>
          <w:rFonts w:ascii="Times New Roman" w:eastAsia="Times New Roman" w:hAnsi="Times New Roman" w:cs="Times New Roman"/>
          <w:color w:val="000000"/>
          <w:szCs w:val="24"/>
        </w:rPr>
      </w:pPr>
      <w:r w:rsidRPr="00B76515">
        <w:rPr>
          <w:rFonts w:ascii="Times New Roman" w:eastAsia="Times New Roman" w:hAnsi="Times New Roman" w:cs="Times New Roman"/>
          <w:color w:val="000000"/>
          <w:szCs w:val="24"/>
        </w:rPr>
        <w:t> </w:t>
      </w:r>
      <w:r>
        <w:rPr>
          <w:rFonts w:ascii="Times New Roman" w:eastAsia="Times New Roman" w:hAnsi="Times New Roman" w:cs="Times New Roman"/>
          <w:color w:val="000000"/>
          <w:szCs w:val="24"/>
        </w:rPr>
        <w:t xml:space="preserve">  </w:t>
      </w:r>
    </w:p>
    <w:p w14:paraId="2CE2A6CF" w14:textId="77777777" w:rsidR="00B95AF9" w:rsidRPr="00B76515" w:rsidRDefault="00B95AF9" w:rsidP="00B95AF9">
      <w:pPr>
        <w:spacing w:after="0" w:line="240" w:lineRule="auto"/>
        <w:ind w:left="360" w:right="360"/>
        <w:rPr>
          <w:rFonts w:ascii="Times New Roman" w:eastAsia="Times New Roman" w:hAnsi="Times New Roman" w:cs="Times New Roman"/>
          <w:szCs w:val="24"/>
        </w:rPr>
      </w:pPr>
    </w:p>
    <w:p w14:paraId="0E26179D" w14:textId="7C541C9D" w:rsidR="00B95AF9" w:rsidRPr="00B76515" w:rsidRDefault="00B95AF9" w:rsidP="00B95AF9">
      <w:pPr>
        <w:spacing w:before="60" w:after="0" w:line="240" w:lineRule="auto"/>
        <w:ind w:left="360" w:right="360"/>
        <w:rPr>
          <w:rFonts w:ascii="Times New Roman" w:eastAsia="Times New Roman" w:hAnsi="Times New Roman" w:cs="Times New Roman"/>
          <w:szCs w:val="24"/>
        </w:rPr>
      </w:pPr>
      <w:r w:rsidRPr="00B76515">
        <w:rPr>
          <w:rFonts w:ascii="Times New Roman" w:eastAsia="Times New Roman" w:hAnsi="Times New Roman" w:cs="Times New Roman"/>
          <w:b/>
          <w:bCs/>
          <w:color w:val="000000"/>
          <w:szCs w:val="24"/>
        </w:rPr>
        <w:t xml:space="preserve">Few Glimpses of Inaugural Function and Session Conducted by </w:t>
      </w:r>
      <w:proofErr w:type="spellStart"/>
      <w:proofErr w:type="gramStart"/>
      <w:r w:rsidR="00182B3D">
        <w:rPr>
          <w:rFonts w:ascii="Times New Roman" w:eastAsia="Times New Roman" w:hAnsi="Times New Roman" w:cs="Times New Roman"/>
          <w:b/>
          <w:bCs/>
          <w:color w:val="000000"/>
          <w:szCs w:val="24"/>
        </w:rPr>
        <w:t>Deepneel</w:t>
      </w:r>
      <w:proofErr w:type="spellEnd"/>
      <w:r w:rsidR="00182B3D">
        <w:rPr>
          <w:rFonts w:ascii="Times New Roman" w:eastAsia="Times New Roman" w:hAnsi="Times New Roman" w:cs="Times New Roman"/>
          <w:b/>
          <w:bCs/>
          <w:color w:val="000000"/>
          <w:szCs w:val="24"/>
        </w:rPr>
        <w:t xml:space="preserve">  Majumdar</w:t>
      </w:r>
      <w:proofErr w:type="gramEnd"/>
    </w:p>
    <w:p w14:paraId="0742C08D" w14:textId="77777777" w:rsidR="002E568F" w:rsidRDefault="002E568F" w:rsidP="002E568F">
      <w:r>
        <w:rPr>
          <w:rFonts w:ascii="Times New Roman" w:eastAsia="Times New Roman" w:hAnsi="Times New Roman" w:cs="Times New Roman"/>
          <w:szCs w:val="24"/>
        </w:rPr>
        <w:t xml:space="preserve">       </w:t>
      </w:r>
      <w:r>
        <w:rPr>
          <w:noProof/>
        </w:rPr>
        <w:drawing>
          <wp:inline distT="0" distB="0" distL="0" distR="0" wp14:anchorId="422484A5" wp14:editId="0E018E9A">
            <wp:extent cx="5486124" cy="2898475"/>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92401" cy="2901791"/>
                    </a:xfrm>
                    <a:prstGeom prst="rect">
                      <a:avLst/>
                    </a:prstGeom>
                    <a:noFill/>
                    <a:ln>
                      <a:noFill/>
                    </a:ln>
                  </pic:spPr>
                </pic:pic>
              </a:graphicData>
            </a:graphic>
          </wp:inline>
        </w:drawing>
      </w:r>
      <w:r>
        <w:rPr>
          <w:noProof/>
        </w:rPr>
        <w:lastRenderedPageBreak/>
        <w:drawing>
          <wp:inline distT="0" distB="0" distL="0" distR="0" wp14:anchorId="6CC8698F" wp14:editId="5F8674F4">
            <wp:extent cx="5485684" cy="3045124"/>
            <wp:effectExtent l="0" t="0" r="127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98140" cy="3052039"/>
                    </a:xfrm>
                    <a:prstGeom prst="rect">
                      <a:avLst/>
                    </a:prstGeom>
                    <a:noFill/>
                    <a:ln>
                      <a:noFill/>
                    </a:ln>
                  </pic:spPr>
                </pic:pic>
              </a:graphicData>
            </a:graphic>
          </wp:inline>
        </w:drawing>
      </w:r>
      <w:r>
        <w:rPr>
          <w:noProof/>
        </w:rPr>
        <w:drawing>
          <wp:inline distT="0" distB="0" distL="0" distR="0" wp14:anchorId="4441A4F5" wp14:editId="25622F8F">
            <wp:extent cx="5486335" cy="2372264"/>
            <wp:effectExtent l="0" t="0" r="63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94512" cy="2375800"/>
                    </a:xfrm>
                    <a:prstGeom prst="rect">
                      <a:avLst/>
                    </a:prstGeom>
                    <a:noFill/>
                    <a:ln>
                      <a:noFill/>
                    </a:ln>
                  </pic:spPr>
                </pic:pic>
              </a:graphicData>
            </a:graphic>
          </wp:inline>
        </w:drawing>
      </w:r>
    </w:p>
    <w:p w14:paraId="66648F4A" w14:textId="138980D1" w:rsidR="00B95AF9" w:rsidRPr="002E568F" w:rsidRDefault="002E568F" w:rsidP="002E568F">
      <w:r>
        <w:rPr>
          <w:noProof/>
        </w:rPr>
        <w:drawing>
          <wp:inline distT="0" distB="0" distL="0" distR="0" wp14:anchorId="42C751A6" wp14:editId="739418D4">
            <wp:extent cx="5485684" cy="2553419"/>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92781" cy="2556723"/>
                    </a:xfrm>
                    <a:prstGeom prst="rect">
                      <a:avLst/>
                    </a:prstGeom>
                    <a:noFill/>
                    <a:ln>
                      <a:noFill/>
                    </a:ln>
                  </pic:spPr>
                </pic:pic>
              </a:graphicData>
            </a:graphic>
          </wp:inline>
        </w:drawing>
      </w:r>
    </w:p>
    <w:p w14:paraId="594A368F" w14:textId="0F1BE32B" w:rsidR="00C630FB" w:rsidRDefault="00C630FB"/>
    <w:p w14:paraId="302EDBFA" w14:textId="77777777" w:rsidR="00182B3D" w:rsidRDefault="00182B3D" w:rsidP="00182B3D">
      <w:pPr>
        <w:shd w:val="clear" w:color="auto" w:fill="4F81BD" w:themeFill="accent1"/>
        <w:spacing w:after="0" w:line="240" w:lineRule="auto"/>
        <w:ind w:left="360" w:right="360"/>
        <w:jc w:val="both"/>
        <w:rPr>
          <w:rFonts w:ascii="Times New Roman" w:eastAsia="Times New Roman" w:hAnsi="Times New Roman" w:cs="Times New Roman"/>
          <w:b/>
          <w:bCs/>
          <w:color w:val="000000"/>
          <w:sz w:val="36"/>
          <w:szCs w:val="36"/>
        </w:rPr>
      </w:pPr>
      <w:r w:rsidRPr="00C3559E">
        <w:rPr>
          <w:rFonts w:ascii="Times New Roman" w:eastAsia="Times New Roman" w:hAnsi="Times New Roman" w:cs="Times New Roman"/>
          <w:b/>
          <w:bCs/>
          <w:color w:val="000000"/>
          <w:sz w:val="36"/>
          <w:szCs w:val="36"/>
        </w:rPr>
        <w:t xml:space="preserve">                                        </w:t>
      </w:r>
    </w:p>
    <w:p w14:paraId="10B9CCA1" w14:textId="2DCFA0E5" w:rsidR="00182B3D" w:rsidRDefault="00182B3D" w:rsidP="00182B3D">
      <w:pPr>
        <w:shd w:val="clear" w:color="auto" w:fill="4F81BD" w:themeFill="accent1"/>
        <w:spacing w:after="0" w:line="240" w:lineRule="auto"/>
        <w:ind w:left="360" w:right="360"/>
        <w:jc w:val="both"/>
        <w:rPr>
          <w:rFonts w:ascii="Times New Roman" w:eastAsia="Times New Roman" w:hAnsi="Times New Roman" w:cs="Times New Roman"/>
          <w:b/>
          <w:bCs/>
          <w:color w:val="000000"/>
          <w:sz w:val="36"/>
          <w:szCs w:val="36"/>
        </w:rPr>
      </w:pPr>
      <w:r>
        <w:rPr>
          <w:rFonts w:ascii="Times New Roman" w:eastAsia="Times New Roman" w:hAnsi="Times New Roman" w:cs="Times New Roman"/>
          <w:b/>
          <w:bCs/>
          <w:color w:val="000000"/>
          <w:sz w:val="36"/>
          <w:szCs w:val="36"/>
        </w:rPr>
        <w:t xml:space="preserve">                              </w:t>
      </w:r>
      <w:r w:rsidRPr="00B76515">
        <w:rPr>
          <w:rFonts w:ascii="Times New Roman" w:eastAsia="Times New Roman" w:hAnsi="Times New Roman" w:cs="Times New Roman"/>
          <w:b/>
          <w:bCs/>
          <w:color w:val="000000"/>
          <w:sz w:val="36"/>
          <w:szCs w:val="36"/>
        </w:rPr>
        <w:t xml:space="preserve">Outcome </w:t>
      </w:r>
      <w:r w:rsidR="001108F5">
        <w:rPr>
          <w:rFonts w:ascii="Times New Roman" w:eastAsia="Times New Roman" w:hAnsi="Times New Roman" w:cs="Times New Roman"/>
          <w:b/>
          <w:bCs/>
          <w:color w:val="000000"/>
          <w:sz w:val="36"/>
          <w:szCs w:val="36"/>
        </w:rPr>
        <w:t>of</w:t>
      </w:r>
      <w:r w:rsidRPr="00B76515">
        <w:rPr>
          <w:rFonts w:ascii="Times New Roman" w:eastAsia="Times New Roman" w:hAnsi="Times New Roman" w:cs="Times New Roman"/>
          <w:b/>
          <w:bCs/>
          <w:color w:val="000000"/>
          <w:sz w:val="36"/>
          <w:szCs w:val="36"/>
        </w:rPr>
        <w:t xml:space="preserve"> FDP</w:t>
      </w:r>
    </w:p>
    <w:p w14:paraId="36F321D3" w14:textId="77777777" w:rsidR="00182B3D" w:rsidRDefault="00182B3D" w:rsidP="00182B3D">
      <w:pPr>
        <w:shd w:val="clear" w:color="auto" w:fill="4F81BD" w:themeFill="accent1"/>
        <w:spacing w:after="0" w:line="240" w:lineRule="auto"/>
        <w:ind w:left="360" w:right="360"/>
        <w:jc w:val="both"/>
        <w:rPr>
          <w:rFonts w:ascii="Times New Roman" w:eastAsia="Times New Roman" w:hAnsi="Times New Roman" w:cs="Times New Roman"/>
          <w:b/>
          <w:bCs/>
          <w:color w:val="000000"/>
          <w:sz w:val="36"/>
          <w:szCs w:val="36"/>
        </w:rPr>
      </w:pPr>
    </w:p>
    <w:p w14:paraId="4779CAA9" w14:textId="77777777" w:rsidR="00182B3D" w:rsidRPr="00182B3D" w:rsidRDefault="00182B3D" w:rsidP="003B019C">
      <w:pPr>
        <w:shd w:val="clear" w:color="auto" w:fill="C6D9F1" w:themeFill="text2" w:themeFillTint="33"/>
        <w:spacing w:before="100" w:beforeAutospacing="1" w:after="100" w:afterAutospacing="1" w:line="240" w:lineRule="auto"/>
        <w:jc w:val="both"/>
        <w:rPr>
          <w:rFonts w:ascii="Times New Roman" w:eastAsia="Times New Roman" w:hAnsi="Times New Roman" w:cs="Times New Roman"/>
          <w:szCs w:val="24"/>
        </w:rPr>
      </w:pPr>
      <w:r w:rsidRPr="00182B3D">
        <w:rPr>
          <w:rFonts w:ascii="Times New Roman" w:eastAsia="Times New Roman" w:hAnsi="Times New Roman" w:cs="Times New Roman"/>
          <w:szCs w:val="24"/>
          <w:shd w:val="clear" w:color="auto" w:fill="C6D9F1" w:themeFill="text2" w:themeFillTint="33"/>
        </w:rPr>
        <w:t xml:space="preserve">The Department of CSE (AI &amp; ML), VIT Pune, under the guidance of the Hon. Director, successfully organized a one-week Industry Training Program (FDP) on </w:t>
      </w:r>
      <w:r w:rsidRPr="00182B3D">
        <w:rPr>
          <w:rFonts w:ascii="Times New Roman" w:eastAsia="Times New Roman" w:hAnsi="Times New Roman" w:cs="Times New Roman"/>
          <w:b/>
          <w:bCs/>
          <w:szCs w:val="24"/>
          <w:shd w:val="clear" w:color="auto" w:fill="C6D9F1" w:themeFill="text2" w:themeFillTint="33"/>
        </w:rPr>
        <w:t>“Agentic AI”</w:t>
      </w:r>
      <w:r w:rsidRPr="00182B3D">
        <w:rPr>
          <w:rFonts w:ascii="Times New Roman" w:eastAsia="Times New Roman" w:hAnsi="Times New Roman" w:cs="Times New Roman"/>
          <w:szCs w:val="24"/>
          <w:shd w:val="clear" w:color="auto" w:fill="C6D9F1" w:themeFill="text2" w:themeFillTint="33"/>
        </w:rPr>
        <w:t xml:space="preserve"> in collaboration with </w:t>
      </w:r>
      <w:r w:rsidRPr="00182B3D">
        <w:rPr>
          <w:rFonts w:ascii="Times New Roman" w:eastAsia="Times New Roman" w:hAnsi="Times New Roman" w:cs="Times New Roman"/>
          <w:b/>
          <w:bCs/>
          <w:szCs w:val="24"/>
          <w:shd w:val="clear" w:color="auto" w:fill="C6D9F1" w:themeFill="text2" w:themeFillTint="33"/>
        </w:rPr>
        <w:t>Vodafone Intelligent Solutions (VOIS)</w:t>
      </w:r>
      <w:r w:rsidRPr="00182B3D">
        <w:rPr>
          <w:rFonts w:ascii="Times New Roman" w:eastAsia="Times New Roman" w:hAnsi="Times New Roman" w:cs="Times New Roman"/>
          <w:szCs w:val="24"/>
          <w:shd w:val="clear" w:color="auto" w:fill="C6D9F1" w:themeFill="text2" w:themeFillTint="33"/>
        </w:rPr>
        <w:t xml:space="preserve">. The program featured expert-led sessions by </w:t>
      </w:r>
      <w:r w:rsidRPr="00182B3D">
        <w:rPr>
          <w:rFonts w:ascii="Times New Roman" w:eastAsia="Times New Roman" w:hAnsi="Times New Roman" w:cs="Times New Roman"/>
          <w:b/>
          <w:bCs/>
          <w:szCs w:val="24"/>
          <w:shd w:val="clear" w:color="auto" w:fill="C6D9F1" w:themeFill="text2" w:themeFillTint="33"/>
        </w:rPr>
        <w:t xml:space="preserve">Mr. </w:t>
      </w:r>
      <w:proofErr w:type="spellStart"/>
      <w:r w:rsidRPr="00182B3D">
        <w:rPr>
          <w:rFonts w:ascii="Times New Roman" w:eastAsia="Times New Roman" w:hAnsi="Times New Roman" w:cs="Times New Roman"/>
          <w:b/>
          <w:bCs/>
          <w:szCs w:val="24"/>
          <w:shd w:val="clear" w:color="auto" w:fill="C6D9F1" w:themeFill="text2" w:themeFillTint="33"/>
        </w:rPr>
        <w:t>Deepneel</w:t>
      </w:r>
      <w:proofErr w:type="spellEnd"/>
      <w:r w:rsidRPr="00182B3D">
        <w:rPr>
          <w:rFonts w:ascii="Times New Roman" w:eastAsia="Times New Roman" w:hAnsi="Times New Roman" w:cs="Times New Roman"/>
          <w:b/>
          <w:bCs/>
          <w:szCs w:val="24"/>
          <w:shd w:val="clear" w:color="auto" w:fill="C6D9F1" w:themeFill="text2" w:themeFillTint="33"/>
        </w:rPr>
        <w:t xml:space="preserve"> Majumdar</w:t>
      </w:r>
      <w:r w:rsidRPr="00182B3D">
        <w:rPr>
          <w:rFonts w:ascii="Times New Roman" w:eastAsia="Times New Roman" w:hAnsi="Times New Roman" w:cs="Times New Roman"/>
          <w:szCs w:val="24"/>
          <w:shd w:val="clear" w:color="auto" w:fill="C6D9F1" w:themeFill="text2" w:themeFillTint="33"/>
        </w:rPr>
        <w:t xml:space="preserve"> and </w:t>
      </w:r>
      <w:r w:rsidRPr="00182B3D">
        <w:rPr>
          <w:rFonts w:ascii="Times New Roman" w:eastAsia="Times New Roman" w:hAnsi="Times New Roman" w:cs="Times New Roman"/>
          <w:b/>
          <w:bCs/>
          <w:szCs w:val="24"/>
          <w:shd w:val="clear" w:color="auto" w:fill="C6D9F1" w:themeFill="text2" w:themeFillTint="33"/>
        </w:rPr>
        <w:t xml:space="preserve">Mr. Aditya </w:t>
      </w:r>
      <w:proofErr w:type="spellStart"/>
      <w:r w:rsidRPr="00182B3D">
        <w:rPr>
          <w:rFonts w:ascii="Times New Roman" w:eastAsia="Times New Roman" w:hAnsi="Times New Roman" w:cs="Times New Roman"/>
          <w:b/>
          <w:bCs/>
          <w:szCs w:val="24"/>
          <w:shd w:val="clear" w:color="auto" w:fill="C6D9F1" w:themeFill="text2" w:themeFillTint="33"/>
        </w:rPr>
        <w:t>Dambale</w:t>
      </w:r>
      <w:proofErr w:type="spellEnd"/>
      <w:r w:rsidRPr="00182B3D">
        <w:rPr>
          <w:rFonts w:ascii="Times New Roman" w:eastAsia="Times New Roman" w:hAnsi="Times New Roman" w:cs="Times New Roman"/>
          <w:szCs w:val="24"/>
          <w:shd w:val="clear" w:color="auto" w:fill="C6D9F1" w:themeFill="text2" w:themeFillTint="33"/>
        </w:rPr>
        <w:t xml:space="preserve"> from VOIS, which were</w:t>
      </w:r>
      <w:r w:rsidRPr="00182B3D">
        <w:rPr>
          <w:rFonts w:ascii="Times New Roman" w:eastAsia="Times New Roman" w:hAnsi="Times New Roman" w:cs="Times New Roman"/>
          <w:szCs w:val="24"/>
        </w:rPr>
        <w:t xml:space="preserve"> highly interactive, hands-on, and industry-focused.</w:t>
      </w:r>
    </w:p>
    <w:p w14:paraId="266087AB" w14:textId="77777777" w:rsidR="00182B3D" w:rsidRPr="00182B3D" w:rsidRDefault="00182B3D" w:rsidP="003B019C">
      <w:pPr>
        <w:shd w:val="clear" w:color="auto" w:fill="C6D9F1" w:themeFill="text2" w:themeFillTint="33"/>
        <w:spacing w:before="100" w:beforeAutospacing="1" w:after="100" w:afterAutospacing="1" w:line="240" w:lineRule="auto"/>
        <w:jc w:val="both"/>
        <w:rPr>
          <w:rFonts w:ascii="Times New Roman" w:eastAsia="Times New Roman" w:hAnsi="Times New Roman" w:cs="Times New Roman"/>
          <w:szCs w:val="24"/>
        </w:rPr>
      </w:pPr>
      <w:r w:rsidRPr="00182B3D">
        <w:rPr>
          <w:rFonts w:ascii="Times New Roman" w:eastAsia="Times New Roman" w:hAnsi="Times New Roman" w:cs="Times New Roman"/>
          <w:szCs w:val="24"/>
        </w:rPr>
        <w:t xml:space="preserve">The training covered advanced Agentic AI architectures, real-world use cases, practical implementations, and industry-ready tools and workflows. Through demonstrations and guided exercises, faculty members gained both strong theoretical insights and practical exposure, empowering them to incorporate emerging AI trends into teaching and research. The FDP significantly enhanced faculty competence in cutting-edge AI technologies and further strengthened industry–academia collaboration. Special acknowledgment is extended to </w:t>
      </w:r>
      <w:r w:rsidRPr="00182B3D">
        <w:rPr>
          <w:rFonts w:ascii="Times New Roman" w:eastAsia="Times New Roman" w:hAnsi="Times New Roman" w:cs="Times New Roman"/>
          <w:b/>
          <w:bCs/>
          <w:szCs w:val="24"/>
        </w:rPr>
        <w:t xml:space="preserve">Dr. Amar </w:t>
      </w:r>
      <w:proofErr w:type="spellStart"/>
      <w:r w:rsidRPr="00182B3D">
        <w:rPr>
          <w:rFonts w:ascii="Times New Roman" w:eastAsia="Times New Roman" w:hAnsi="Times New Roman" w:cs="Times New Roman"/>
          <w:b/>
          <w:bCs/>
          <w:szCs w:val="24"/>
        </w:rPr>
        <w:t>Buchade</w:t>
      </w:r>
      <w:proofErr w:type="spellEnd"/>
      <w:r w:rsidRPr="00182B3D">
        <w:rPr>
          <w:rFonts w:ascii="Times New Roman" w:eastAsia="Times New Roman" w:hAnsi="Times New Roman" w:cs="Times New Roman"/>
          <w:szCs w:val="24"/>
        </w:rPr>
        <w:t xml:space="preserve"> and </w:t>
      </w:r>
      <w:r w:rsidRPr="00182B3D">
        <w:rPr>
          <w:rFonts w:ascii="Times New Roman" w:eastAsia="Times New Roman" w:hAnsi="Times New Roman" w:cs="Times New Roman"/>
          <w:b/>
          <w:bCs/>
          <w:szCs w:val="24"/>
        </w:rPr>
        <w:t>Dr. Atul Kulkarni</w:t>
      </w:r>
      <w:r w:rsidRPr="00182B3D">
        <w:rPr>
          <w:rFonts w:ascii="Times New Roman" w:eastAsia="Times New Roman" w:hAnsi="Times New Roman" w:cs="Times New Roman"/>
          <w:szCs w:val="24"/>
        </w:rPr>
        <w:t xml:space="preserve"> for their support and contributions.</w:t>
      </w:r>
    </w:p>
    <w:p w14:paraId="1CC912DF" w14:textId="77777777" w:rsidR="00182B3D" w:rsidRDefault="00182B3D" w:rsidP="003B019C">
      <w:pPr>
        <w:shd w:val="clear" w:color="auto" w:fill="C6D9F1" w:themeFill="text2" w:themeFillTint="33"/>
        <w:jc w:val="both"/>
      </w:pPr>
    </w:p>
    <w:p w14:paraId="68E5A783" w14:textId="77777777" w:rsidR="00182B3D" w:rsidRDefault="00182B3D" w:rsidP="003B019C">
      <w:pPr>
        <w:jc w:val="both"/>
      </w:pPr>
    </w:p>
    <w:p w14:paraId="3BE6AC95" w14:textId="1B77A04E" w:rsidR="00C630FB" w:rsidRDefault="00C630FB"/>
    <w:p w14:paraId="574D9173" w14:textId="4A9005DA" w:rsidR="00C630FB" w:rsidRDefault="00C630FB"/>
    <w:p w14:paraId="123D6433" w14:textId="5839B07F" w:rsidR="003632DC" w:rsidRDefault="003632DC"/>
    <w:p w14:paraId="3834EC47" w14:textId="61592819" w:rsidR="003632DC" w:rsidRDefault="003632DC"/>
    <w:p w14:paraId="34642BC9" w14:textId="01F09CA8" w:rsidR="003632DC" w:rsidRDefault="003632DC"/>
    <w:p w14:paraId="06B69C52" w14:textId="2697AD9D" w:rsidR="003632DC" w:rsidRDefault="003632DC"/>
    <w:p w14:paraId="23EC36DF" w14:textId="77777777" w:rsidR="003632DC" w:rsidRDefault="003632DC"/>
    <w:p w14:paraId="6A40E349" w14:textId="77777777" w:rsidR="00C630FB" w:rsidRDefault="00C630FB"/>
    <w:p w14:paraId="557B2E82" w14:textId="71B41301" w:rsidR="00911534" w:rsidRDefault="00911534"/>
    <w:p w14:paraId="7FF2F06C" w14:textId="25FE5BB1" w:rsidR="00911534" w:rsidRDefault="00911534"/>
    <w:p w14:paraId="2A1063E7" w14:textId="51D55D26" w:rsidR="00911534" w:rsidRDefault="00911534"/>
    <w:p w14:paraId="0163588B" w14:textId="5B4888E3" w:rsidR="00911534" w:rsidRDefault="00911534"/>
    <w:p w14:paraId="08B855BE" w14:textId="22BE20D5" w:rsidR="00911534" w:rsidRDefault="00911534"/>
    <w:p w14:paraId="72FE57CE" w14:textId="227B5E2B" w:rsidR="00911534" w:rsidRDefault="00911534"/>
    <w:p w14:paraId="71D8537C" w14:textId="1307C146" w:rsidR="00911534" w:rsidRDefault="00911534"/>
    <w:p w14:paraId="2B8E4C69" w14:textId="0D16118B" w:rsidR="00911534" w:rsidRDefault="00911534"/>
    <w:p w14:paraId="22ABBA38" w14:textId="3113BD14" w:rsidR="00911534" w:rsidRDefault="00911534"/>
    <w:p w14:paraId="5D496DB9" w14:textId="65033AA8" w:rsidR="00911534" w:rsidRDefault="00911534"/>
    <w:p w14:paraId="47EE20D0" w14:textId="156DA6FA" w:rsidR="00911534" w:rsidRDefault="00911534"/>
    <w:p w14:paraId="2AAB8F60" w14:textId="66102744" w:rsidR="00911534" w:rsidRDefault="00911534"/>
    <w:p w14:paraId="11EB06FC" w14:textId="77777777" w:rsidR="003632DC" w:rsidRDefault="003632DC" w:rsidP="003632DC">
      <w:pPr>
        <w:shd w:val="clear" w:color="auto" w:fill="4F81BD" w:themeFill="accent1"/>
        <w:spacing w:before="100" w:after="0" w:line="240" w:lineRule="auto"/>
        <w:ind w:left="360" w:right="360" w:firstLine="431"/>
        <w:jc w:val="center"/>
        <w:rPr>
          <w:rFonts w:ascii="Times New Roman" w:eastAsia="Times New Roman" w:hAnsi="Times New Roman" w:cs="Times New Roman"/>
          <w:b/>
          <w:bCs/>
          <w:color w:val="000000"/>
          <w:sz w:val="32"/>
          <w:szCs w:val="32"/>
        </w:rPr>
      </w:pPr>
    </w:p>
    <w:p w14:paraId="027D4998" w14:textId="77777777" w:rsidR="00D36B92" w:rsidRDefault="00D36B92" w:rsidP="003632DC">
      <w:pPr>
        <w:shd w:val="clear" w:color="auto" w:fill="4F81BD" w:themeFill="accent1"/>
        <w:spacing w:before="100" w:after="0" w:line="240" w:lineRule="auto"/>
        <w:ind w:left="360" w:right="360" w:firstLine="431"/>
        <w:jc w:val="center"/>
        <w:rPr>
          <w:rFonts w:ascii="Times New Roman" w:eastAsia="Times New Roman" w:hAnsi="Times New Roman" w:cs="Times New Roman"/>
          <w:b/>
          <w:bCs/>
          <w:color w:val="000000"/>
          <w:sz w:val="32"/>
          <w:szCs w:val="32"/>
        </w:rPr>
      </w:pPr>
    </w:p>
    <w:p w14:paraId="365F60DF" w14:textId="29FDA3AF" w:rsidR="003632DC" w:rsidRPr="00C029B2" w:rsidRDefault="00D36B92" w:rsidP="003632DC">
      <w:pPr>
        <w:shd w:val="clear" w:color="auto" w:fill="4F81BD" w:themeFill="accent1"/>
        <w:spacing w:before="100" w:after="0" w:line="240" w:lineRule="auto"/>
        <w:ind w:left="360" w:right="360" w:firstLine="431"/>
        <w:jc w:val="center"/>
        <w:rPr>
          <w:rFonts w:ascii="Times New Roman" w:eastAsia="Times New Roman" w:hAnsi="Times New Roman" w:cs="Times New Roman"/>
          <w:b/>
          <w:bCs/>
          <w:color w:val="000000"/>
          <w:sz w:val="36"/>
          <w:szCs w:val="36"/>
        </w:rPr>
      </w:pPr>
      <w:r w:rsidRPr="00C029B2">
        <w:rPr>
          <w:rFonts w:ascii="Times New Roman" w:eastAsia="Times New Roman" w:hAnsi="Times New Roman" w:cs="Times New Roman"/>
          <w:b/>
          <w:bCs/>
          <w:color w:val="000000"/>
          <w:sz w:val="36"/>
          <w:szCs w:val="36"/>
        </w:rPr>
        <w:t>MOU’S WITH INDUSTRIES</w:t>
      </w:r>
    </w:p>
    <w:p w14:paraId="0C90F218" w14:textId="77777777" w:rsidR="003632DC" w:rsidRDefault="003632DC" w:rsidP="003632DC">
      <w:pPr>
        <w:shd w:val="clear" w:color="auto" w:fill="4F81BD" w:themeFill="accent1"/>
        <w:spacing w:before="100" w:after="0" w:line="240" w:lineRule="auto"/>
        <w:ind w:left="360" w:right="360" w:firstLine="431"/>
        <w:rPr>
          <w:rFonts w:ascii="Times New Roman" w:eastAsia="Times New Roman" w:hAnsi="Times New Roman" w:cs="Times New Roman"/>
          <w:b/>
          <w:bCs/>
          <w:color w:val="000000"/>
          <w:sz w:val="32"/>
          <w:szCs w:val="32"/>
        </w:rPr>
      </w:pPr>
    </w:p>
    <w:p w14:paraId="0B10B130" w14:textId="77777777" w:rsidR="003632DC" w:rsidRDefault="003632DC" w:rsidP="003632DC">
      <w:pPr>
        <w:shd w:val="clear" w:color="auto" w:fill="4F81BD" w:themeFill="accent1"/>
        <w:spacing w:before="100" w:after="0" w:line="240" w:lineRule="auto"/>
        <w:ind w:left="360" w:right="360" w:firstLine="431"/>
        <w:jc w:val="center"/>
        <w:rPr>
          <w:rFonts w:ascii="Times New Roman" w:eastAsia="Times New Roman" w:hAnsi="Times New Roman" w:cs="Times New Roman"/>
          <w:b/>
          <w:bCs/>
          <w:color w:val="000000"/>
          <w:sz w:val="32"/>
          <w:szCs w:val="32"/>
        </w:rPr>
      </w:pPr>
    </w:p>
    <w:p w14:paraId="11474B4A" w14:textId="54D88F1A" w:rsidR="00B95AF9" w:rsidRDefault="00B95AF9"/>
    <w:p w14:paraId="12F6ADA4" w14:textId="1C703436" w:rsidR="003632DC" w:rsidRDefault="003632DC"/>
    <w:p w14:paraId="178FC7F9" w14:textId="01F75275" w:rsidR="003632DC" w:rsidRDefault="003632DC"/>
    <w:p w14:paraId="0823126C" w14:textId="44866A64" w:rsidR="003632DC" w:rsidRDefault="003632DC"/>
    <w:p w14:paraId="73AC4ECA" w14:textId="34578F73" w:rsidR="003632DC" w:rsidRDefault="003632DC"/>
    <w:p w14:paraId="1E26F031" w14:textId="56D9513B" w:rsidR="003632DC" w:rsidRDefault="003632DC"/>
    <w:p w14:paraId="6A0E1E92" w14:textId="3AB7B496" w:rsidR="003632DC" w:rsidRDefault="003632DC"/>
    <w:p w14:paraId="3497A766" w14:textId="38FDC3C7" w:rsidR="003632DC" w:rsidRDefault="003632DC"/>
    <w:p w14:paraId="7A4C8D52" w14:textId="65D66F6F" w:rsidR="003632DC" w:rsidRDefault="003632DC"/>
    <w:p w14:paraId="6E7DDDD9" w14:textId="6DB4B694" w:rsidR="003632DC" w:rsidRDefault="003632DC"/>
    <w:p w14:paraId="48CD4992" w14:textId="068C3EFC" w:rsidR="003632DC" w:rsidRDefault="003632DC"/>
    <w:p w14:paraId="4D58EDF6" w14:textId="67ADDAD8" w:rsidR="003632DC" w:rsidRDefault="003632DC"/>
    <w:p w14:paraId="133F316E" w14:textId="5B359245" w:rsidR="003632DC" w:rsidRDefault="003632DC"/>
    <w:p w14:paraId="138CC6AA" w14:textId="10C75F81" w:rsidR="001B1719" w:rsidRDefault="001B1719" w:rsidP="001B1719">
      <w:pPr>
        <w:shd w:val="clear" w:color="auto" w:fill="548DD4" w:themeFill="text2" w:themeFillTint="99"/>
      </w:pPr>
      <w:r>
        <w:t xml:space="preserve">                                                    </w:t>
      </w:r>
    </w:p>
    <w:p w14:paraId="516B30A8" w14:textId="1E88B00B" w:rsidR="001B1719" w:rsidRPr="001B1719" w:rsidRDefault="001B1719" w:rsidP="001B1719">
      <w:pPr>
        <w:shd w:val="clear" w:color="auto" w:fill="548DD4" w:themeFill="text2" w:themeFillTint="99"/>
        <w:rPr>
          <w:sz w:val="28"/>
          <w:szCs w:val="24"/>
        </w:rPr>
      </w:pPr>
      <w:r w:rsidRPr="001B1719">
        <w:rPr>
          <w:sz w:val="28"/>
          <w:szCs w:val="24"/>
        </w:rPr>
        <w:t xml:space="preserve">                                           </w:t>
      </w:r>
      <w:r w:rsidRPr="001B1719">
        <w:rPr>
          <w:b/>
          <w:bCs/>
          <w:sz w:val="28"/>
          <w:szCs w:val="24"/>
        </w:rPr>
        <w:t>MOU with</w:t>
      </w:r>
      <w:r w:rsidRPr="001B1719">
        <w:rPr>
          <w:sz w:val="28"/>
          <w:szCs w:val="24"/>
        </w:rPr>
        <w:t xml:space="preserve"> </w:t>
      </w:r>
      <w:proofErr w:type="spellStart"/>
      <w:r w:rsidRPr="001B1719">
        <w:rPr>
          <w:rStyle w:val="Strong"/>
          <w:sz w:val="28"/>
          <w:szCs w:val="24"/>
        </w:rPr>
        <w:t>Zillionlink</w:t>
      </w:r>
      <w:proofErr w:type="spellEnd"/>
      <w:r w:rsidRPr="001B1719">
        <w:rPr>
          <w:rStyle w:val="Strong"/>
          <w:sz w:val="28"/>
          <w:szCs w:val="24"/>
        </w:rPr>
        <w:t xml:space="preserve"> Pvt. Ltd.</w:t>
      </w:r>
    </w:p>
    <w:p w14:paraId="154684A7" w14:textId="278C39DB" w:rsidR="001B1719" w:rsidRDefault="001B1719" w:rsidP="00EB1A38">
      <w:pPr>
        <w:shd w:val="clear" w:color="auto" w:fill="C6D9F1" w:themeFill="text2" w:themeFillTint="33"/>
        <w:jc w:val="both"/>
      </w:pPr>
      <w:r>
        <w:t xml:space="preserve">Under the guidance of the Hon. Director, </w:t>
      </w:r>
      <w:r w:rsidR="00EB1A38">
        <w:rPr>
          <w:rFonts w:ascii="Times New Roman" w:eastAsia="Times New Roman" w:hAnsi="Times New Roman" w:cs="Times New Roman"/>
          <w:szCs w:val="24"/>
        </w:rPr>
        <w:t>CSE(AI&amp;ML) department</w:t>
      </w:r>
      <w:r w:rsidR="00EB1A38" w:rsidRPr="00470F7A">
        <w:rPr>
          <w:rFonts w:ascii="Times New Roman" w:eastAsia="Times New Roman" w:hAnsi="Times New Roman" w:cs="Times New Roman"/>
          <w:szCs w:val="24"/>
        </w:rPr>
        <w:t xml:space="preserve"> </w:t>
      </w:r>
      <w:r>
        <w:t xml:space="preserve">has signed a </w:t>
      </w:r>
      <w:r>
        <w:rPr>
          <w:rStyle w:val="Strong"/>
        </w:rPr>
        <w:t>Memorandum of Understanding (MoU)</w:t>
      </w:r>
      <w:r>
        <w:t xml:space="preserve"> with </w:t>
      </w:r>
      <w:proofErr w:type="spellStart"/>
      <w:r>
        <w:rPr>
          <w:rStyle w:val="Strong"/>
        </w:rPr>
        <w:t>Zillionlink</w:t>
      </w:r>
      <w:proofErr w:type="spellEnd"/>
      <w:r>
        <w:rPr>
          <w:rStyle w:val="Strong"/>
        </w:rPr>
        <w:t xml:space="preserve"> Pvt. Ltd.</w:t>
      </w:r>
      <w:r>
        <w:t xml:space="preserve"> This collaboration aims to create valuable opportunities for students and the institution through </w:t>
      </w:r>
      <w:r>
        <w:rPr>
          <w:rStyle w:val="Strong"/>
        </w:rPr>
        <w:t>expert sessions, sponsored projects, hackathons, internships, placements, and lab development</w:t>
      </w:r>
      <w:r>
        <w:t xml:space="preserve">. The partnership is expected to foster mutual growth and success and was facilitated by </w:t>
      </w:r>
      <w:r>
        <w:rPr>
          <w:rStyle w:val="Strong"/>
        </w:rPr>
        <w:t xml:space="preserve">Dr. Jyoti </w:t>
      </w:r>
      <w:proofErr w:type="spellStart"/>
      <w:r>
        <w:rPr>
          <w:rStyle w:val="Strong"/>
        </w:rPr>
        <w:t>Kanjalkar</w:t>
      </w:r>
      <w:proofErr w:type="spellEnd"/>
      <w:r>
        <w:t>.</w:t>
      </w:r>
    </w:p>
    <w:p w14:paraId="18121582" w14:textId="77777777" w:rsidR="00470F7A" w:rsidRDefault="00470F7A" w:rsidP="001B1719">
      <w:pPr>
        <w:shd w:val="clear" w:color="auto" w:fill="548DD4" w:themeFill="text2" w:themeFillTint="99"/>
        <w:rPr>
          <w:noProof/>
        </w:rPr>
      </w:pPr>
    </w:p>
    <w:p w14:paraId="263ACB41" w14:textId="2A463E88" w:rsidR="00470F7A" w:rsidRDefault="00470F7A" w:rsidP="007A51D2">
      <w:r>
        <w:rPr>
          <w:noProof/>
        </w:rPr>
        <w:drawing>
          <wp:inline distT="0" distB="0" distL="0" distR="0" wp14:anchorId="63D9B841" wp14:editId="411B04DD">
            <wp:extent cx="5486400" cy="2533015"/>
            <wp:effectExtent l="0" t="0" r="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2533015"/>
                    </a:xfrm>
                    <a:prstGeom prst="rect">
                      <a:avLst/>
                    </a:prstGeom>
                    <a:noFill/>
                    <a:ln>
                      <a:noFill/>
                    </a:ln>
                  </pic:spPr>
                </pic:pic>
              </a:graphicData>
            </a:graphic>
          </wp:inline>
        </w:drawing>
      </w:r>
    </w:p>
    <w:p w14:paraId="0C3F8F25" w14:textId="32302F92" w:rsidR="002E4B97" w:rsidRDefault="007A51D2" w:rsidP="007A51D2">
      <w:r>
        <w:rPr>
          <w:noProof/>
        </w:rPr>
        <w:lastRenderedPageBreak/>
        <w:drawing>
          <wp:inline distT="0" distB="0" distL="0" distR="0" wp14:anchorId="4D53E0BF" wp14:editId="7D9DD01F">
            <wp:extent cx="5486400" cy="253428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2534285"/>
                    </a:xfrm>
                    <a:prstGeom prst="rect">
                      <a:avLst/>
                    </a:prstGeom>
                    <a:noFill/>
                    <a:ln>
                      <a:noFill/>
                    </a:ln>
                  </pic:spPr>
                </pic:pic>
              </a:graphicData>
            </a:graphic>
          </wp:inline>
        </w:drawing>
      </w:r>
    </w:p>
    <w:p w14:paraId="6B392C38" w14:textId="77777777" w:rsidR="001B1719" w:rsidRDefault="001B1719" w:rsidP="001B1719">
      <w:pPr>
        <w:shd w:val="clear" w:color="auto" w:fill="548DD4" w:themeFill="text2" w:themeFillTint="99"/>
      </w:pPr>
      <w:r>
        <w:t xml:space="preserve">                                                     </w:t>
      </w:r>
    </w:p>
    <w:p w14:paraId="6169723C" w14:textId="51E4FE1C" w:rsidR="00F67639" w:rsidRDefault="001B1719" w:rsidP="001B1719">
      <w:pPr>
        <w:shd w:val="clear" w:color="auto" w:fill="548DD4" w:themeFill="text2" w:themeFillTint="99"/>
        <w:rPr>
          <w:rStyle w:val="Strong"/>
          <w:sz w:val="36"/>
          <w:szCs w:val="36"/>
        </w:rPr>
      </w:pPr>
      <w:r w:rsidRPr="00F67639">
        <w:rPr>
          <w:sz w:val="36"/>
          <w:szCs w:val="36"/>
        </w:rPr>
        <w:t xml:space="preserve">                    </w:t>
      </w:r>
      <w:r w:rsidRPr="00F67639">
        <w:rPr>
          <w:b/>
          <w:bCs/>
          <w:sz w:val="36"/>
          <w:szCs w:val="36"/>
        </w:rPr>
        <w:t xml:space="preserve">MOU </w:t>
      </w:r>
      <w:proofErr w:type="gramStart"/>
      <w:r w:rsidRPr="00F67639">
        <w:rPr>
          <w:b/>
          <w:bCs/>
          <w:sz w:val="36"/>
          <w:szCs w:val="36"/>
        </w:rPr>
        <w:t xml:space="preserve">With </w:t>
      </w:r>
      <w:r w:rsidR="00F67639" w:rsidRPr="00F67639">
        <w:rPr>
          <w:b/>
          <w:bCs/>
          <w:sz w:val="36"/>
          <w:szCs w:val="36"/>
        </w:rPr>
        <w:t xml:space="preserve"> </w:t>
      </w:r>
      <w:r w:rsidR="00F67639" w:rsidRPr="00F67639">
        <w:rPr>
          <w:rStyle w:val="Strong"/>
          <w:sz w:val="36"/>
          <w:szCs w:val="36"/>
        </w:rPr>
        <w:t>ANP</w:t>
      </w:r>
      <w:proofErr w:type="gramEnd"/>
      <w:r w:rsidR="00F67639" w:rsidRPr="00F67639">
        <w:rPr>
          <w:rStyle w:val="Strong"/>
          <w:sz w:val="36"/>
          <w:szCs w:val="36"/>
        </w:rPr>
        <w:t xml:space="preserve"> Enterprises</w:t>
      </w:r>
    </w:p>
    <w:p w14:paraId="58F56591" w14:textId="77777777" w:rsidR="005331E6" w:rsidRPr="00F67639" w:rsidRDefault="005331E6" w:rsidP="001B1719">
      <w:pPr>
        <w:shd w:val="clear" w:color="auto" w:fill="548DD4" w:themeFill="text2" w:themeFillTint="99"/>
        <w:rPr>
          <w:sz w:val="36"/>
          <w:szCs w:val="36"/>
        </w:rPr>
      </w:pPr>
    </w:p>
    <w:p w14:paraId="01DD4972" w14:textId="209BEBBF" w:rsidR="001B1719" w:rsidRPr="001B1719" w:rsidRDefault="00F67639" w:rsidP="00EB1A38">
      <w:pPr>
        <w:spacing w:before="100" w:beforeAutospacing="1" w:after="100" w:afterAutospacing="1" w:line="240" w:lineRule="auto"/>
        <w:jc w:val="both"/>
        <w:rPr>
          <w:rFonts w:ascii="Times New Roman" w:eastAsia="Times New Roman" w:hAnsi="Times New Roman" w:cs="Times New Roman"/>
          <w:szCs w:val="24"/>
        </w:rPr>
      </w:pPr>
      <w:r>
        <w:t xml:space="preserve">Under the guidance of the Hon. Director, </w:t>
      </w:r>
      <w:r w:rsidR="00EB1A38">
        <w:rPr>
          <w:rFonts w:ascii="Times New Roman" w:eastAsia="Times New Roman" w:hAnsi="Times New Roman" w:cs="Times New Roman"/>
          <w:szCs w:val="24"/>
        </w:rPr>
        <w:t>CSE(AI&amp;ML) department</w:t>
      </w:r>
      <w:r w:rsidR="00EB1A38" w:rsidRPr="00470F7A">
        <w:rPr>
          <w:rFonts w:ascii="Times New Roman" w:eastAsia="Times New Roman" w:hAnsi="Times New Roman" w:cs="Times New Roman"/>
          <w:szCs w:val="24"/>
        </w:rPr>
        <w:t xml:space="preserve"> </w:t>
      </w:r>
      <w:r>
        <w:t xml:space="preserve">has signed a </w:t>
      </w:r>
      <w:r>
        <w:rPr>
          <w:rStyle w:val="Strong"/>
        </w:rPr>
        <w:t>Memorandum of Understanding (MoU)</w:t>
      </w:r>
      <w:r>
        <w:t xml:space="preserve"> with </w:t>
      </w:r>
      <w:r>
        <w:rPr>
          <w:rStyle w:val="Strong"/>
        </w:rPr>
        <w:t>ANP Enterprises</w:t>
      </w:r>
      <w:r>
        <w:t xml:space="preserve">. This collaboration will support faculty and students through </w:t>
      </w:r>
      <w:r>
        <w:rPr>
          <w:rStyle w:val="Strong"/>
        </w:rPr>
        <w:t>expert sessions, industry-sponsored projects, lab development, hackathons, internships, and placement opportunities</w:t>
      </w:r>
      <w:r>
        <w:t xml:space="preserve">. The MoU was facilitated by </w:t>
      </w:r>
      <w:r>
        <w:rPr>
          <w:rStyle w:val="Strong"/>
        </w:rPr>
        <w:t xml:space="preserve">Dr. Jyoti </w:t>
      </w:r>
      <w:proofErr w:type="spellStart"/>
      <w:r>
        <w:rPr>
          <w:rStyle w:val="Strong"/>
        </w:rPr>
        <w:t>Kanjalkar</w:t>
      </w:r>
      <w:proofErr w:type="spellEnd"/>
      <w:r>
        <w:t>.</w:t>
      </w:r>
    </w:p>
    <w:p w14:paraId="1E422002" w14:textId="77777777" w:rsidR="001B1719" w:rsidRDefault="001B1719" w:rsidP="001B1719">
      <w:pPr>
        <w:shd w:val="clear" w:color="auto" w:fill="548DD4" w:themeFill="text2" w:themeFillTint="99"/>
        <w:rPr>
          <w:noProof/>
        </w:rPr>
      </w:pPr>
    </w:p>
    <w:p w14:paraId="218C8033" w14:textId="59464D02" w:rsidR="007A51D2" w:rsidRDefault="007A51D2" w:rsidP="007A51D2"/>
    <w:p w14:paraId="02B53BEC" w14:textId="1074DDB7" w:rsidR="007A51D2" w:rsidRDefault="007A51D2" w:rsidP="007A51D2">
      <w:r w:rsidRPr="007A51D2">
        <w:t>.</w:t>
      </w:r>
    </w:p>
    <w:p w14:paraId="0C6B8DD8" w14:textId="3A5BD412" w:rsidR="007A51D2" w:rsidRDefault="007A51D2" w:rsidP="007A51D2">
      <w:r>
        <w:rPr>
          <w:noProof/>
        </w:rPr>
        <w:lastRenderedPageBreak/>
        <w:drawing>
          <wp:inline distT="0" distB="0" distL="0" distR="0" wp14:anchorId="61AE1C43" wp14:editId="12A1C093">
            <wp:extent cx="5562600" cy="27692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62600" cy="2769235"/>
                    </a:xfrm>
                    <a:prstGeom prst="rect">
                      <a:avLst/>
                    </a:prstGeom>
                    <a:noFill/>
                    <a:ln>
                      <a:noFill/>
                    </a:ln>
                  </pic:spPr>
                </pic:pic>
              </a:graphicData>
            </a:graphic>
          </wp:inline>
        </w:drawing>
      </w:r>
    </w:p>
    <w:p w14:paraId="2D7F5DDA" w14:textId="77777777" w:rsidR="00470F7A" w:rsidRDefault="00470F7A" w:rsidP="00470F7A">
      <w:pPr>
        <w:shd w:val="clear" w:color="auto" w:fill="548DD4" w:themeFill="text2" w:themeFillTint="99"/>
      </w:pPr>
      <w:r>
        <w:t xml:space="preserve">                                                     </w:t>
      </w:r>
    </w:p>
    <w:p w14:paraId="0A402CD8" w14:textId="77777777" w:rsidR="00470F7A" w:rsidRDefault="00470F7A" w:rsidP="00470F7A">
      <w:pPr>
        <w:shd w:val="clear" w:color="auto" w:fill="548DD4" w:themeFill="text2" w:themeFillTint="99"/>
        <w:rPr>
          <w:rFonts w:ascii="Times New Roman" w:eastAsia="Times New Roman" w:hAnsi="Times New Roman" w:cs="Times New Roman"/>
          <w:b/>
          <w:bCs/>
          <w:szCs w:val="24"/>
        </w:rPr>
      </w:pPr>
      <w:r w:rsidRPr="001B1719">
        <w:rPr>
          <w:sz w:val="28"/>
          <w:szCs w:val="24"/>
        </w:rPr>
        <w:t xml:space="preserve">                    </w:t>
      </w:r>
      <w:r w:rsidRPr="001B1719">
        <w:rPr>
          <w:b/>
          <w:bCs/>
          <w:sz w:val="28"/>
          <w:szCs w:val="24"/>
        </w:rPr>
        <w:t>MOU W</w:t>
      </w:r>
      <w:r>
        <w:rPr>
          <w:b/>
          <w:bCs/>
          <w:sz w:val="28"/>
          <w:szCs w:val="24"/>
        </w:rPr>
        <w:t xml:space="preserve">ith </w:t>
      </w:r>
      <w:r w:rsidRPr="001B1719">
        <w:rPr>
          <w:rFonts w:ascii="Times New Roman" w:eastAsia="Times New Roman" w:hAnsi="Times New Roman" w:cs="Times New Roman"/>
          <w:b/>
          <w:bCs/>
          <w:szCs w:val="24"/>
        </w:rPr>
        <w:t>ZENWORKS SOLUTIONS (MYELIN) PVT. LTD</w:t>
      </w:r>
    </w:p>
    <w:p w14:paraId="5B051A3B" w14:textId="77777777" w:rsidR="00470F7A" w:rsidRPr="001B1719" w:rsidRDefault="00470F7A" w:rsidP="00470F7A">
      <w:pPr>
        <w:shd w:val="clear" w:color="auto" w:fill="548DD4" w:themeFill="text2" w:themeFillTint="99"/>
        <w:rPr>
          <w:sz w:val="28"/>
          <w:szCs w:val="24"/>
        </w:rPr>
      </w:pPr>
    </w:p>
    <w:p w14:paraId="6DCC3960" w14:textId="65D8689A" w:rsidR="00470F7A" w:rsidRPr="001B1719" w:rsidRDefault="00470F7A" w:rsidP="00EB1A38">
      <w:pPr>
        <w:spacing w:before="100" w:beforeAutospacing="1" w:after="100" w:afterAutospacing="1" w:line="240" w:lineRule="auto"/>
        <w:jc w:val="both"/>
        <w:rPr>
          <w:rFonts w:ascii="Times New Roman" w:eastAsia="Times New Roman" w:hAnsi="Times New Roman" w:cs="Times New Roman"/>
          <w:szCs w:val="24"/>
        </w:rPr>
      </w:pPr>
      <w:r w:rsidRPr="001B1719">
        <w:rPr>
          <w:rFonts w:ascii="Times New Roman" w:eastAsia="Times New Roman" w:hAnsi="Times New Roman" w:cs="Times New Roman"/>
          <w:szCs w:val="24"/>
        </w:rPr>
        <w:t xml:space="preserve">Under the guidance of the Hon. Director, </w:t>
      </w:r>
      <w:r w:rsidR="00EB1A38">
        <w:rPr>
          <w:rFonts w:ascii="Times New Roman" w:eastAsia="Times New Roman" w:hAnsi="Times New Roman" w:cs="Times New Roman"/>
          <w:szCs w:val="24"/>
        </w:rPr>
        <w:t>CSE(AI&amp;ML) department</w:t>
      </w:r>
      <w:r w:rsidRPr="001B1719">
        <w:rPr>
          <w:rFonts w:ascii="Times New Roman" w:eastAsia="Times New Roman" w:hAnsi="Times New Roman" w:cs="Times New Roman"/>
          <w:szCs w:val="24"/>
        </w:rPr>
        <w:t xml:space="preserve"> has signed a </w:t>
      </w:r>
      <w:r w:rsidRPr="001B1719">
        <w:rPr>
          <w:rFonts w:ascii="Times New Roman" w:eastAsia="Times New Roman" w:hAnsi="Times New Roman" w:cs="Times New Roman"/>
          <w:b/>
          <w:bCs/>
          <w:szCs w:val="24"/>
        </w:rPr>
        <w:t>Memorandum of Understanding (MoU)</w:t>
      </w:r>
      <w:r w:rsidRPr="001B1719">
        <w:rPr>
          <w:rFonts w:ascii="Times New Roman" w:eastAsia="Times New Roman" w:hAnsi="Times New Roman" w:cs="Times New Roman"/>
          <w:szCs w:val="24"/>
        </w:rPr>
        <w:t xml:space="preserve"> with </w:t>
      </w:r>
      <w:proofErr w:type="spellStart"/>
      <w:r w:rsidRPr="001B1719">
        <w:rPr>
          <w:rFonts w:ascii="Times New Roman" w:eastAsia="Times New Roman" w:hAnsi="Times New Roman" w:cs="Times New Roman"/>
          <w:b/>
          <w:bCs/>
          <w:szCs w:val="24"/>
        </w:rPr>
        <w:t>Zenworks</w:t>
      </w:r>
      <w:proofErr w:type="spellEnd"/>
      <w:r w:rsidRPr="001B1719">
        <w:rPr>
          <w:rFonts w:ascii="Times New Roman" w:eastAsia="Times New Roman" w:hAnsi="Times New Roman" w:cs="Times New Roman"/>
          <w:b/>
          <w:bCs/>
          <w:szCs w:val="24"/>
        </w:rPr>
        <w:t xml:space="preserve"> Solutions (Myelin) Pvt. Ltd.</w:t>
      </w:r>
      <w:r w:rsidRPr="001B1719">
        <w:rPr>
          <w:rFonts w:ascii="Times New Roman" w:eastAsia="Times New Roman" w:hAnsi="Times New Roman" w:cs="Times New Roman"/>
          <w:szCs w:val="24"/>
        </w:rPr>
        <w:t xml:space="preserve"> As part of this collaboration, students are already engaged in </w:t>
      </w:r>
      <w:r w:rsidRPr="001B1719">
        <w:rPr>
          <w:rFonts w:ascii="Times New Roman" w:eastAsia="Times New Roman" w:hAnsi="Times New Roman" w:cs="Times New Roman"/>
          <w:b/>
          <w:bCs/>
          <w:szCs w:val="24"/>
        </w:rPr>
        <w:t>company-sponsored projects</w:t>
      </w:r>
      <w:r w:rsidRPr="001B1719">
        <w:rPr>
          <w:rFonts w:ascii="Times New Roman" w:eastAsia="Times New Roman" w:hAnsi="Times New Roman" w:cs="Times New Roman"/>
          <w:szCs w:val="24"/>
        </w:rPr>
        <w:t xml:space="preserve">. The partnership will support </w:t>
      </w:r>
      <w:r w:rsidRPr="001B1719">
        <w:rPr>
          <w:rFonts w:ascii="Times New Roman" w:eastAsia="Times New Roman" w:hAnsi="Times New Roman" w:cs="Times New Roman"/>
          <w:b/>
          <w:bCs/>
          <w:szCs w:val="24"/>
        </w:rPr>
        <w:t>faculty and students</w:t>
      </w:r>
      <w:r w:rsidRPr="001B1719">
        <w:rPr>
          <w:rFonts w:ascii="Times New Roman" w:eastAsia="Times New Roman" w:hAnsi="Times New Roman" w:cs="Times New Roman"/>
          <w:szCs w:val="24"/>
        </w:rPr>
        <w:t xml:space="preserve"> through training in emerging technologies, startup guidance, sponsored projects, lab development, hackathons, internships, and placement opportunities.</w:t>
      </w:r>
    </w:p>
    <w:p w14:paraId="4EC1FFF3" w14:textId="77777777" w:rsidR="00470F7A" w:rsidRDefault="00470F7A" w:rsidP="00470F7A">
      <w:pPr>
        <w:shd w:val="clear" w:color="auto" w:fill="548DD4" w:themeFill="text2" w:themeFillTint="99"/>
        <w:rPr>
          <w:noProof/>
        </w:rPr>
      </w:pPr>
    </w:p>
    <w:p w14:paraId="22799615" w14:textId="77777777" w:rsidR="00470F7A" w:rsidRDefault="00470F7A" w:rsidP="007A51D2"/>
    <w:p w14:paraId="5878D4FC" w14:textId="7F12EAC4" w:rsidR="007A51D2" w:rsidRPr="007A51D2" w:rsidRDefault="007A51D2" w:rsidP="007A51D2">
      <w:pPr>
        <w:pStyle w:val="NormalWeb"/>
      </w:pPr>
      <w:r>
        <w:rPr>
          <w:noProof/>
        </w:rPr>
        <w:lastRenderedPageBreak/>
        <mc:AlternateContent>
          <mc:Choice Requires="wps">
            <w:drawing>
              <wp:inline distT="0" distB="0" distL="0" distR="0" wp14:anchorId="35F26343" wp14:editId="50D979FF">
                <wp:extent cx="304800" cy="304800"/>
                <wp:effectExtent l="0" t="0" r="0" b="0"/>
                <wp:docPr id="62" name="Rectangle 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C19300" id="Rectangle 6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CNuPC7rAQAAxgMAAA4AAAAAAAAAAAAAAAAALgIAAGRycy9lMm9Eb2MueG1sUEsB&#10;Ai0AFAAGAAgAAAAhAEyg6SzYAAAAAwEAAA8AAAAAAAAAAAAAAAAARQQAAGRycy9kb3ducmV2Lnht&#10;bFBLBQYAAAAABAAEAPMAAABKBQAAAAA=&#10;" filled="f" stroked="f">
                <o:lock v:ext="edit" aspectratio="t"/>
                <w10:anchorlock/>
              </v:rect>
            </w:pict>
          </mc:Fallback>
        </mc:AlternateContent>
      </w:r>
      <w:r w:rsidRPr="007A51D2">
        <w:t xml:space="preserve"> </w:t>
      </w:r>
      <w:r w:rsidRPr="007A51D2">
        <w:rPr>
          <w:noProof/>
        </w:rPr>
        <w:drawing>
          <wp:inline distT="0" distB="0" distL="0" distR="0" wp14:anchorId="2AC16628" wp14:editId="184A8D14">
            <wp:extent cx="5486400" cy="25342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2534285"/>
                    </a:xfrm>
                    <a:prstGeom prst="rect">
                      <a:avLst/>
                    </a:prstGeom>
                    <a:noFill/>
                    <a:ln>
                      <a:noFill/>
                    </a:ln>
                  </pic:spPr>
                </pic:pic>
              </a:graphicData>
            </a:graphic>
          </wp:inline>
        </w:drawing>
      </w:r>
    </w:p>
    <w:p w14:paraId="1B2EB6CA" w14:textId="77777777" w:rsidR="00470F7A" w:rsidRDefault="00470F7A" w:rsidP="00470F7A">
      <w:r>
        <w:rPr>
          <w:noProof/>
        </w:rPr>
        <w:drawing>
          <wp:inline distT="0" distB="0" distL="0" distR="0" wp14:anchorId="241BC6F5" wp14:editId="6E414020">
            <wp:extent cx="5486400" cy="22860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14:paraId="562C73F6" w14:textId="77777777" w:rsidR="005331E6" w:rsidRDefault="00470F7A" w:rsidP="00470F7A">
      <w:pPr>
        <w:shd w:val="clear" w:color="auto" w:fill="548DD4" w:themeFill="text2" w:themeFillTint="99"/>
      </w:pPr>
      <w:r>
        <w:t xml:space="preserve">                       </w:t>
      </w:r>
    </w:p>
    <w:p w14:paraId="4C446E6F" w14:textId="4F5E91EB" w:rsidR="00470F7A" w:rsidRPr="005331E6" w:rsidRDefault="005331E6" w:rsidP="00470F7A">
      <w:pPr>
        <w:shd w:val="clear" w:color="auto" w:fill="548DD4" w:themeFill="text2" w:themeFillTint="99"/>
        <w:rPr>
          <w:rStyle w:val="Strong"/>
          <w:b w:val="0"/>
          <w:bCs w:val="0"/>
        </w:rPr>
      </w:pPr>
      <w:r>
        <w:t xml:space="preserve">                           </w:t>
      </w:r>
      <w:r w:rsidR="00470F7A" w:rsidRPr="001B1719">
        <w:rPr>
          <w:sz w:val="28"/>
          <w:szCs w:val="24"/>
        </w:rPr>
        <w:t xml:space="preserve"> </w:t>
      </w:r>
      <w:r w:rsidR="00470F7A" w:rsidRPr="00470F7A">
        <w:rPr>
          <w:b/>
          <w:bCs/>
          <w:sz w:val="28"/>
          <w:szCs w:val="28"/>
        </w:rPr>
        <w:t xml:space="preserve">MOU WITH </w:t>
      </w:r>
      <w:r w:rsidR="00470F7A" w:rsidRPr="00470F7A">
        <w:rPr>
          <w:rStyle w:val="Strong"/>
          <w:sz w:val="28"/>
          <w:szCs w:val="28"/>
        </w:rPr>
        <w:t>STRATXG CONSULTING PVT. LTD.</w:t>
      </w:r>
    </w:p>
    <w:p w14:paraId="78FA0B2E" w14:textId="77777777" w:rsidR="00EB1A38" w:rsidRPr="00470F7A" w:rsidRDefault="00EB1A38" w:rsidP="00470F7A">
      <w:pPr>
        <w:shd w:val="clear" w:color="auto" w:fill="548DD4" w:themeFill="text2" w:themeFillTint="99"/>
        <w:rPr>
          <w:b/>
          <w:bCs/>
          <w:sz w:val="28"/>
          <w:szCs w:val="28"/>
        </w:rPr>
      </w:pPr>
    </w:p>
    <w:p w14:paraId="60035A23" w14:textId="2D7064C0" w:rsidR="00470F7A" w:rsidRPr="001B1719" w:rsidRDefault="00470F7A" w:rsidP="00EB1A38">
      <w:pPr>
        <w:spacing w:before="100" w:beforeAutospacing="1" w:after="100" w:afterAutospacing="1" w:line="240" w:lineRule="auto"/>
        <w:jc w:val="both"/>
        <w:rPr>
          <w:rFonts w:ascii="Times New Roman" w:eastAsia="Times New Roman" w:hAnsi="Times New Roman" w:cs="Times New Roman"/>
          <w:szCs w:val="24"/>
        </w:rPr>
      </w:pPr>
      <w:r>
        <w:t xml:space="preserve">Under the guidance of the Hon. Director, </w:t>
      </w:r>
      <w:r w:rsidR="00EB1A38">
        <w:rPr>
          <w:rFonts w:ascii="Times New Roman" w:eastAsia="Times New Roman" w:hAnsi="Times New Roman" w:cs="Times New Roman"/>
          <w:szCs w:val="24"/>
        </w:rPr>
        <w:t>CSE(AI&amp;ML) department</w:t>
      </w:r>
      <w:r w:rsidR="00EB1A38" w:rsidRPr="00470F7A">
        <w:rPr>
          <w:rFonts w:ascii="Times New Roman" w:eastAsia="Times New Roman" w:hAnsi="Times New Roman" w:cs="Times New Roman"/>
          <w:szCs w:val="24"/>
        </w:rPr>
        <w:t xml:space="preserve"> </w:t>
      </w:r>
      <w:r>
        <w:t xml:space="preserve">has signed a </w:t>
      </w:r>
      <w:r>
        <w:rPr>
          <w:rStyle w:val="Strong"/>
        </w:rPr>
        <w:t>Memorandum of Understanding (MoU)</w:t>
      </w:r>
      <w:r>
        <w:t xml:space="preserve"> with </w:t>
      </w:r>
      <w:r>
        <w:rPr>
          <w:rStyle w:val="Strong"/>
        </w:rPr>
        <w:t>STRATXG Consulting Pvt. Ltd.</w:t>
      </w:r>
      <w:r>
        <w:t xml:space="preserve"> This collaboration will support faculty and students through </w:t>
      </w:r>
      <w:r>
        <w:rPr>
          <w:rStyle w:val="Strong"/>
        </w:rPr>
        <w:t>training in emerging areas, sponsored projects, lab development, hackathons, internships, and placement opportunities</w:t>
      </w:r>
      <w:r>
        <w:t xml:space="preserve">. The collaboration was facilitated by </w:t>
      </w:r>
      <w:r>
        <w:rPr>
          <w:rStyle w:val="Strong"/>
        </w:rPr>
        <w:t xml:space="preserve">Ms. Kalyani </w:t>
      </w:r>
      <w:proofErr w:type="spellStart"/>
      <w:r>
        <w:rPr>
          <w:rStyle w:val="Strong"/>
        </w:rPr>
        <w:t>Ghuge</w:t>
      </w:r>
      <w:proofErr w:type="spellEnd"/>
      <w:r>
        <w:t>.</w:t>
      </w:r>
    </w:p>
    <w:p w14:paraId="7BA5D650" w14:textId="77777777" w:rsidR="00470F7A" w:rsidRDefault="00470F7A" w:rsidP="00470F7A">
      <w:pPr>
        <w:shd w:val="clear" w:color="auto" w:fill="548DD4" w:themeFill="text2" w:themeFillTint="99"/>
        <w:rPr>
          <w:noProof/>
        </w:rPr>
      </w:pPr>
    </w:p>
    <w:p w14:paraId="39876B5E" w14:textId="77777777" w:rsidR="00470F7A" w:rsidRDefault="00470F7A" w:rsidP="007A51D2"/>
    <w:p w14:paraId="5A40E799" w14:textId="6E36E514" w:rsidR="002E4B97" w:rsidRDefault="002E4B97" w:rsidP="007A51D2">
      <w:r>
        <w:rPr>
          <w:noProof/>
        </w:rPr>
        <w:lastRenderedPageBreak/>
        <w:drawing>
          <wp:inline distT="0" distB="0" distL="0" distR="0" wp14:anchorId="1193B30D" wp14:editId="54E796D1">
            <wp:extent cx="5486400" cy="20574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2057400"/>
                    </a:xfrm>
                    <a:prstGeom prst="rect">
                      <a:avLst/>
                    </a:prstGeom>
                    <a:noFill/>
                    <a:ln>
                      <a:noFill/>
                    </a:ln>
                  </pic:spPr>
                </pic:pic>
              </a:graphicData>
            </a:graphic>
          </wp:inline>
        </w:drawing>
      </w:r>
      <w:r>
        <w:rPr>
          <w:noProof/>
        </w:rPr>
        <w:drawing>
          <wp:inline distT="0" distB="0" distL="0" distR="0" wp14:anchorId="6A48B164" wp14:editId="4F76FA48">
            <wp:extent cx="5486400" cy="1838325"/>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1838325"/>
                    </a:xfrm>
                    <a:prstGeom prst="rect">
                      <a:avLst/>
                    </a:prstGeom>
                    <a:noFill/>
                    <a:ln>
                      <a:noFill/>
                    </a:ln>
                  </pic:spPr>
                </pic:pic>
              </a:graphicData>
            </a:graphic>
          </wp:inline>
        </w:drawing>
      </w:r>
    </w:p>
    <w:p w14:paraId="1A3E06EF" w14:textId="77777777" w:rsidR="005331E6" w:rsidRDefault="00470F7A" w:rsidP="00470F7A">
      <w:pPr>
        <w:shd w:val="clear" w:color="auto" w:fill="548DD4" w:themeFill="text2" w:themeFillTint="99"/>
      </w:pPr>
      <w:r>
        <w:t xml:space="preserve"> </w:t>
      </w:r>
    </w:p>
    <w:p w14:paraId="6B26566A" w14:textId="589CB213" w:rsidR="00EB1A38" w:rsidRDefault="00470F7A" w:rsidP="00470F7A">
      <w:pPr>
        <w:shd w:val="clear" w:color="auto" w:fill="548DD4" w:themeFill="text2" w:themeFillTint="99"/>
        <w:rPr>
          <w:rFonts w:ascii="Times New Roman" w:eastAsia="Times New Roman" w:hAnsi="Times New Roman" w:cs="Times New Roman"/>
          <w:sz w:val="32"/>
          <w:szCs w:val="32"/>
        </w:rPr>
      </w:pPr>
      <w:r w:rsidRPr="00F67639">
        <w:rPr>
          <w:b/>
          <w:bCs/>
          <w:sz w:val="32"/>
          <w:szCs w:val="32"/>
        </w:rPr>
        <w:t xml:space="preserve">MOU With </w:t>
      </w:r>
      <w:r w:rsidRPr="00470F7A">
        <w:rPr>
          <w:rFonts w:ascii="Times New Roman" w:eastAsia="Times New Roman" w:hAnsi="Times New Roman" w:cs="Times New Roman"/>
          <w:b/>
          <w:bCs/>
          <w:sz w:val="32"/>
          <w:szCs w:val="32"/>
        </w:rPr>
        <w:t xml:space="preserve">Maharashtra Industrial Technical Consultancy </w:t>
      </w:r>
      <w:proofErr w:type="spellStart"/>
      <w:r w:rsidRPr="00470F7A">
        <w:rPr>
          <w:rFonts w:ascii="Times New Roman" w:eastAsia="Times New Roman" w:hAnsi="Times New Roman" w:cs="Times New Roman"/>
          <w:b/>
          <w:bCs/>
          <w:sz w:val="32"/>
          <w:szCs w:val="32"/>
        </w:rPr>
        <w:t>Organisation</w:t>
      </w:r>
      <w:proofErr w:type="spellEnd"/>
      <w:r w:rsidRPr="00470F7A">
        <w:rPr>
          <w:rFonts w:ascii="Times New Roman" w:eastAsia="Times New Roman" w:hAnsi="Times New Roman" w:cs="Times New Roman"/>
          <w:b/>
          <w:bCs/>
          <w:sz w:val="32"/>
          <w:szCs w:val="32"/>
        </w:rPr>
        <w:t xml:space="preserve"> Limited (MITCON)</w:t>
      </w:r>
      <w:r w:rsidRPr="00470F7A">
        <w:rPr>
          <w:rFonts w:ascii="Times New Roman" w:eastAsia="Times New Roman" w:hAnsi="Times New Roman" w:cs="Times New Roman"/>
          <w:sz w:val="32"/>
          <w:szCs w:val="32"/>
        </w:rPr>
        <w:t>.</w:t>
      </w:r>
    </w:p>
    <w:p w14:paraId="0E686609" w14:textId="77777777" w:rsidR="005331E6" w:rsidRPr="005331E6" w:rsidRDefault="005331E6" w:rsidP="00470F7A">
      <w:pPr>
        <w:shd w:val="clear" w:color="auto" w:fill="548DD4" w:themeFill="text2" w:themeFillTint="99"/>
      </w:pPr>
    </w:p>
    <w:p w14:paraId="3A14349F" w14:textId="561F26A8" w:rsidR="00D36B92" w:rsidRPr="001B1719" w:rsidRDefault="00470F7A" w:rsidP="005331E6">
      <w:pPr>
        <w:spacing w:before="100" w:beforeAutospacing="1" w:after="100" w:afterAutospacing="1" w:line="240" w:lineRule="auto"/>
        <w:jc w:val="both"/>
        <w:rPr>
          <w:rFonts w:ascii="Times New Roman" w:eastAsia="Times New Roman" w:hAnsi="Times New Roman" w:cs="Times New Roman"/>
          <w:szCs w:val="24"/>
        </w:rPr>
      </w:pPr>
      <w:r w:rsidRPr="00470F7A">
        <w:rPr>
          <w:rFonts w:ascii="Times New Roman" w:eastAsia="Times New Roman" w:hAnsi="Times New Roman" w:cs="Times New Roman"/>
          <w:szCs w:val="24"/>
        </w:rPr>
        <w:t xml:space="preserve">Under the guidance of the Hon. Director, </w:t>
      </w:r>
      <w:r w:rsidR="00EB1A38">
        <w:rPr>
          <w:rFonts w:ascii="Times New Roman" w:eastAsia="Times New Roman" w:hAnsi="Times New Roman" w:cs="Times New Roman"/>
          <w:szCs w:val="24"/>
        </w:rPr>
        <w:t>CSE(AI&amp;ML) department</w:t>
      </w:r>
      <w:r w:rsidRPr="00470F7A">
        <w:rPr>
          <w:rFonts w:ascii="Times New Roman" w:eastAsia="Times New Roman" w:hAnsi="Times New Roman" w:cs="Times New Roman"/>
          <w:szCs w:val="24"/>
        </w:rPr>
        <w:t xml:space="preserve"> has signed a </w:t>
      </w:r>
      <w:r w:rsidRPr="00470F7A">
        <w:rPr>
          <w:rFonts w:ascii="Times New Roman" w:eastAsia="Times New Roman" w:hAnsi="Times New Roman" w:cs="Times New Roman"/>
          <w:b/>
          <w:bCs/>
          <w:szCs w:val="24"/>
        </w:rPr>
        <w:t>Memorandum of Understanding (MoU)</w:t>
      </w:r>
      <w:r w:rsidRPr="00470F7A">
        <w:rPr>
          <w:rFonts w:ascii="Times New Roman" w:eastAsia="Times New Roman" w:hAnsi="Times New Roman" w:cs="Times New Roman"/>
          <w:szCs w:val="24"/>
        </w:rPr>
        <w:t xml:space="preserve"> with </w:t>
      </w:r>
      <w:r w:rsidRPr="00470F7A">
        <w:rPr>
          <w:rFonts w:ascii="Times New Roman" w:eastAsia="Times New Roman" w:hAnsi="Times New Roman" w:cs="Times New Roman"/>
          <w:b/>
          <w:bCs/>
          <w:szCs w:val="24"/>
        </w:rPr>
        <w:t xml:space="preserve">Maharashtra Industrial Technical Consultancy </w:t>
      </w:r>
      <w:proofErr w:type="spellStart"/>
      <w:r w:rsidRPr="00470F7A">
        <w:rPr>
          <w:rFonts w:ascii="Times New Roman" w:eastAsia="Times New Roman" w:hAnsi="Times New Roman" w:cs="Times New Roman"/>
          <w:b/>
          <w:bCs/>
          <w:szCs w:val="24"/>
        </w:rPr>
        <w:t>Organisation</w:t>
      </w:r>
      <w:proofErr w:type="spellEnd"/>
      <w:r w:rsidRPr="00470F7A">
        <w:rPr>
          <w:rFonts w:ascii="Times New Roman" w:eastAsia="Times New Roman" w:hAnsi="Times New Roman" w:cs="Times New Roman"/>
          <w:b/>
          <w:bCs/>
          <w:szCs w:val="24"/>
        </w:rPr>
        <w:t xml:space="preserve"> Limited (MITCON)</w:t>
      </w:r>
      <w:r w:rsidRPr="00470F7A">
        <w:rPr>
          <w:rFonts w:ascii="Times New Roman" w:eastAsia="Times New Roman" w:hAnsi="Times New Roman" w:cs="Times New Roman"/>
          <w:szCs w:val="24"/>
        </w:rPr>
        <w:t xml:space="preserve">. This collaboration will benefit faculty and students through </w:t>
      </w:r>
      <w:r w:rsidRPr="00470F7A">
        <w:rPr>
          <w:rFonts w:ascii="Times New Roman" w:eastAsia="Times New Roman" w:hAnsi="Times New Roman" w:cs="Times New Roman"/>
          <w:b/>
          <w:bCs/>
          <w:szCs w:val="24"/>
        </w:rPr>
        <w:t>training in emerging areas, sponsored projects, lab development, hackathons, internships, and placement opportunities</w:t>
      </w:r>
      <w:r w:rsidRPr="00470F7A">
        <w:rPr>
          <w:rFonts w:ascii="Times New Roman" w:eastAsia="Times New Roman" w:hAnsi="Times New Roman" w:cs="Times New Roman"/>
          <w:szCs w:val="24"/>
        </w:rPr>
        <w:t>.</w:t>
      </w:r>
    </w:p>
    <w:p w14:paraId="14E3A3E3" w14:textId="77777777" w:rsidR="00D36B92" w:rsidRDefault="00D36B92" w:rsidP="00D36B92">
      <w:pPr>
        <w:shd w:val="clear" w:color="auto" w:fill="548DD4" w:themeFill="text2" w:themeFillTint="99"/>
        <w:rPr>
          <w:noProof/>
        </w:rPr>
      </w:pPr>
    </w:p>
    <w:p w14:paraId="20052A01" w14:textId="20065829" w:rsidR="008A3B24" w:rsidRDefault="008A3B24"/>
    <w:p w14:paraId="2E70CE6C" w14:textId="039847F1" w:rsidR="0068539B" w:rsidRDefault="0068539B"/>
    <w:p w14:paraId="040CA71F" w14:textId="7473F712" w:rsidR="0069178F" w:rsidRDefault="0069178F"/>
    <w:p w14:paraId="02C5E3E6" w14:textId="0853F1B6" w:rsidR="0069178F" w:rsidRDefault="0069178F"/>
    <w:p w14:paraId="34F8894F" w14:textId="3DB8602F" w:rsidR="0068539B" w:rsidRDefault="0068539B"/>
    <w:p w14:paraId="654EC5A9" w14:textId="1A01D564" w:rsidR="0068539B" w:rsidRDefault="0068539B"/>
    <w:p w14:paraId="53640D82" w14:textId="77777777" w:rsidR="0068539B" w:rsidRDefault="0068539B"/>
    <w:sectPr w:rsidR="0068539B" w:rsidSect="00496F81">
      <w:headerReference w:type="default" r:id="rId88"/>
      <w:headerReference w:type="first" r:id="rId89"/>
      <w:pgSz w:w="12240" w:h="15840"/>
      <w:pgMar w:top="1440" w:right="1800" w:bottom="1440" w:left="1800" w:header="720" w:footer="720" w:gutter="0"/>
      <w:pgBorders w:offsetFrom="page">
        <w:top w:val="single" w:sz="4" w:space="24" w:color="auto" w:shadow="1"/>
        <w:left w:val="single" w:sz="4" w:space="24" w:color="auto" w:shadow="1"/>
        <w:bottom w:val="single" w:sz="4" w:space="24" w:color="auto" w:shadow="1"/>
        <w:right w:val="single" w:sz="4" w:space="24" w:color="auto" w:shadow="1"/>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54D493" w14:textId="77777777" w:rsidR="00142044" w:rsidRDefault="00142044" w:rsidP="00134B93">
      <w:pPr>
        <w:spacing w:after="0" w:line="240" w:lineRule="auto"/>
      </w:pPr>
      <w:r>
        <w:separator/>
      </w:r>
    </w:p>
  </w:endnote>
  <w:endnote w:type="continuationSeparator" w:id="0">
    <w:p w14:paraId="3CEAFF60" w14:textId="77777777" w:rsidR="00142044" w:rsidRDefault="00142044" w:rsidP="00134B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133201" w14:textId="77777777" w:rsidR="00142044" w:rsidRDefault="00142044" w:rsidP="00134B93">
      <w:pPr>
        <w:spacing w:after="0" w:line="240" w:lineRule="auto"/>
      </w:pPr>
      <w:r>
        <w:separator/>
      </w:r>
    </w:p>
  </w:footnote>
  <w:footnote w:type="continuationSeparator" w:id="0">
    <w:p w14:paraId="01EA8234" w14:textId="77777777" w:rsidR="00142044" w:rsidRDefault="00142044" w:rsidP="00134B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B8170" w14:textId="71485AF3" w:rsidR="00134B93" w:rsidRDefault="00134B93">
    <w:pPr>
      <w:pStyle w:val="Header"/>
    </w:pPr>
    <w:r>
      <w:rPr>
        <w:caps/>
        <w:noProof/>
        <w:color w:val="808080" w:themeColor="background1" w:themeShade="80"/>
        <w:sz w:val="20"/>
        <w:szCs w:val="20"/>
      </w:rPr>
      <mc:AlternateContent>
        <mc:Choice Requires="wpg">
          <w:drawing>
            <wp:anchor distT="0" distB="0" distL="114300" distR="114300" simplePos="0" relativeHeight="251661312" behindDoc="0" locked="0" layoutInCell="1" allowOverlap="1" wp14:anchorId="7FD608EB" wp14:editId="51212E42">
              <wp:simplePos x="0" y="0"/>
              <wp:positionH relativeFrom="page">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1700784" cy="1024128"/>
              <wp:effectExtent l="0" t="0" r="0" b="24130"/>
              <wp:wrapNone/>
              <wp:docPr id="46" name="Group 46"/>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47" name="Group 47"/>
                      <wpg:cNvGrpSpPr/>
                      <wpg:grpSpPr>
                        <a:xfrm>
                          <a:off x="0" y="0"/>
                          <a:ext cx="1700784" cy="1024128"/>
                          <a:chOff x="0" y="0"/>
                          <a:chExt cx="1700784" cy="1024128"/>
                        </a:xfrm>
                      </wpg:grpSpPr>
                      <wps:wsp>
                        <wps:cNvPr id="48" name="Rectangle 48"/>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12"/>
                        <wps:cNvSpPr/>
                        <wps:spPr>
                          <a:xfrm>
                            <a:off x="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1462822 w 1462822"/>
                              <a:gd name="connsiteY2" fmla="*/ 1014481 h 1014481"/>
                              <a:gd name="connsiteX3" fmla="*/ 638269 w 1462822"/>
                              <a:gd name="connsiteY3" fmla="*/ 407899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1462822" y="1014481"/>
                                </a:lnTo>
                                <a:lnTo>
                                  <a:pt x="638269" y="407899"/>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0" y="0"/>
                            <a:ext cx="1472184" cy="1024128"/>
                          </a:xfrm>
                          <a:prstGeom prst="rect">
                            <a:avLst/>
                          </a:prstGeom>
                          <a:blipFill>
                            <a:blip r:embed="rId1"/>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 name="Text Box 51"/>
                      <wps:cNvSpPr txBox="1"/>
                      <wps:spPr>
                        <a:xfrm>
                          <a:off x="1032625" y="9510"/>
                          <a:ext cx="438150"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5C538F" w14:textId="77777777" w:rsidR="00134B93" w:rsidRDefault="00134B93">
                            <w:pPr>
                              <w:pStyle w:val="Header"/>
                              <w:tabs>
                                <w:tab w:val="clear" w:pos="4680"/>
                                <w:tab w:val="clear" w:pos="9360"/>
                              </w:tabs>
                              <w:rPr>
                                <w:color w:val="FFFFFF" w:themeColor="background1"/>
                                <w:szCs w:val="24"/>
                              </w:rPr>
                            </w:pPr>
                            <w:r>
                              <w:rPr>
                                <w:color w:val="FFFFFF" w:themeColor="background1"/>
                                <w:szCs w:val="24"/>
                              </w:rPr>
                              <w:fldChar w:fldCharType="begin"/>
                            </w:r>
                            <w:r>
                              <w:rPr>
                                <w:color w:val="FFFFFF" w:themeColor="background1"/>
                                <w:szCs w:val="24"/>
                              </w:rPr>
                              <w:instrText xml:space="preserve"> PAGE   \* MERGEFORMAT </w:instrText>
                            </w:r>
                            <w:r>
                              <w:rPr>
                                <w:color w:val="FFFFFF" w:themeColor="background1"/>
                                <w:szCs w:val="24"/>
                              </w:rPr>
                              <w:fldChar w:fldCharType="separate"/>
                            </w:r>
                            <w:r>
                              <w:rPr>
                                <w:noProof/>
                                <w:color w:val="FFFFFF" w:themeColor="background1"/>
                                <w:szCs w:val="24"/>
                              </w:rPr>
                              <w:t>2</w:t>
                            </w:r>
                            <w:r>
                              <w:rPr>
                                <w:noProof/>
                                <w:color w:val="FFFFFF" w:themeColor="background1"/>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D608EB" id="Group 46" o:spid="_x0000_s1060" style="position:absolute;margin-left:82.7pt;margin-top:0;width:133.9pt;height:80.65pt;z-index:251661312;mso-top-percent:23;mso-position-horizontal:righ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">
              <v:group id="Group 47" o:spid="_x0000_s1061"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ect id="Rectangle 48" o:spid="_x0000_s1062"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" fillcolor="white [3212]" stroked="f" strokeweight="1.52778mm">
                  <v:fill opacity="0"/>
                  <v:stroke linestyle="thickThin"/>
                </v:rect>
                <v:shape id="Rectangle 12" o:spid="_x0000_s1063" style="position:absolute;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" path="m,l1462822,r,1014481l638269,407899,,xe" fillcolor="#4f81bd [3204]" stroked="f" strokeweight="1.52778mm">
                  <v:stroke linestyle="thickThin"/>
                  <v:path arrowok="t" o:connecttype="custom" o:connectlocs="0,0;1463040,0;1463040,1014984;638364,408101;0,0" o:connectangles="0,0,0,0,0"/>
                </v:shape>
                <v:rect id="Rectangle 50" o:spid="_x0000_s1064" style="position:absolute;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" strokecolor="white [3212]" strokeweight="1.52778mm">
                  <v:fill r:id="rId2" o:title="" recolor="t" rotate="t" type="frame"/>
                  <v:stroke linestyle="thickThin"/>
                </v:rect>
              </v:group>
              <v:shapetype id="_x0000_t202" coordsize="21600,21600" o:spt="202" path="m,l,21600r21600,l21600,xe">
                <v:stroke joinstyle="miter"/>
                <v:path gradientshapeok="t" o:connecttype="rect"/>
              </v:shapetype>
              <v:shape id="Text Box 51" o:spid="_x0000_s1065" type="#_x0000_t202" style="position:absolute;left:10326;top:95;width:4381;height:3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" filled="f" stroked="f" strokeweight=".5pt">
                <v:textbox inset=",7.2pt,,7.2pt">
                  <w:txbxContent>
                    <w:p w14:paraId="795C538F" w14:textId="77777777" w:rsidR="00134B93" w:rsidRDefault="00134B93">
                      <w:pPr>
                        <w:pStyle w:val="Header"/>
                        <w:tabs>
                          <w:tab w:val="clear" w:pos="4680"/>
                          <w:tab w:val="clear" w:pos="9360"/>
                        </w:tabs>
                        <w:rPr>
                          <w:color w:val="FFFFFF" w:themeColor="background1"/>
                          <w:szCs w:val="24"/>
                        </w:rPr>
                      </w:pPr>
                      <w:r>
                        <w:rPr>
                          <w:color w:val="FFFFFF" w:themeColor="background1"/>
                          <w:szCs w:val="24"/>
                        </w:rPr>
                        <w:fldChar w:fldCharType="begin"/>
                      </w:r>
                      <w:r>
                        <w:rPr>
                          <w:color w:val="FFFFFF" w:themeColor="background1"/>
                          <w:szCs w:val="24"/>
                        </w:rPr>
                        <w:instrText xml:space="preserve"> PAGE   \* MERGEFORMAT </w:instrText>
                      </w:r>
                      <w:r>
                        <w:rPr>
                          <w:color w:val="FFFFFF" w:themeColor="background1"/>
                          <w:szCs w:val="24"/>
                        </w:rPr>
                        <w:fldChar w:fldCharType="separate"/>
                      </w:r>
                      <w:r>
                        <w:rPr>
                          <w:noProof/>
                          <w:color w:val="FFFFFF" w:themeColor="background1"/>
                          <w:szCs w:val="24"/>
                        </w:rPr>
                        <w:t>2</w:t>
                      </w:r>
                      <w:r>
                        <w:rPr>
                          <w:noProof/>
                          <w:color w:val="FFFFFF" w:themeColor="background1"/>
                          <w:szCs w:val="24"/>
                        </w:rPr>
                        <w:fldChar w:fldCharType="end"/>
                      </w:r>
                    </w:p>
                  </w:txbxContent>
                </v:textbox>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FBDD4" w14:textId="7A96F673" w:rsidR="00134B93" w:rsidRDefault="00134B93">
    <w:pPr>
      <w:pStyle w:val="Header"/>
    </w:pPr>
    <w:r>
      <w:rPr>
        <w:caps/>
        <w:noProof/>
        <w:color w:val="808080" w:themeColor="background1" w:themeShade="80"/>
        <w:sz w:val="20"/>
        <w:szCs w:val="20"/>
      </w:rPr>
      <mc:AlternateContent>
        <mc:Choice Requires="wpg">
          <w:drawing>
            <wp:anchor distT="0" distB="0" distL="114300" distR="114300" simplePos="0" relativeHeight="251659264" behindDoc="0" locked="0" layoutInCell="1" allowOverlap="1" wp14:anchorId="0C79811B" wp14:editId="2C5AAEDE">
              <wp:simplePos x="0" y="0"/>
              <wp:positionH relativeFrom="page">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1700784" cy="1024128"/>
              <wp:effectExtent l="0" t="0" r="0" b="24130"/>
              <wp:wrapNone/>
              <wp:docPr id="167" name="Group 167"/>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68" name="Group 168"/>
                      <wpg:cNvGrpSpPr/>
                      <wpg:grpSpPr>
                        <a:xfrm>
                          <a:off x="0" y="0"/>
                          <a:ext cx="1700784" cy="1024128"/>
                          <a:chOff x="0" y="0"/>
                          <a:chExt cx="1700784" cy="1024128"/>
                        </a:xfrm>
                      </wpg:grpSpPr>
                      <wps:wsp>
                        <wps:cNvPr id="169" name="Rectangle 169"/>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Rectangle 12"/>
                        <wps:cNvSpPr/>
                        <wps:spPr>
                          <a:xfrm>
                            <a:off x="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1462822 w 1462822"/>
                              <a:gd name="connsiteY2" fmla="*/ 1014481 h 1014481"/>
                              <a:gd name="connsiteX3" fmla="*/ 638269 w 1462822"/>
                              <a:gd name="connsiteY3" fmla="*/ 407899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1462822" y="1014481"/>
                                </a:lnTo>
                                <a:lnTo>
                                  <a:pt x="638269" y="407899"/>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Rectangle 171"/>
                        <wps:cNvSpPr/>
                        <wps:spPr>
                          <a:xfrm>
                            <a:off x="0" y="0"/>
                            <a:ext cx="1472184" cy="1024128"/>
                          </a:xfrm>
                          <a:prstGeom prst="rect">
                            <a:avLst/>
                          </a:prstGeom>
                          <a:blipFill>
                            <a:blip r:embed="rId1"/>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 name="Text Box 172"/>
                      <wps:cNvSpPr txBox="1"/>
                      <wps:spPr>
                        <a:xfrm>
                          <a:off x="1032625" y="9510"/>
                          <a:ext cx="438150"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07FABD" w14:textId="5A273FD1" w:rsidR="00134B93" w:rsidRDefault="00134B93">
                            <w:pPr>
                              <w:pStyle w:val="Header"/>
                              <w:tabs>
                                <w:tab w:val="clear" w:pos="4680"/>
                                <w:tab w:val="clear" w:pos="9360"/>
                              </w:tabs>
                              <w:rPr>
                                <w:color w:val="FFFFFF" w:themeColor="background1"/>
                                <w:szCs w:val="24"/>
                              </w:rPr>
                            </w:pP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79811B" id="Group 167" o:spid="_x0000_s1066" style="position:absolute;margin-left:82.7pt;margin-top:0;width:133.9pt;height:80.65pt;z-index:251659264;mso-top-percent:23;mso-position-horizontal:righ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">
              <v:group id="Group 168" o:spid="_x0000_s1067"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angle 169" o:spid="_x0000_s1068"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" fillcolor="white [3212]" stroked="f" strokeweight="1.52778mm">
                  <v:fill opacity="0"/>
                  <v:stroke linestyle="thickThin"/>
                </v:rect>
                <v:shape id="Rectangle 12" o:spid="_x0000_s1069" style="position:absolute;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" path="m,l1462822,r,1014481l638269,407899,,xe" fillcolor="#4f81bd [3204]" stroked="f" strokeweight="1.52778mm">
                  <v:stroke linestyle="thickThin"/>
                  <v:path arrowok="t" o:connecttype="custom" o:connectlocs="0,0;1463040,0;1463040,1014984;638364,408101;0,0" o:connectangles="0,0,0,0,0"/>
                </v:shape>
                <v:rect id="Rectangle 171" o:spid="_x0000_s1070" style="position:absolute;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" strokecolor="white [3212]" strokeweight="1.52778mm">
                  <v:fill r:id="rId2" o:title="" recolor="t" rotate="t" type="frame"/>
                  <v:stroke linestyle="thickThin"/>
                </v:rect>
              </v:group>
              <v:shapetype id="_x0000_t202" coordsize="21600,21600" o:spt="202" path="m,l,21600r21600,l21600,xe">
                <v:stroke joinstyle="miter"/>
                <v:path gradientshapeok="t" o:connecttype="rect"/>
              </v:shapetype>
              <v:shape id="Text Box 172" o:spid="_x0000_s1071" type="#_x0000_t202" style="position:absolute;left:10326;top:95;width:4381;height:3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" filled="f" stroked="f" strokeweight=".5pt">
                <v:textbox inset=",7.2pt,,7.2pt">
                  <w:txbxContent>
                    <w:p w14:paraId="6907FABD" w14:textId="5A273FD1" w:rsidR="00134B93" w:rsidRDefault="00134B93">
                      <w:pPr>
                        <w:pStyle w:val="Header"/>
                        <w:tabs>
                          <w:tab w:val="clear" w:pos="4680"/>
                          <w:tab w:val="clear" w:pos="9360"/>
                        </w:tabs>
                        <w:rPr>
                          <w:color w:val="FFFFFF" w:themeColor="background1"/>
                          <w:szCs w:val="24"/>
                        </w:rPr>
                      </w:pPr>
                    </w:p>
                  </w:txbxContent>
                </v:textbox>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42C2C06"/>
    <w:multiLevelType w:val="hybridMultilevel"/>
    <w:tmpl w:val="59EE6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AD7C40"/>
    <w:multiLevelType w:val="hybridMultilevel"/>
    <w:tmpl w:val="0A9420D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10"/>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6C41"/>
    <w:rsid w:val="00034616"/>
    <w:rsid w:val="00046FC5"/>
    <w:rsid w:val="0006063C"/>
    <w:rsid w:val="000815D7"/>
    <w:rsid w:val="000A59FD"/>
    <w:rsid w:val="000E4BE9"/>
    <w:rsid w:val="0010106F"/>
    <w:rsid w:val="001108F5"/>
    <w:rsid w:val="00132E1E"/>
    <w:rsid w:val="00134B93"/>
    <w:rsid w:val="00142044"/>
    <w:rsid w:val="0015074B"/>
    <w:rsid w:val="00182B3D"/>
    <w:rsid w:val="001950C8"/>
    <w:rsid w:val="001B1719"/>
    <w:rsid w:val="001D3391"/>
    <w:rsid w:val="001D41E6"/>
    <w:rsid w:val="001F25A5"/>
    <w:rsid w:val="00224BAF"/>
    <w:rsid w:val="00234BF1"/>
    <w:rsid w:val="002510FD"/>
    <w:rsid w:val="002515F6"/>
    <w:rsid w:val="002675E8"/>
    <w:rsid w:val="0027197A"/>
    <w:rsid w:val="00283B0C"/>
    <w:rsid w:val="0029639D"/>
    <w:rsid w:val="002A3813"/>
    <w:rsid w:val="002B623F"/>
    <w:rsid w:val="002C39BE"/>
    <w:rsid w:val="002D7CD1"/>
    <w:rsid w:val="002E33BE"/>
    <w:rsid w:val="002E4B97"/>
    <w:rsid w:val="002E568F"/>
    <w:rsid w:val="00304335"/>
    <w:rsid w:val="00326F90"/>
    <w:rsid w:val="00333B18"/>
    <w:rsid w:val="003461A7"/>
    <w:rsid w:val="003632DC"/>
    <w:rsid w:val="00363DC7"/>
    <w:rsid w:val="003B019C"/>
    <w:rsid w:val="003B57B0"/>
    <w:rsid w:val="003F0CE2"/>
    <w:rsid w:val="003F4CE1"/>
    <w:rsid w:val="00402178"/>
    <w:rsid w:val="00405576"/>
    <w:rsid w:val="004134BF"/>
    <w:rsid w:val="00470F7A"/>
    <w:rsid w:val="004729FF"/>
    <w:rsid w:val="004826C4"/>
    <w:rsid w:val="00496F81"/>
    <w:rsid w:val="004A1689"/>
    <w:rsid w:val="004C6D45"/>
    <w:rsid w:val="00526234"/>
    <w:rsid w:val="005331E6"/>
    <w:rsid w:val="005339EE"/>
    <w:rsid w:val="005674E0"/>
    <w:rsid w:val="005A3447"/>
    <w:rsid w:val="005C1D44"/>
    <w:rsid w:val="005C3535"/>
    <w:rsid w:val="005C55A6"/>
    <w:rsid w:val="005D00EF"/>
    <w:rsid w:val="00600D89"/>
    <w:rsid w:val="0068539B"/>
    <w:rsid w:val="00690C5D"/>
    <w:rsid w:val="0069178F"/>
    <w:rsid w:val="0069413D"/>
    <w:rsid w:val="006977AD"/>
    <w:rsid w:val="006A72A5"/>
    <w:rsid w:val="006C36E5"/>
    <w:rsid w:val="006C7AE0"/>
    <w:rsid w:val="006E0507"/>
    <w:rsid w:val="006E301C"/>
    <w:rsid w:val="00712ABE"/>
    <w:rsid w:val="00744384"/>
    <w:rsid w:val="007759AB"/>
    <w:rsid w:val="007A51D2"/>
    <w:rsid w:val="007B2529"/>
    <w:rsid w:val="007C5660"/>
    <w:rsid w:val="007D7B28"/>
    <w:rsid w:val="007E5311"/>
    <w:rsid w:val="0081325D"/>
    <w:rsid w:val="008746A1"/>
    <w:rsid w:val="0089180D"/>
    <w:rsid w:val="00891902"/>
    <w:rsid w:val="00893DAC"/>
    <w:rsid w:val="008A3B24"/>
    <w:rsid w:val="008A3F79"/>
    <w:rsid w:val="008B14D1"/>
    <w:rsid w:val="008C171C"/>
    <w:rsid w:val="008D6634"/>
    <w:rsid w:val="00911534"/>
    <w:rsid w:val="00911C29"/>
    <w:rsid w:val="00937338"/>
    <w:rsid w:val="00937A0B"/>
    <w:rsid w:val="0094238D"/>
    <w:rsid w:val="009514B6"/>
    <w:rsid w:val="00955F31"/>
    <w:rsid w:val="0096080C"/>
    <w:rsid w:val="00981CD8"/>
    <w:rsid w:val="00984B5B"/>
    <w:rsid w:val="009C44B2"/>
    <w:rsid w:val="009F79D0"/>
    <w:rsid w:val="00A026C3"/>
    <w:rsid w:val="00A07453"/>
    <w:rsid w:val="00A4612A"/>
    <w:rsid w:val="00A54D04"/>
    <w:rsid w:val="00A7396E"/>
    <w:rsid w:val="00AA1D8D"/>
    <w:rsid w:val="00AC0464"/>
    <w:rsid w:val="00AC3091"/>
    <w:rsid w:val="00AD6FE2"/>
    <w:rsid w:val="00AD766E"/>
    <w:rsid w:val="00AE2BED"/>
    <w:rsid w:val="00B3229A"/>
    <w:rsid w:val="00B4035C"/>
    <w:rsid w:val="00B47730"/>
    <w:rsid w:val="00B629FB"/>
    <w:rsid w:val="00B62B2C"/>
    <w:rsid w:val="00B76515"/>
    <w:rsid w:val="00B8792D"/>
    <w:rsid w:val="00B95AF9"/>
    <w:rsid w:val="00BB3870"/>
    <w:rsid w:val="00BD416E"/>
    <w:rsid w:val="00BF49A4"/>
    <w:rsid w:val="00BF5834"/>
    <w:rsid w:val="00C029B2"/>
    <w:rsid w:val="00C35096"/>
    <w:rsid w:val="00C3559E"/>
    <w:rsid w:val="00C630FB"/>
    <w:rsid w:val="00C632CA"/>
    <w:rsid w:val="00C74517"/>
    <w:rsid w:val="00CB0664"/>
    <w:rsid w:val="00CE4BD1"/>
    <w:rsid w:val="00D06350"/>
    <w:rsid w:val="00D30E98"/>
    <w:rsid w:val="00D36B92"/>
    <w:rsid w:val="00D64DF0"/>
    <w:rsid w:val="00D7507B"/>
    <w:rsid w:val="00D953BC"/>
    <w:rsid w:val="00DB4D93"/>
    <w:rsid w:val="00DC4897"/>
    <w:rsid w:val="00DD548E"/>
    <w:rsid w:val="00DE1832"/>
    <w:rsid w:val="00E04EB4"/>
    <w:rsid w:val="00E12894"/>
    <w:rsid w:val="00E22E48"/>
    <w:rsid w:val="00E24CF5"/>
    <w:rsid w:val="00E50F69"/>
    <w:rsid w:val="00E82202"/>
    <w:rsid w:val="00EA0686"/>
    <w:rsid w:val="00EB08EF"/>
    <w:rsid w:val="00EB1A38"/>
    <w:rsid w:val="00F151E7"/>
    <w:rsid w:val="00F67639"/>
    <w:rsid w:val="00F72189"/>
    <w:rsid w:val="00F95DD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50F304F"/>
  <w14:defaultImageDpi w14:val="300"/>
  <w15:docId w15:val="{7C920535-EE9E-4F4A-B4F7-37771A8D6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sz w:val="24"/>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link w:val="NoSpacingChar"/>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customStyle="1" w:styleId="NoSpacingChar">
    <w:name w:val="No Spacing Char"/>
    <w:basedOn w:val="DefaultParagraphFont"/>
    <w:link w:val="NoSpacing"/>
    <w:uiPriority w:val="1"/>
    <w:rsid w:val="00893DAC"/>
  </w:style>
  <w:style w:type="paragraph" w:styleId="NormalWeb">
    <w:name w:val="Normal (Web)"/>
    <w:basedOn w:val="Normal"/>
    <w:uiPriority w:val="99"/>
    <w:semiHidden/>
    <w:unhideWhenUsed/>
    <w:rsid w:val="005C3535"/>
    <w:pPr>
      <w:spacing w:before="100" w:beforeAutospacing="1" w:after="100" w:afterAutospacing="1" w:line="240" w:lineRule="auto"/>
    </w:pPr>
    <w:rPr>
      <w:rFonts w:ascii="Times New Roman" w:eastAsia="Times New Roman" w:hAnsi="Times New Roman" w:cs="Times New Roman"/>
      <w:szCs w:val="24"/>
    </w:rPr>
  </w:style>
  <w:style w:type="paragraph" w:customStyle="1" w:styleId="has-text-align-left">
    <w:name w:val="has-text-align-left"/>
    <w:basedOn w:val="Normal"/>
    <w:rsid w:val="006E0507"/>
    <w:pPr>
      <w:spacing w:before="100" w:beforeAutospacing="1" w:after="100" w:afterAutospacing="1" w:line="240" w:lineRule="auto"/>
    </w:pPr>
    <w:rPr>
      <w:rFonts w:ascii="Times New Roman" w:eastAsia="Times New Roman" w:hAnsi="Times New Roman" w:cs="Times New Roman"/>
      <w:szCs w:val="24"/>
    </w:rPr>
  </w:style>
  <w:style w:type="character" w:customStyle="1" w:styleId="il">
    <w:name w:val="il"/>
    <w:basedOn w:val="DefaultParagraphFont"/>
    <w:rsid w:val="002A38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279299">
      <w:bodyDiv w:val="1"/>
      <w:marLeft w:val="0"/>
      <w:marRight w:val="0"/>
      <w:marTop w:val="0"/>
      <w:marBottom w:val="0"/>
      <w:divBdr>
        <w:top w:val="none" w:sz="0" w:space="0" w:color="auto"/>
        <w:left w:val="none" w:sz="0" w:space="0" w:color="auto"/>
        <w:bottom w:val="none" w:sz="0" w:space="0" w:color="auto"/>
        <w:right w:val="none" w:sz="0" w:space="0" w:color="auto"/>
      </w:divBdr>
    </w:div>
    <w:div w:id="187373210">
      <w:bodyDiv w:val="1"/>
      <w:marLeft w:val="0"/>
      <w:marRight w:val="0"/>
      <w:marTop w:val="0"/>
      <w:marBottom w:val="0"/>
      <w:divBdr>
        <w:top w:val="none" w:sz="0" w:space="0" w:color="auto"/>
        <w:left w:val="none" w:sz="0" w:space="0" w:color="auto"/>
        <w:bottom w:val="none" w:sz="0" w:space="0" w:color="auto"/>
        <w:right w:val="none" w:sz="0" w:space="0" w:color="auto"/>
      </w:divBdr>
    </w:div>
    <w:div w:id="221254241">
      <w:bodyDiv w:val="1"/>
      <w:marLeft w:val="0"/>
      <w:marRight w:val="0"/>
      <w:marTop w:val="0"/>
      <w:marBottom w:val="0"/>
      <w:divBdr>
        <w:top w:val="none" w:sz="0" w:space="0" w:color="auto"/>
        <w:left w:val="none" w:sz="0" w:space="0" w:color="auto"/>
        <w:bottom w:val="none" w:sz="0" w:space="0" w:color="auto"/>
        <w:right w:val="none" w:sz="0" w:space="0" w:color="auto"/>
      </w:divBdr>
    </w:div>
    <w:div w:id="314267198">
      <w:bodyDiv w:val="1"/>
      <w:marLeft w:val="0"/>
      <w:marRight w:val="0"/>
      <w:marTop w:val="0"/>
      <w:marBottom w:val="0"/>
      <w:divBdr>
        <w:top w:val="none" w:sz="0" w:space="0" w:color="auto"/>
        <w:left w:val="none" w:sz="0" w:space="0" w:color="auto"/>
        <w:bottom w:val="none" w:sz="0" w:space="0" w:color="auto"/>
        <w:right w:val="none" w:sz="0" w:space="0" w:color="auto"/>
      </w:divBdr>
      <w:divsChild>
        <w:div w:id="1449003363">
          <w:marLeft w:val="0"/>
          <w:marRight w:val="0"/>
          <w:marTop w:val="0"/>
          <w:marBottom w:val="0"/>
          <w:divBdr>
            <w:top w:val="none" w:sz="0" w:space="0" w:color="auto"/>
            <w:left w:val="none" w:sz="0" w:space="0" w:color="auto"/>
            <w:bottom w:val="none" w:sz="0" w:space="0" w:color="auto"/>
            <w:right w:val="none" w:sz="0" w:space="0" w:color="auto"/>
          </w:divBdr>
          <w:divsChild>
            <w:div w:id="1392734822">
              <w:marLeft w:val="0"/>
              <w:marRight w:val="0"/>
              <w:marTop w:val="0"/>
              <w:marBottom w:val="0"/>
              <w:divBdr>
                <w:top w:val="none" w:sz="0" w:space="0" w:color="auto"/>
                <w:left w:val="none" w:sz="0" w:space="0" w:color="auto"/>
                <w:bottom w:val="none" w:sz="0" w:space="0" w:color="auto"/>
                <w:right w:val="none" w:sz="0" w:space="0" w:color="auto"/>
              </w:divBdr>
              <w:divsChild>
                <w:div w:id="1602450669">
                  <w:marLeft w:val="0"/>
                  <w:marRight w:val="0"/>
                  <w:marTop w:val="0"/>
                  <w:marBottom w:val="0"/>
                  <w:divBdr>
                    <w:top w:val="none" w:sz="0" w:space="0" w:color="auto"/>
                    <w:left w:val="none" w:sz="0" w:space="0" w:color="auto"/>
                    <w:bottom w:val="none" w:sz="0" w:space="0" w:color="auto"/>
                    <w:right w:val="none" w:sz="0" w:space="0" w:color="auto"/>
                  </w:divBdr>
                  <w:divsChild>
                    <w:div w:id="427309539">
                      <w:marLeft w:val="0"/>
                      <w:marRight w:val="0"/>
                      <w:marTop w:val="0"/>
                      <w:marBottom w:val="0"/>
                      <w:divBdr>
                        <w:top w:val="none" w:sz="0" w:space="0" w:color="auto"/>
                        <w:left w:val="none" w:sz="0" w:space="0" w:color="auto"/>
                        <w:bottom w:val="none" w:sz="0" w:space="0" w:color="auto"/>
                        <w:right w:val="none" w:sz="0" w:space="0" w:color="auto"/>
                      </w:divBdr>
                      <w:divsChild>
                        <w:div w:id="1176771273">
                          <w:marLeft w:val="0"/>
                          <w:marRight w:val="0"/>
                          <w:marTop w:val="0"/>
                          <w:marBottom w:val="0"/>
                          <w:divBdr>
                            <w:top w:val="none" w:sz="0" w:space="0" w:color="auto"/>
                            <w:left w:val="none" w:sz="0" w:space="0" w:color="auto"/>
                            <w:bottom w:val="none" w:sz="0" w:space="0" w:color="auto"/>
                            <w:right w:val="none" w:sz="0" w:space="0" w:color="auto"/>
                          </w:divBdr>
                          <w:divsChild>
                            <w:div w:id="1272275740">
                              <w:marLeft w:val="0"/>
                              <w:marRight w:val="0"/>
                              <w:marTop w:val="0"/>
                              <w:marBottom w:val="0"/>
                              <w:divBdr>
                                <w:top w:val="none" w:sz="0" w:space="0" w:color="auto"/>
                                <w:left w:val="none" w:sz="0" w:space="0" w:color="auto"/>
                                <w:bottom w:val="none" w:sz="0" w:space="0" w:color="auto"/>
                                <w:right w:val="none" w:sz="0" w:space="0" w:color="auto"/>
                              </w:divBdr>
                              <w:divsChild>
                                <w:div w:id="270404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6515246">
      <w:bodyDiv w:val="1"/>
      <w:marLeft w:val="0"/>
      <w:marRight w:val="0"/>
      <w:marTop w:val="0"/>
      <w:marBottom w:val="0"/>
      <w:divBdr>
        <w:top w:val="none" w:sz="0" w:space="0" w:color="auto"/>
        <w:left w:val="none" w:sz="0" w:space="0" w:color="auto"/>
        <w:bottom w:val="none" w:sz="0" w:space="0" w:color="auto"/>
        <w:right w:val="none" w:sz="0" w:space="0" w:color="auto"/>
      </w:divBdr>
      <w:divsChild>
        <w:div w:id="1300841173">
          <w:marLeft w:val="0"/>
          <w:marRight w:val="0"/>
          <w:marTop w:val="0"/>
          <w:marBottom w:val="0"/>
          <w:divBdr>
            <w:top w:val="none" w:sz="0" w:space="0" w:color="auto"/>
            <w:left w:val="none" w:sz="0" w:space="0" w:color="auto"/>
            <w:bottom w:val="none" w:sz="0" w:space="0" w:color="auto"/>
            <w:right w:val="none" w:sz="0" w:space="0" w:color="auto"/>
          </w:divBdr>
          <w:divsChild>
            <w:div w:id="1657762562">
              <w:marLeft w:val="0"/>
              <w:marRight w:val="0"/>
              <w:marTop w:val="0"/>
              <w:marBottom w:val="0"/>
              <w:divBdr>
                <w:top w:val="none" w:sz="0" w:space="0" w:color="auto"/>
                <w:left w:val="none" w:sz="0" w:space="0" w:color="auto"/>
                <w:bottom w:val="none" w:sz="0" w:space="0" w:color="auto"/>
                <w:right w:val="none" w:sz="0" w:space="0" w:color="auto"/>
              </w:divBdr>
              <w:divsChild>
                <w:div w:id="315455182">
                  <w:marLeft w:val="0"/>
                  <w:marRight w:val="0"/>
                  <w:marTop w:val="0"/>
                  <w:marBottom w:val="0"/>
                  <w:divBdr>
                    <w:top w:val="none" w:sz="0" w:space="0" w:color="auto"/>
                    <w:left w:val="none" w:sz="0" w:space="0" w:color="auto"/>
                    <w:bottom w:val="none" w:sz="0" w:space="0" w:color="auto"/>
                    <w:right w:val="none" w:sz="0" w:space="0" w:color="auto"/>
                  </w:divBdr>
                  <w:divsChild>
                    <w:div w:id="1417942542">
                      <w:marLeft w:val="0"/>
                      <w:marRight w:val="0"/>
                      <w:marTop w:val="0"/>
                      <w:marBottom w:val="0"/>
                      <w:divBdr>
                        <w:top w:val="none" w:sz="0" w:space="0" w:color="auto"/>
                        <w:left w:val="none" w:sz="0" w:space="0" w:color="auto"/>
                        <w:bottom w:val="none" w:sz="0" w:space="0" w:color="auto"/>
                        <w:right w:val="none" w:sz="0" w:space="0" w:color="auto"/>
                      </w:divBdr>
                      <w:divsChild>
                        <w:div w:id="756444443">
                          <w:marLeft w:val="0"/>
                          <w:marRight w:val="0"/>
                          <w:marTop w:val="0"/>
                          <w:marBottom w:val="0"/>
                          <w:divBdr>
                            <w:top w:val="none" w:sz="0" w:space="0" w:color="auto"/>
                            <w:left w:val="none" w:sz="0" w:space="0" w:color="auto"/>
                            <w:bottom w:val="none" w:sz="0" w:space="0" w:color="auto"/>
                            <w:right w:val="none" w:sz="0" w:space="0" w:color="auto"/>
                          </w:divBdr>
                          <w:divsChild>
                            <w:div w:id="1179929246">
                              <w:marLeft w:val="0"/>
                              <w:marRight w:val="0"/>
                              <w:marTop w:val="0"/>
                              <w:marBottom w:val="0"/>
                              <w:divBdr>
                                <w:top w:val="none" w:sz="0" w:space="0" w:color="auto"/>
                                <w:left w:val="none" w:sz="0" w:space="0" w:color="auto"/>
                                <w:bottom w:val="none" w:sz="0" w:space="0" w:color="auto"/>
                                <w:right w:val="none" w:sz="0" w:space="0" w:color="auto"/>
                              </w:divBdr>
                              <w:divsChild>
                                <w:div w:id="167510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8914562">
      <w:bodyDiv w:val="1"/>
      <w:marLeft w:val="0"/>
      <w:marRight w:val="0"/>
      <w:marTop w:val="0"/>
      <w:marBottom w:val="0"/>
      <w:divBdr>
        <w:top w:val="none" w:sz="0" w:space="0" w:color="auto"/>
        <w:left w:val="none" w:sz="0" w:space="0" w:color="auto"/>
        <w:bottom w:val="none" w:sz="0" w:space="0" w:color="auto"/>
        <w:right w:val="none" w:sz="0" w:space="0" w:color="auto"/>
      </w:divBdr>
    </w:div>
    <w:div w:id="377508166">
      <w:bodyDiv w:val="1"/>
      <w:marLeft w:val="0"/>
      <w:marRight w:val="0"/>
      <w:marTop w:val="0"/>
      <w:marBottom w:val="0"/>
      <w:divBdr>
        <w:top w:val="none" w:sz="0" w:space="0" w:color="auto"/>
        <w:left w:val="none" w:sz="0" w:space="0" w:color="auto"/>
        <w:bottom w:val="none" w:sz="0" w:space="0" w:color="auto"/>
        <w:right w:val="none" w:sz="0" w:space="0" w:color="auto"/>
      </w:divBdr>
    </w:div>
    <w:div w:id="379331466">
      <w:bodyDiv w:val="1"/>
      <w:marLeft w:val="0"/>
      <w:marRight w:val="0"/>
      <w:marTop w:val="0"/>
      <w:marBottom w:val="0"/>
      <w:divBdr>
        <w:top w:val="none" w:sz="0" w:space="0" w:color="auto"/>
        <w:left w:val="none" w:sz="0" w:space="0" w:color="auto"/>
        <w:bottom w:val="none" w:sz="0" w:space="0" w:color="auto"/>
        <w:right w:val="none" w:sz="0" w:space="0" w:color="auto"/>
      </w:divBdr>
    </w:div>
    <w:div w:id="383527992">
      <w:bodyDiv w:val="1"/>
      <w:marLeft w:val="0"/>
      <w:marRight w:val="0"/>
      <w:marTop w:val="0"/>
      <w:marBottom w:val="0"/>
      <w:divBdr>
        <w:top w:val="none" w:sz="0" w:space="0" w:color="auto"/>
        <w:left w:val="none" w:sz="0" w:space="0" w:color="auto"/>
        <w:bottom w:val="none" w:sz="0" w:space="0" w:color="auto"/>
        <w:right w:val="none" w:sz="0" w:space="0" w:color="auto"/>
      </w:divBdr>
    </w:div>
    <w:div w:id="402945363">
      <w:bodyDiv w:val="1"/>
      <w:marLeft w:val="0"/>
      <w:marRight w:val="0"/>
      <w:marTop w:val="0"/>
      <w:marBottom w:val="0"/>
      <w:divBdr>
        <w:top w:val="none" w:sz="0" w:space="0" w:color="auto"/>
        <w:left w:val="none" w:sz="0" w:space="0" w:color="auto"/>
        <w:bottom w:val="none" w:sz="0" w:space="0" w:color="auto"/>
        <w:right w:val="none" w:sz="0" w:space="0" w:color="auto"/>
      </w:divBdr>
    </w:div>
    <w:div w:id="437409120">
      <w:bodyDiv w:val="1"/>
      <w:marLeft w:val="0"/>
      <w:marRight w:val="0"/>
      <w:marTop w:val="0"/>
      <w:marBottom w:val="0"/>
      <w:divBdr>
        <w:top w:val="none" w:sz="0" w:space="0" w:color="auto"/>
        <w:left w:val="none" w:sz="0" w:space="0" w:color="auto"/>
        <w:bottom w:val="none" w:sz="0" w:space="0" w:color="auto"/>
        <w:right w:val="none" w:sz="0" w:space="0" w:color="auto"/>
      </w:divBdr>
    </w:div>
    <w:div w:id="544415541">
      <w:bodyDiv w:val="1"/>
      <w:marLeft w:val="0"/>
      <w:marRight w:val="0"/>
      <w:marTop w:val="0"/>
      <w:marBottom w:val="0"/>
      <w:divBdr>
        <w:top w:val="none" w:sz="0" w:space="0" w:color="auto"/>
        <w:left w:val="none" w:sz="0" w:space="0" w:color="auto"/>
        <w:bottom w:val="none" w:sz="0" w:space="0" w:color="auto"/>
        <w:right w:val="none" w:sz="0" w:space="0" w:color="auto"/>
      </w:divBdr>
    </w:div>
    <w:div w:id="586884328">
      <w:bodyDiv w:val="1"/>
      <w:marLeft w:val="0"/>
      <w:marRight w:val="0"/>
      <w:marTop w:val="0"/>
      <w:marBottom w:val="0"/>
      <w:divBdr>
        <w:top w:val="none" w:sz="0" w:space="0" w:color="auto"/>
        <w:left w:val="none" w:sz="0" w:space="0" w:color="auto"/>
        <w:bottom w:val="none" w:sz="0" w:space="0" w:color="auto"/>
        <w:right w:val="none" w:sz="0" w:space="0" w:color="auto"/>
      </w:divBdr>
    </w:div>
    <w:div w:id="603458786">
      <w:bodyDiv w:val="1"/>
      <w:marLeft w:val="0"/>
      <w:marRight w:val="0"/>
      <w:marTop w:val="0"/>
      <w:marBottom w:val="0"/>
      <w:divBdr>
        <w:top w:val="none" w:sz="0" w:space="0" w:color="auto"/>
        <w:left w:val="none" w:sz="0" w:space="0" w:color="auto"/>
        <w:bottom w:val="none" w:sz="0" w:space="0" w:color="auto"/>
        <w:right w:val="none" w:sz="0" w:space="0" w:color="auto"/>
      </w:divBdr>
    </w:div>
    <w:div w:id="632440973">
      <w:bodyDiv w:val="1"/>
      <w:marLeft w:val="0"/>
      <w:marRight w:val="0"/>
      <w:marTop w:val="0"/>
      <w:marBottom w:val="0"/>
      <w:divBdr>
        <w:top w:val="none" w:sz="0" w:space="0" w:color="auto"/>
        <w:left w:val="none" w:sz="0" w:space="0" w:color="auto"/>
        <w:bottom w:val="none" w:sz="0" w:space="0" w:color="auto"/>
        <w:right w:val="none" w:sz="0" w:space="0" w:color="auto"/>
      </w:divBdr>
    </w:div>
    <w:div w:id="645595788">
      <w:bodyDiv w:val="1"/>
      <w:marLeft w:val="0"/>
      <w:marRight w:val="0"/>
      <w:marTop w:val="0"/>
      <w:marBottom w:val="0"/>
      <w:divBdr>
        <w:top w:val="none" w:sz="0" w:space="0" w:color="auto"/>
        <w:left w:val="none" w:sz="0" w:space="0" w:color="auto"/>
        <w:bottom w:val="none" w:sz="0" w:space="0" w:color="auto"/>
        <w:right w:val="none" w:sz="0" w:space="0" w:color="auto"/>
      </w:divBdr>
    </w:div>
    <w:div w:id="647131424">
      <w:bodyDiv w:val="1"/>
      <w:marLeft w:val="0"/>
      <w:marRight w:val="0"/>
      <w:marTop w:val="0"/>
      <w:marBottom w:val="0"/>
      <w:divBdr>
        <w:top w:val="none" w:sz="0" w:space="0" w:color="auto"/>
        <w:left w:val="none" w:sz="0" w:space="0" w:color="auto"/>
        <w:bottom w:val="none" w:sz="0" w:space="0" w:color="auto"/>
        <w:right w:val="none" w:sz="0" w:space="0" w:color="auto"/>
      </w:divBdr>
    </w:div>
    <w:div w:id="671875266">
      <w:bodyDiv w:val="1"/>
      <w:marLeft w:val="0"/>
      <w:marRight w:val="0"/>
      <w:marTop w:val="0"/>
      <w:marBottom w:val="0"/>
      <w:divBdr>
        <w:top w:val="none" w:sz="0" w:space="0" w:color="auto"/>
        <w:left w:val="none" w:sz="0" w:space="0" w:color="auto"/>
        <w:bottom w:val="none" w:sz="0" w:space="0" w:color="auto"/>
        <w:right w:val="none" w:sz="0" w:space="0" w:color="auto"/>
      </w:divBdr>
    </w:div>
    <w:div w:id="679233983">
      <w:bodyDiv w:val="1"/>
      <w:marLeft w:val="0"/>
      <w:marRight w:val="0"/>
      <w:marTop w:val="0"/>
      <w:marBottom w:val="0"/>
      <w:divBdr>
        <w:top w:val="none" w:sz="0" w:space="0" w:color="auto"/>
        <w:left w:val="none" w:sz="0" w:space="0" w:color="auto"/>
        <w:bottom w:val="none" w:sz="0" w:space="0" w:color="auto"/>
        <w:right w:val="none" w:sz="0" w:space="0" w:color="auto"/>
      </w:divBdr>
    </w:div>
    <w:div w:id="731002763">
      <w:bodyDiv w:val="1"/>
      <w:marLeft w:val="0"/>
      <w:marRight w:val="0"/>
      <w:marTop w:val="0"/>
      <w:marBottom w:val="0"/>
      <w:divBdr>
        <w:top w:val="none" w:sz="0" w:space="0" w:color="auto"/>
        <w:left w:val="none" w:sz="0" w:space="0" w:color="auto"/>
        <w:bottom w:val="none" w:sz="0" w:space="0" w:color="auto"/>
        <w:right w:val="none" w:sz="0" w:space="0" w:color="auto"/>
      </w:divBdr>
    </w:div>
    <w:div w:id="735208367">
      <w:bodyDiv w:val="1"/>
      <w:marLeft w:val="0"/>
      <w:marRight w:val="0"/>
      <w:marTop w:val="0"/>
      <w:marBottom w:val="0"/>
      <w:divBdr>
        <w:top w:val="none" w:sz="0" w:space="0" w:color="auto"/>
        <w:left w:val="none" w:sz="0" w:space="0" w:color="auto"/>
        <w:bottom w:val="none" w:sz="0" w:space="0" w:color="auto"/>
        <w:right w:val="none" w:sz="0" w:space="0" w:color="auto"/>
      </w:divBdr>
      <w:divsChild>
        <w:div w:id="1916937923">
          <w:marLeft w:val="0"/>
          <w:marRight w:val="0"/>
          <w:marTop w:val="0"/>
          <w:marBottom w:val="0"/>
          <w:divBdr>
            <w:top w:val="none" w:sz="0" w:space="0" w:color="auto"/>
            <w:left w:val="none" w:sz="0" w:space="0" w:color="auto"/>
            <w:bottom w:val="none" w:sz="0" w:space="0" w:color="auto"/>
            <w:right w:val="none" w:sz="0" w:space="0" w:color="auto"/>
          </w:divBdr>
          <w:divsChild>
            <w:div w:id="550046076">
              <w:marLeft w:val="0"/>
              <w:marRight w:val="0"/>
              <w:marTop w:val="0"/>
              <w:marBottom w:val="0"/>
              <w:divBdr>
                <w:top w:val="none" w:sz="0" w:space="0" w:color="auto"/>
                <w:left w:val="none" w:sz="0" w:space="0" w:color="auto"/>
                <w:bottom w:val="none" w:sz="0" w:space="0" w:color="auto"/>
                <w:right w:val="none" w:sz="0" w:space="0" w:color="auto"/>
              </w:divBdr>
              <w:divsChild>
                <w:div w:id="1685857777">
                  <w:marLeft w:val="0"/>
                  <w:marRight w:val="0"/>
                  <w:marTop w:val="0"/>
                  <w:marBottom w:val="0"/>
                  <w:divBdr>
                    <w:top w:val="none" w:sz="0" w:space="0" w:color="auto"/>
                    <w:left w:val="none" w:sz="0" w:space="0" w:color="auto"/>
                    <w:bottom w:val="none" w:sz="0" w:space="0" w:color="auto"/>
                    <w:right w:val="none" w:sz="0" w:space="0" w:color="auto"/>
                  </w:divBdr>
                  <w:divsChild>
                    <w:div w:id="531768495">
                      <w:marLeft w:val="0"/>
                      <w:marRight w:val="0"/>
                      <w:marTop w:val="0"/>
                      <w:marBottom w:val="0"/>
                      <w:divBdr>
                        <w:top w:val="none" w:sz="0" w:space="0" w:color="auto"/>
                        <w:left w:val="none" w:sz="0" w:space="0" w:color="auto"/>
                        <w:bottom w:val="none" w:sz="0" w:space="0" w:color="auto"/>
                        <w:right w:val="none" w:sz="0" w:space="0" w:color="auto"/>
                      </w:divBdr>
                      <w:divsChild>
                        <w:div w:id="1678580352">
                          <w:marLeft w:val="0"/>
                          <w:marRight w:val="0"/>
                          <w:marTop w:val="0"/>
                          <w:marBottom w:val="0"/>
                          <w:divBdr>
                            <w:top w:val="none" w:sz="0" w:space="0" w:color="auto"/>
                            <w:left w:val="none" w:sz="0" w:space="0" w:color="auto"/>
                            <w:bottom w:val="none" w:sz="0" w:space="0" w:color="auto"/>
                            <w:right w:val="none" w:sz="0" w:space="0" w:color="auto"/>
                          </w:divBdr>
                          <w:divsChild>
                            <w:div w:id="918750010">
                              <w:marLeft w:val="0"/>
                              <w:marRight w:val="0"/>
                              <w:marTop w:val="0"/>
                              <w:marBottom w:val="0"/>
                              <w:divBdr>
                                <w:top w:val="none" w:sz="0" w:space="0" w:color="auto"/>
                                <w:left w:val="none" w:sz="0" w:space="0" w:color="auto"/>
                                <w:bottom w:val="none" w:sz="0" w:space="0" w:color="auto"/>
                                <w:right w:val="none" w:sz="0" w:space="0" w:color="auto"/>
                              </w:divBdr>
                              <w:divsChild>
                                <w:div w:id="173619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4448338">
      <w:bodyDiv w:val="1"/>
      <w:marLeft w:val="0"/>
      <w:marRight w:val="0"/>
      <w:marTop w:val="0"/>
      <w:marBottom w:val="0"/>
      <w:divBdr>
        <w:top w:val="none" w:sz="0" w:space="0" w:color="auto"/>
        <w:left w:val="none" w:sz="0" w:space="0" w:color="auto"/>
        <w:bottom w:val="none" w:sz="0" w:space="0" w:color="auto"/>
        <w:right w:val="none" w:sz="0" w:space="0" w:color="auto"/>
      </w:divBdr>
    </w:div>
    <w:div w:id="806162417">
      <w:bodyDiv w:val="1"/>
      <w:marLeft w:val="0"/>
      <w:marRight w:val="0"/>
      <w:marTop w:val="0"/>
      <w:marBottom w:val="0"/>
      <w:divBdr>
        <w:top w:val="none" w:sz="0" w:space="0" w:color="auto"/>
        <w:left w:val="none" w:sz="0" w:space="0" w:color="auto"/>
        <w:bottom w:val="none" w:sz="0" w:space="0" w:color="auto"/>
        <w:right w:val="none" w:sz="0" w:space="0" w:color="auto"/>
      </w:divBdr>
      <w:divsChild>
        <w:div w:id="1675763492">
          <w:marLeft w:val="458"/>
          <w:marRight w:val="0"/>
          <w:marTop w:val="0"/>
          <w:marBottom w:val="0"/>
          <w:divBdr>
            <w:top w:val="none" w:sz="0" w:space="0" w:color="auto"/>
            <w:left w:val="none" w:sz="0" w:space="0" w:color="auto"/>
            <w:bottom w:val="none" w:sz="0" w:space="0" w:color="auto"/>
            <w:right w:val="none" w:sz="0" w:space="0" w:color="auto"/>
          </w:divBdr>
        </w:div>
      </w:divsChild>
    </w:div>
    <w:div w:id="828401523">
      <w:bodyDiv w:val="1"/>
      <w:marLeft w:val="0"/>
      <w:marRight w:val="0"/>
      <w:marTop w:val="0"/>
      <w:marBottom w:val="0"/>
      <w:divBdr>
        <w:top w:val="none" w:sz="0" w:space="0" w:color="auto"/>
        <w:left w:val="none" w:sz="0" w:space="0" w:color="auto"/>
        <w:bottom w:val="none" w:sz="0" w:space="0" w:color="auto"/>
        <w:right w:val="none" w:sz="0" w:space="0" w:color="auto"/>
      </w:divBdr>
    </w:div>
    <w:div w:id="947273811">
      <w:bodyDiv w:val="1"/>
      <w:marLeft w:val="0"/>
      <w:marRight w:val="0"/>
      <w:marTop w:val="0"/>
      <w:marBottom w:val="0"/>
      <w:divBdr>
        <w:top w:val="none" w:sz="0" w:space="0" w:color="auto"/>
        <w:left w:val="none" w:sz="0" w:space="0" w:color="auto"/>
        <w:bottom w:val="none" w:sz="0" w:space="0" w:color="auto"/>
        <w:right w:val="none" w:sz="0" w:space="0" w:color="auto"/>
      </w:divBdr>
    </w:div>
    <w:div w:id="1095324302">
      <w:bodyDiv w:val="1"/>
      <w:marLeft w:val="0"/>
      <w:marRight w:val="0"/>
      <w:marTop w:val="0"/>
      <w:marBottom w:val="0"/>
      <w:divBdr>
        <w:top w:val="none" w:sz="0" w:space="0" w:color="auto"/>
        <w:left w:val="none" w:sz="0" w:space="0" w:color="auto"/>
        <w:bottom w:val="none" w:sz="0" w:space="0" w:color="auto"/>
        <w:right w:val="none" w:sz="0" w:space="0" w:color="auto"/>
      </w:divBdr>
    </w:div>
    <w:div w:id="1156072140">
      <w:bodyDiv w:val="1"/>
      <w:marLeft w:val="0"/>
      <w:marRight w:val="0"/>
      <w:marTop w:val="0"/>
      <w:marBottom w:val="0"/>
      <w:divBdr>
        <w:top w:val="none" w:sz="0" w:space="0" w:color="auto"/>
        <w:left w:val="none" w:sz="0" w:space="0" w:color="auto"/>
        <w:bottom w:val="none" w:sz="0" w:space="0" w:color="auto"/>
        <w:right w:val="none" w:sz="0" w:space="0" w:color="auto"/>
      </w:divBdr>
    </w:div>
    <w:div w:id="1158184408">
      <w:bodyDiv w:val="1"/>
      <w:marLeft w:val="0"/>
      <w:marRight w:val="0"/>
      <w:marTop w:val="0"/>
      <w:marBottom w:val="0"/>
      <w:divBdr>
        <w:top w:val="none" w:sz="0" w:space="0" w:color="auto"/>
        <w:left w:val="none" w:sz="0" w:space="0" w:color="auto"/>
        <w:bottom w:val="none" w:sz="0" w:space="0" w:color="auto"/>
        <w:right w:val="none" w:sz="0" w:space="0" w:color="auto"/>
      </w:divBdr>
    </w:div>
    <w:div w:id="1191647340">
      <w:bodyDiv w:val="1"/>
      <w:marLeft w:val="0"/>
      <w:marRight w:val="0"/>
      <w:marTop w:val="0"/>
      <w:marBottom w:val="0"/>
      <w:divBdr>
        <w:top w:val="none" w:sz="0" w:space="0" w:color="auto"/>
        <w:left w:val="none" w:sz="0" w:space="0" w:color="auto"/>
        <w:bottom w:val="none" w:sz="0" w:space="0" w:color="auto"/>
        <w:right w:val="none" w:sz="0" w:space="0" w:color="auto"/>
      </w:divBdr>
    </w:div>
    <w:div w:id="1191728028">
      <w:bodyDiv w:val="1"/>
      <w:marLeft w:val="0"/>
      <w:marRight w:val="0"/>
      <w:marTop w:val="0"/>
      <w:marBottom w:val="0"/>
      <w:divBdr>
        <w:top w:val="none" w:sz="0" w:space="0" w:color="auto"/>
        <w:left w:val="none" w:sz="0" w:space="0" w:color="auto"/>
        <w:bottom w:val="none" w:sz="0" w:space="0" w:color="auto"/>
        <w:right w:val="none" w:sz="0" w:space="0" w:color="auto"/>
      </w:divBdr>
    </w:div>
    <w:div w:id="1206482784">
      <w:bodyDiv w:val="1"/>
      <w:marLeft w:val="0"/>
      <w:marRight w:val="0"/>
      <w:marTop w:val="0"/>
      <w:marBottom w:val="0"/>
      <w:divBdr>
        <w:top w:val="none" w:sz="0" w:space="0" w:color="auto"/>
        <w:left w:val="none" w:sz="0" w:space="0" w:color="auto"/>
        <w:bottom w:val="none" w:sz="0" w:space="0" w:color="auto"/>
        <w:right w:val="none" w:sz="0" w:space="0" w:color="auto"/>
      </w:divBdr>
    </w:div>
    <w:div w:id="1210259661">
      <w:bodyDiv w:val="1"/>
      <w:marLeft w:val="0"/>
      <w:marRight w:val="0"/>
      <w:marTop w:val="0"/>
      <w:marBottom w:val="0"/>
      <w:divBdr>
        <w:top w:val="none" w:sz="0" w:space="0" w:color="auto"/>
        <w:left w:val="none" w:sz="0" w:space="0" w:color="auto"/>
        <w:bottom w:val="none" w:sz="0" w:space="0" w:color="auto"/>
        <w:right w:val="none" w:sz="0" w:space="0" w:color="auto"/>
      </w:divBdr>
    </w:div>
    <w:div w:id="1236475837">
      <w:bodyDiv w:val="1"/>
      <w:marLeft w:val="0"/>
      <w:marRight w:val="0"/>
      <w:marTop w:val="0"/>
      <w:marBottom w:val="0"/>
      <w:divBdr>
        <w:top w:val="none" w:sz="0" w:space="0" w:color="auto"/>
        <w:left w:val="none" w:sz="0" w:space="0" w:color="auto"/>
        <w:bottom w:val="none" w:sz="0" w:space="0" w:color="auto"/>
        <w:right w:val="none" w:sz="0" w:space="0" w:color="auto"/>
      </w:divBdr>
    </w:div>
    <w:div w:id="1239442483">
      <w:bodyDiv w:val="1"/>
      <w:marLeft w:val="0"/>
      <w:marRight w:val="0"/>
      <w:marTop w:val="0"/>
      <w:marBottom w:val="0"/>
      <w:divBdr>
        <w:top w:val="none" w:sz="0" w:space="0" w:color="auto"/>
        <w:left w:val="none" w:sz="0" w:space="0" w:color="auto"/>
        <w:bottom w:val="none" w:sz="0" w:space="0" w:color="auto"/>
        <w:right w:val="none" w:sz="0" w:space="0" w:color="auto"/>
      </w:divBdr>
    </w:div>
    <w:div w:id="1250457854">
      <w:bodyDiv w:val="1"/>
      <w:marLeft w:val="0"/>
      <w:marRight w:val="0"/>
      <w:marTop w:val="0"/>
      <w:marBottom w:val="0"/>
      <w:divBdr>
        <w:top w:val="none" w:sz="0" w:space="0" w:color="auto"/>
        <w:left w:val="none" w:sz="0" w:space="0" w:color="auto"/>
        <w:bottom w:val="none" w:sz="0" w:space="0" w:color="auto"/>
        <w:right w:val="none" w:sz="0" w:space="0" w:color="auto"/>
      </w:divBdr>
    </w:div>
    <w:div w:id="1261639615">
      <w:bodyDiv w:val="1"/>
      <w:marLeft w:val="0"/>
      <w:marRight w:val="0"/>
      <w:marTop w:val="0"/>
      <w:marBottom w:val="0"/>
      <w:divBdr>
        <w:top w:val="none" w:sz="0" w:space="0" w:color="auto"/>
        <w:left w:val="none" w:sz="0" w:space="0" w:color="auto"/>
        <w:bottom w:val="none" w:sz="0" w:space="0" w:color="auto"/>
        <w:right w:val="none" w:sz="0" w:space="0" w:color="auto"/>
      </w:divBdr>
    </w:div>
    <w:div w:id="1289244180">
      <w:bodyDiv w:val="1"/>
      <w:marLeft w:val="0"/>
      <w:marRight w:val="0"/>
      <w:marTop w:val="0"/>
      <w:marBottom w:val="0"/>
      <w:divBdr>
        <w:top w:val="none" w:sz="0" w:space="0" w:color="auto"/>
        <w:left w:val="none" w:sz="0" w:space="0" w:color="auto"/>
        <w:bottom w:val="none" w:sz="0" w:space="0" w:color="auto"/>
        <w:right w:val="none" w:sz="0" w:space="0" w:color="auto"/>
      </w:divBdr>
    </w:div>
    <w:div w:id="1407386942">
      <w:bodyDiv w:val="1"/>
      <w:marLeft w:val="0"/>
      <w:marRight w:val="0"/>
      <w:marTop w:val="0"/>
      <w:marBottom w:val="0"/>
      <w:divBdr>
        <w:top w:val="none" w:sz="0" w:space="0" w:color="auto"/>
        <w:left w:val="none" w:sz="0" w:space="0" w:color="auto"/>
        <w:bottom w:val="none" w:sz="0" w:space="0" w:color="auto"/>
        <w:right w:val="none" w:sz="0" w:space="0" w:color="auto"/>
      </w:divBdr>
    </w:div>
    <w:div w:id="1418752068">
      <w:bodyDiv w:val="1"/>
      <w:marLeft w:val="0"/>
      <w:marRight w:val="0"/>
      <w:marTop w:val="0"/>
      <w:marBottom w:val="0"/>
      <w:divBdr>
        <w:top w:val="none" w:sz="0" w:space="0" w:color="auto"/>
        <w:left w:val="none" w:sz="0" w:space="0" w:color="auto"/>
        <w:bottom w:val="none" w:sz="0" w:space="0" w:color="auto"/>
        <w:right w:val="none" w:sz="0" w:space="0" w:color="auto"/>
      </w:divBdr>
    </w:div>
    <w:div w:id="1420906714">
      <w:bodyDiv w:val="1"/>
      <w:marLeft w:val="0"/>
      <w:marRight w:val="0"/>
      <w:marTop w:val="0"/>
      <w:marBottom w:val="0"/>
      <w:divBdr>
        <w:top w:val="none" w:sz="0" w:space="0" w:color="auto"/>
        <w:left w:val="none" w:sz="0" w:space="0" w:color="auto"/>
        <w:bottom w:val="none" w:sz="0" w:space="0" w:color="auto"/>
        <w:right w:val="none" w:sz="0" w:space="0" w:color="auto"/>
      </w:divBdr>
    </w:div>
    <w:div w:id="1445081370">
      <w:bodyDiv w:val="1"/>
      <w:marLeft w:val="0"/>
      <w:marRight w:val="0"/>
      <w:marTop w:val="0"/>
      <w:marBottom w:val="0"/>
      <w:divBdr>
        <w:top w:val="none" w:sz="0" w:space="0" w:color="auto"/>
        <w:left w:val="none" w:sz="0" w:space="0" w:color="auto"/>
        <w:bottom w:val="none" w:sz="0" w:space="0" w:color="auto"/>
        <w:right w:val="none" w:sz="0" w:space="0" w:color="auto"/>
      </w:divBdr>
    </w:div>
    <w:div w:id="1468545729">
      <w:bodyDiv w:val="1"/>
      <w:marLeft w:val="0"/>
      <w:marRight w:val="0"/>
      <w:marTop w:val="0"/>
      <w:marBottom w:val="0"/>
      <w:divBdr>
        <w:top w:val="none" w:sz="0" w:space="0" w:color="auto"/>
        <w:left w:val="none" w:sz="0" w:space="0" w:color="auto"/>
        <w:bottom w:val="none" w:sz="0" w:space="0" w:color="auto"/>
        <w:right w:val="none" w:sz="0" w:space="0" w:color="auto"/>
      </w:divBdr>
    </w:div>
    <w:div w:id="1483430430">
      <w:bodyDiv w:val="1"/>
      <w:marLeft w:val="0"/>
      <w:marRight w:val="0"/>
      <w:marTop w:val="0"/>
      <w:marBottom w:val="0"/>
      <w:divBdr>
        <w:top w:val="none" w:sz="0" w:space="0" w:color="auto"/>
        <w:left w:val="none" w:sz="0" w:space="0" w:color="auto"/>
        <w:bottom w:val="none" w:sz="0" w:space="0" w:color="auto"/>
        <w:right w:val="none" w:sz="0" w:space="0" w:color="auto"/>
      </w:divBdr>
    </w:div>
    <w:div w:id="1483619984">
      <w:bodyDiv w:val="1"/>
      <w:marLeft w:val="0"/>
      <w:marRight w:val="0"/>
      <w:marTop w:val="0"/>
      <w:marBottom w:val="0"/>
      <w:divBdr>
        <w:top w:val="none" w:sz="0" w:space="0" w:color="auto"/>
        <w:left w:val="none" w:sz="0" w:space="0" w:color="auto"/>
        <w:bottom w:val="none" w:sz="0" w:space="0" w:color="auto"/>
        <w:right w:val="none" w:sz="0" w:space="0" w:color="auto"/>
      </w:divBdr>
    </w:div>
    <w:div w:id="1490560966">
      <w:bodyDiv w:val="1"/>
      <w:marLeft w:val="0"/>
      <w:marRight w:val="0"/>
      <w:marTop w:val="0"/>
      <w:marBottom w:val="0"/>
      <w:divBdr>
        <w:top w:val="none" w:sz="0" w:space="0" w:color="auto"/>
        <w:left w:val="none" w:sz="0" w:space="0" w:color="auto"/>
        <w:bottom w:val="none" w:sz="0" w:space="0" w:color="auto"/>
        <w:right w:val="none" w:sz="0" w:space="0" w:color="auto"/>
      </w:divBdr>
    </w:div>
    <w:div w:id="1511601463">
      <w:bodyDiv w:val="1"/>
      <w:marLeft w:val="0"/>
      <w:marRight w:val="0"/>
      <w:marTop w:val="0"/>
      <w:marBottom w:val="0"/>
      <w:divBdr>
        <w:top w:val="none" w:sz="0" w:space="0" w:color="auto"/>
        <w:left w:val="none" w:sz="0" w:space="0" w:color="auto"/>
        <w:bottom w:val="none" w:sz="0" w:space="0" w:color="auto"/>
        <w:right w:val="none" w:sz="0" w:space="0" w:color="auto"/>
      </w:divBdr>
    </w:div>
    <w:div w:id="1584487058">
      <w:bodyDiv w:val="1"/>
      <w:marLeft w:val="0"/>
      <w:marRight w:val="0"/>
      <w:marTop w:val="0"/>
      <w:marBottom w:val="0"/>
      <w:divBdr>
        <w:top w:val="none" w:sz="0" w:space="0" w:color="auto"/>
        <w:left w:val="none" w:sz="0" w:space="0" w:color="auto"/>
        <w:bottom w:val="none" w:sz="0" w:space="0" w:color="auto"/>
        <w:right w:val="none" w:sz="0" w:space="0" w:color="auto"/>
      </w:divBdr>
    </w:div>
    <w:div w:id="1647317641">
      <w:bodyDiv w:val="1"/>
      <w:marLeft w:val="0"/>
      <w:marRight w:val="0"/>
      <w:marTop w:val="0"/>
      <w:marBottom w:val="0"/>
      <w:divBdr>
        <w:top w:val="none" w:sz="0" w:space="0" w:color="auto"/>
        <w:left w:val="none" w:sz="0" w:space="0" w:color="auto"/>
        <w:bottom w:val="none" w:sz="0" w:space="0" w:color="auto"/>
        <w:right w:val="none" w:sz="0" w:space="0" w:color="auto"/>
      </w:divBdr>
    </w:div>
    <w:div w:id="1703171575">
      <w:bodyDiv w:val="1"/>
      <w:marLeft w:val="0"/>
      <w:marRight w:val="0"/>
      <w:marTop w:val="0"/>
      <w:marBottom w:val="0"/>
      <w:divBdr>
        <w:top w:val="none" w:sz="0" w:space="0" w:color="auto"/>
        <w:left w:val="none" w:sz="0" w:space="0" w:color="auto"/>
        <w:bottom w:val="none" w:sz="0" w:space="0" w:color="auto"/>
        <w:right w:val="none" w:sz="0" w:space="0" w:color="auto"/>
      </w:divBdr>
      <w:divsChild>
        <w:div w:id="1916040760">
          <w:marLeft w:val="458"/>
          <w:marRight w:val="0"/>
          <w:marTop w:val="0"/>
          <w:marBottom w:val="0"/>
          <w:divBdr>
            <w:top w:val="none" w:sz="0" w:space="0" w:color="auto"/>
            <w:left w:val="none" w:sz="0" w:space="0" w:color="auto"/>
            <w:bottom w:val="none" w:sz="0" w:space="0" w:color="auto"/>
            <w:right w:val="none" w:sz="0" w:space="0" w:color="auto"/>
          </w:divBdr>
        </w:div>
      </w:divsChild>
    </w:div>
    <w:div w:id="1724792263">
      <w:bodyDiv w:val="1"/>
      <w:marLeft w:val="0"/>
      <w:marRight w:val="0"/>
      <w:marTop w:val="0"/>
      <w:marBottom w:val="0"/>
      <w:divBdr>
        <w:top w:val="none" w:sz="0" w:space="0" w:color="auto"/>
        <w:left w:val="none" w:sz="0" w:space="0" w:color="auto"/>
        <w:bottom w:val="none" w:sz="0" w:space="0" w:color="auto"/>
        <w:right w:val="none" w:sz="0" w:space="0" w:color="auto"/>
      </w:divBdr>
    </w:div>
    <w:div w:id="1724981378">
      <w:bodyDiv w:val="1"/>
      <w:marLeft w:val="0"/>
      <w:marRight w:val="0"/>
      <w:marTop w:val="0"/>
      <w:marBottom w:val="0"/>
      <w:divBdr>
        <w:top w:val="none" w:sz="0" w:space="0" w:color="auto"/>
        <w:left w:val="none" w:sz="0" w:space="0" w:color="auto"/>
        <w:bottom w:val="none" w:sz="0" w:space="0" w:color="auto"/>
        <w:right w:val="none" w:sz="0" w:space="0" w:color="auto"/>
      </w:divBdr>
    </w:div>
    <w:div w:id="1730496367">
      <w:bodyDiv w:val="1"/>
      <w:marLeft w:val="0"/>
      <w:marRight w:val="0"/>
      <w:marTop w:val="0"/>
      <w:marBottom w:val="0"/>
      <w:divBdr>
        <w:top w:val="none" w:sz="0" w:space="0" w:color="auto"/>
        <w:left w:val="none" w:sz="0" w:space="0" w:color="auto"/>
        <w:bottom w:val="none" w:sz="0" w:space="0" w:color="auto"/>
        <w:right w:val="none" w:sz="0" w:space="0" w:color="auto"/>
      </w:divBdr>
      <w:divsChild>
        <w:div w:id="796098208">
          <w:marLeft w:val="0"/>
          <w:marRight w:val="0"/>
          <w:marTop w:val="0"/>
          <w:marBottom w:val="0"/>
          <w:divBdr>
            <w:top w:val="none" w:sz="0" w:space="0" w:color="auto"/>
            <w:left w:val="none" w:sz="0" w:space="0" w:color="auto"/>
            <w:bottom w:val="none" w:sz="0" w:space="0" w:color="auto"/>
            <w:right w:val="none" w:sz="0" w:space="0" w:color="auto"/>
          </w:divBdr>
          <w:divsChild>
            <w:div w:id="1677608242">
              <w:marLeft w:val="0"/>
              <w:marRight w:val="0"/>
              <w:marTop w:val="0"/>
              <w:marBottom w:val="0"/>
              <w:divBdr>
                <w:top w:val="none" w:sz="0" w:space="0" w:color="auto"/>
                <w:left w:val="none" w:sz="0" w:space="0" w:color="auto"/>
                <w:bottom w:val="none" w:sz="0" w:space="0" w:color="auto"/>
                <w:right w:val="none" w:sz="0" w:space="0" w:color="auto"/>
              </w:divBdr>
            </w:div>
          </w:divsChild>
        </w:div>
        <w:div w:id="712773212">
          <w:marLeft w:val="0"/>
          <w:marRight w:val="0"/>
          <w:marTop w:val="0"/>
          <w:marBottom w:val="0"/>
          <w:divBdr>
            <w:top w:val="none" w:sz="0" w:space="0" w:color="auto"/>
            <w:left w:val="none" w:sz="0" w:space="0" w:color="auto"/>
            <w:bottom w:val="none" w:sz="0" w:space="0" w:color="auto"/>
            <w:right w:val="none" w:sz="0" w:space="0" w:color="auto"/>
          </w:divBdr>
          <w:divsChild>
            <w:div w:id="1929188289">
              <w:marLeft w:val="0"/>
              <w:marRight w:val="0"/>
              <w:marTop w:val="0"/>
              <w:marBottom w:val="0"/>
              <w:divBdr>
                <w:top w:val="none" w:sz="0" w:space="0" w:color="auto"/>
                <w:left w:val="none" w:sz="0" w:space="0" w:color="auto"/>
                <w:bottom w:val="none" w:sz="0" w:space="0" w:color="auto"/>
                <w:right w:val="none" w:sz="0" w:space="0" w:color="auto"/>
              </w:divBdr>
              <w:divsChild>
                <w:div w:id="2126927616">
                  <w:marLeft w:val="0"/>
                  <w:marRight w:val="0"/>
                  <w:marTop w:val="0"/>
                  <w:marBottom w:val="0"/>
                  <w:divBdr>
                    <w:top w:val="none" w:sz="0" w:space="0" w:color="auto"/>
                    <w:left w:val="none" w:sz="0" w:space="0" w:color="auto"/>
                    <w:bottom w:val="none" w:sz="0" w:space="0" w:color="auto"/>
                    <w:right w:val="none" w:sz="0" w:space="0" w:color="auto"/>
                  </w:divBdr>
                </w:div>
                <w:div w:id="1092437140">
                  <w:marLeft w:val="0"/>
                  <w:marRight w:val="0"/>
                  <w:marTop w:val="0"/>
                  <w:marBottom w:val="0"/>
                  <w:divBdr>
                    <w:top w:val="none" w:sz="0" w:space="0" w:color="auto"/>
                    <w:left w:val="none" w:sz="0" w:space="0" w:color="auto"/>
                    <w:bottom w:val="none" w:sz="0" w:space="0" w:color="auto"/>
                    <w:right w:val="none" w:sz="0" w:space="0" w:color="auto"/>
                  </w:divBdr>
                </w:div>
                <w:div w:id="110636792">
                  <w:marLeft w:val="60"/>
                  <w:marRight w:val="0"/>
                  <w:marTop w:val="0"/>
                  <w:marBottom w:val="0"/>
                  <w:divBdr>
                    <w:top w:val="none" w:sz="0" w:space="0" w:color="auto"/>
                    <w:left w:val="none" w:sz="0" w:space="0" w:color="auto"/>
                    <w:bottom w:val="none" w:sz="0" w:space="0" w:color="auto"/>
                    <w:right w:val="none" w:sz="0" w:space="0" w:color="auto"/>
                  </w:divBdr>
                </w:div>
              </w:divsChild>
            </w:div>
            <w:div w:id="1093627045">
              <w:marLeft w:val="0"/>
              <w:marRight w:val="0"/>
              <w:marTop w:val="0"/>
              <w:marBottom w:val="0"/>
              <w:divBdr>
                <w:top w:val="none" w:sz="0" w:space="0" w:color="auto"/>
                <w:left w:val="none" w:sz="0" w:space="0" w:color="auto"/>
                <w:bottom w:val="none" w:sz="0" w:space="0" w:color="auto"/>
                <w:right w:val="none" w:sz="0" w:space="0" w:color="auto"/>
              </w:divBdr>
              <w:divsChild>
                <w:div w:id="916866648">
                  <w:marLeft w:val="0"/>
                  <w:marRight w:val="0"/>
                  <w:marTop w:val="120"/>
                  <w:marBottom w:val="0"/>
                  <w:divBdr>
                    <w:top w:val="none" w:sz="0" w:space="0" w:color="auto"/>
                    <w:left w:val="none" w:sz="0" w:space="0" w:color="auto"/>
                    <w:bottom w:val="none" w:sz="0" w:space="0" w:color="auto"/>
                    <w:right w:val="none" w:sz="0" w:space="0" w:color="auto"/>
                  </w:divBdr>
                  <w:divsChild>
                    <w:div w:id="2070952932">
                      <w:marLeft w:val="0"/>
                      <w:marRight w:val="0"/>
                      <w:marTop w:val="0"/>
                      <w:marBottom w:val="0"/>
                      <w:divBdr>
                        <w:top w:val="none" w:sz="0" w:space="0" w:color="auto"/>
                        <w:left w:val="none" w:sz="0" w:space="0" w:color="auto"/>
                        <w:bottom w:val="none" w:sz="0" w:space="0" w:color="auto"/>
                        <w:right w:val="none" w:sz="0" w:space="0" w:color="auto"/>
                      </w:divBdr>
                      <w:divsChild>
                        <w:div w:id="41294489">
                          <w:marLeft w:val="0"/>
                          <w:marRight w:val="0"/>
                          <w:marTop w:val="0"/>
                          <w:marBottom w:val="0"/>
                          <w:divBdr>
                            <w:top w:val="none" w:sz="0" w:space="0" w:color="auto"/>
                            <w:left w:val="none" w:sz="0" w:space="0" w:color="auto"/>
                            <w:bottom w:val="none" w:sz="0" w:space="0" w:color="auto"/>
                            <w:right w:val="none" w:sz="0" w:space="0" w:color="auto"/>
                          </w:divBdr>
                          <w:divsChild>
                            <w:div w:id="131947339">
                              <w:marLeft w:val="0"/>
                              <w:marRight w:val="0"/>
                              <w:marTop w:val="0"/>
                              <w:marBottom w:val="0"/>
                              <w:divBdr>
                                <w:top w:val="none" w:sz="0" w:space="0" w:color="auto"/>
                                <w:left w:val="none" w:sz="0" w:space="0" w:color="auto"/>
                                <w:bottom w:val="none" w:sz="0" w:space="0" w:color="auto"/>
                                <w:right w:val="none" w:sz="0" w:space="0" w:color="auto"/>
                              </w:divBdr>
                              <w:divsChild>
                                <w:div w:id="173986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7075027">
      <w:bodyDiv w:val="1"/>
      <w:marLeft w:val="0"/>
      <w:marRight w:val="0"/>
      <w:marTop w:val="0"/>
      <w:marBottom w:val="0"/>
      <w:divBdr>
        <w:top w:val="none" w:sz="0" w:space="0" w:color="auto"/>
        <w:left w:val="none" w:sz="0" w:space="0" w:color="auto"/>
        <w:bottom w:val="none" w:sz="0" w:space="0" w:color="auto"/>
        <w:right w:val="none" w:sz="0" w:space="0" w:color="auto"/>
      </w:divBdr>
    </w:div>
    <w:div w:id="1767379114">
      <w:bodyDiv w:val="1"/>
      <w:marLeft w:val="0"/>
      <w:marRight w:val="0"/>
      <w:marTop w:val="0"/>
      <w:marBottom w:val="0"/>
      <w:divBdr>
        <w:top w:val="none" w:sz="0" w:space="0" w:color="auto"/>
        <w:left w:val="none" w:sz="0" w:space="0" w:color="auto"/>
        <w:bottom w:val="none" w:sz="0" w:space="0" w:color="auto"/>
        <w:right w:val="none" w:sz="0" w:space="0" w:color="auto"/>
      </w:divBdr>
    </w:div>
    <w:div w:id="1801143988">
      <w:bodyDiv w:val="1"/>
      <w:marLeft w:val="0"/>
      <w:marRight w:val="0"/>
      <w:marTop w:val="0"/>
      <w:marBottom w:val="0"/>
      <w:divBdr>
        <w:top w:val="none" w:sz="0" w:space="0" w:color="auto"/>
        <w:left w:val="none" w:sz="0" w:space="0" w:color="auto"/>
        <w:bottom w:val="none" w:sz="0" w:space="0" w:color="auto"/>
        <w:right w:val="none" w:sz="0" w:space="0" w:color="auto"/>
      </w:divBdr>
    </w:div>
    <w:div w:id="1819347553">
      <w:bodyDiv w:val="1"/>
      <w:marLeft w:val="0"/>
      <w:marRight w:val="0"/>
      <w:marTop w:val="0"/>
      <w:marBottom w:val="0"/>
      <w:divBdr>
        <w:top w:val="none" w:sz="0" w:space="0" w:color="auto"/>
        <w:left w:val="none" w:sz="0" w:space="0" w:color="auto"/>
        <w:bottom w:val="none" w:sz="0" w:space="0" w:color="auto"/>
        <w:right w:val="none" w:sz="0" w:space="0" w:color="auto"/>
      </w:divBdr>
    </w:div>
    <w:div w:id="1826623034">
      <w:bodyDiv w:val="1"/>
      <w:marLeft w:val="0"/>
      <w:marRight w:val="0"/>
      <w:marTop w:val="0"/>
      <w:marBottom w:val="0"/>
      <w:divBdr>
        <w:top w:val="none" w:sz="0" w:space="0" w:color="auto"/>
        <w:left w:val="none" w:sz="0" w:space="0" w:color="auto"/>
        <w:bottom w:val="none" w:sz="0" w:space="0" w:color="auto"/>
        <w:right w:val="none" w:sz="0" w:space="0" w:color="auto"/>
      </w:divBdr>
    </w:div>
    <w:div w:id="1854223438">
      <w:bodyDiv w:val="1"/>
      <w:marLeft w:val="0"/>
      <w:marRight w:val="0"/>
      <w:marTop w:val="0"/>
      <w:marBottom w:val="0"/>
      <w:divBdr>
        <w:top w:val="none" w:sz="0" w:space="0" w:color="auto"/>
        <w:left w:val="none" w:sz="0" w:space="0" w:color="auto"/>
        <w:bottom w:val="none" w:sz="0" w:space="0" w:color="auto"/>
        <w:right w:val="none" w:sz="0" w:space="0" w:color="auto"/>
      </w:divBdr>
    </w:div>
    <w:div w:id="1904830630">
      <w:bodyDiv w:val="1"/>
      <w:marLeft w:val="0"/>
      <w:marRight w:val="0"/>
      <w:marTop w:val="0"/>
      <w:marBottom w:val="0"/>
      <w:divBdr>
        <w:top w:val="none" w:sz="0" w:space="0" w:color="auto"/>
        <w:left w:val="none" w:sz="0" w:space="0" w:color="auto"/>
        <w:bottom w:val="none" w:sz="0" w:space="0" w:color="auto"/>
        <w:right w:val="none" w:sz="0" w:space="0" w:color="auto"/>
      </w:divBdr>
    </w:div>
    <w:div w:id="1955674048">
      <w:bodyDiv w:val="1"/>
      <w:marLeft w:val="0"/>
      <w:marRight w:val="0"/>
      <w:marTop w:val="0"/>
      <w:marBottom w:val="0"/>
      <w:divBdr>
        <w:top w:val="none" w:sz="0" w:space="0" w:color="auto"/>
        <w:left w:val="none" w:sz="0" w:space="0" w:color="auto"/>
        <w:bottom w:val="none" w:sz="0" w:space="0" w:color="auto"/>
        <w:right w:val="none" w:sz="0" w:space="0" w:color="auto"/>
      </w:divBdr>
    </w:div>
    <w:div w:id="2041391964">
      <w:bodyDiv w:val="1"/>
      <w:marLeft w:val="0"/>
      <w:marRight w:val="0"/>
      <w:marTop w:val="0"/>
      <w:marBottom w:val="0"/>
      <w:divBdr>
        <w:top w:val="none" w:sz="0" w:space="0" w:color="auto"/>
        <w:left w:val="none" w:sz="0" w:space="0" w:color="auto"/>
        <w:bottom w:val="none" w:sz="0" w:space="0" w:color="auto"/>
        <w:right w:val="none" w:sz="0" w:space="0" w:color="auto"/>
      </w:divBdr>
    </w:div>
    <w:div w:id="2071725364">
      <w:bodyDiv w:val="1"/>
      <w:marLeft w:val="0"/>
      <w:marRight w:val="0"/>
      <w:marTop w:val="0"/>
      <w:marBottom w:val="0"/>
      <w:divBdr>
        <w:top w:val="none" w:sz="0" w:space="0" w:color="auto"/>
        <w:left w:val="none" w:sz="0" w:space="0" w:color="auto"/>
        <w:bottom w:val="none" w:sz="0" w:space="0" w:color="auto"/>
        <w:right w:val="none" w:sz="0" w:space="0" w:color="auto"/>
      </w:divBdr>
    </w:div>
    <w:div w:id="21247593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diagramColors" Target="diagrams/colors2.xml"/><Relationship Id="rId26" Type="http://schemas.openxmlformats.org/officeDocument/2006/relationships/image" Target="media/image8.jpeg"/><Relationship Id="rId39" Type="http://schemas.openxmlformats.org/officeDocument/2006/relationships/image" Target="media/image21.pn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png"/><Relationship Id="rId76" Type="http://schemas.openxmlformats.org/officeDocument/2006/relationships/image" Target="media/image58.png"/><Relationship Id="rId84" Type="http://schemas.openxmlformats.org/officeDocument/2006/relationships/image" Target="media/image66.jpeg"/><Relationship Id="rId89"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53.png"/><Relationship Id="rId2" Type="http://schemas.openxmlformats.org/officeDocument/2006/relationships/customXml" Target="../customXml/item2.xml"/><Relationship Id="rId16" Type="http://schemas.openxmlformats.org/officeDocument/2006/relationships/diagramLayout" Target="diagrams/layout2.xml"/><Relationship Id="rId29" Type="http://schemas.openxmlformats.org/officeDocument/2006/relationships/image" Target="media/image11.jpeg"/><Relationship Id="rId11" Type="http://schemas.openxmlformats.org/officeDocument/2006/relationships/diagramQuickStyle" Target="diagrams/quickStyle1.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61.jpeg"/><Relationship Id="rId87" Type="http://schemas.openxmlformats.org/officeDocument/2006/relationships/image" Target="media/image69.jpeg"/><Relationship Id="rId5" Type="http://schemas.openxmlformats.org/officeDocument/2006/relationships/settings" Target="settings.xml"/><Relationship Id="rId61" Type="http://schemas.openxmlformats.org/officeDocument/2006/relationships/image" Target="media/image43.jpeg"/><Relationship Id="rId82" Type="http://schemas.openxmlformats.org/officeDocument/2006/relationships/image" Target="media/image64.jpeg"/><Relationship Id="rId90" Type="http://schemas.openxmlformats.org/officeDocument/2006/relationships/fontTable" Target="fontTable.xml"/><Relationship Id="rId19" Type="http://schemas.microsoft.com/office/2007/relationships/diagramDrawing" Target="diagrams/drawing2.xml"/><Relationship Id="rId14" Type="http://schemas.openxmlformats.org/officeDocument/2006/relationships/image" Target="media/image1.jpeg"/><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pn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pn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png"/><Relationship Id="rId77" Type="http://schemas.openxmlformats.org/officeDocument/2006/relationships/image" Target="media/image59.pn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png"/><Relationship Id="rId80" Type="http://schemas.openxmlformats.org/officeDocument/2006/relationships/image" Target="media/image62.jpeg"/><Relationship Id="rId85" Type="http://schemas.openxmlformats.org/officeDocument/2006/relationships/image" Target="media/image67.jpeg"/><Relationship Id="rId3" Type="http://schemas.openxmlformats.org/officeDocument/2006/relationships/numbering" Target="numbering.xml"/><Relationship Id="rId12" Type="http://schemas.openxmlformats.org/officeDocument/2006/relationships/diagramColors" Target="diagrams/colors1.xml"/><Relationship Id="rId17" Type="http://schemas.openxmlformats.org/officeDocument/2006/relationships/diagramQuickStyle" Target="diagrams/quickStyle2.xm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png"/><Relationship Id="rId59" Type="http://schemas.openxmlformats.org/officeDocument/2006/relationships/image" Target="media/image41.jpeg"/><Relationship Id="rId67" Type="http://schemas.openxmlformats.org/officeDocument/2006/relationships/image" Target="media/image49.png"/><Relationship Id="rId20" Type="http://schemas.openxmlformats.org/officeDocument/2006/relationships/image" Target="media/image2.pn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jpeg"/><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Data" Target="diagrams/data2.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pn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diagramLayout" Target="diagrams/layout1.xml"/><Relationship Id="rId31" Type="http://schemas.openxmlformats.org/officeDocument/2006/relationships/image" Target="media/image13.jpeg"/><Relationship Id="rId44" Type="http://schemas.openxmlformats.org/officeDocument/2006/relationships/image" Target="media/image26.pn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pn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4" Type="http://schemas.openxmlformats.org/officeDocument/2006/relationships/styles" Target="styles.xml"/><Relationship Id="rId9" Type="http://schemas.openxmlformats.org/officeDocument/2006/relationships/diagramData" Target="diagrams/data1.xml"/></Relationships>
</file>

<file path=word/_rels/header1.xml.rels><?xml version="1.0" encoding="UTF-8" standalone="yes"?>
<Relationships xmlns="http://schemas.openxmlformats.org/package/2006/relationships"><Relationship Id="rId2" Type="http://schemas.openxmlformats.org/officeDocument/2006/relationships/image" Target="media/image71.png"/><Relationship Id="rId1" Type="http://schemas.openxmlformats.org/officeDocument/2006/relationships/image" Target="media/image70.png"/></Relationships>
</file>

<file path=word/_rels/header2.xml.rels><?xml version="1.0" encoding="UTF-8" standalone="yes"?>
<Relationships xmlns="http://schemas.openxmlformats.org/package/2006/relationships"><Relationship Id="rId2" Type="http://schemas.openxmlformats.org/officeDocument/2006/relationships/image" Target="media/image71.png"/><Relationship Id="rId1" Type="http://schemas.openxmlformats.org/officeDocument/2006/relationships/image" Target="media/image7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3CA905-D17A-4E97-9D12-5499ACF54F7F}" type="doc">
      <dgm:prSet loTypeId="urn:microsoft.com/office/officeart/2005/8/layout/matrix3" loCatId="matrix" qsTypeId="urn:microsoft.com/office/officeart/2005/8/quickstyle/simple1" qsCatId="simple" csTypeId="urn:microsoft.com/office/officeart/2005/8/colors/accent1_2" csCatId="accent1" phldr="1"/>
      <dgm:spPr/>
      <dgm:t>
        <a:bodyPr/>
        <a:lstStyle/>
        <a:p>
          <a:endParaRPr lang="en-US"/>
        </a:p>
      </dgm:t>
    </dgm:pt>
    <dgm:pt modelId="{22506398-FF96-4A66-B86B-0711D2B68BEA}">
      <dgm:prSet phldrT="[Text]" custT="1"/>
      <dgm:spPr/>
      <dgm:t>
        <a:bodyPr/>
        <a:lstStyle/>
        <a:p>
          <a:r>
            <a:rPr lang="en-US" sz="1800"/>
            <a:t>Student Internships</a:t>
          </a:r>
        </a:p>
      </dgm:t>
    </dgm:pt>
    <dgm:pt modelId="{F69FF235-62B6-40EC-A0A7-9AB147ADCB76}" type="parTrans" cxnId="{868708C7-9CF0-4E46-B9BE-344437417C45}">
      <dgm:prSet/>
      <dgm:spPr/>
      <dgm:t>
        <a:bodyPr/>
        <a:lstStyle/>
        <a:p>
          <a:endParaRPr lang="en-US"/>
        </a:p>
      </dgm:t>
    </dgm:pt>
    <dgm:pt modelId="{82A46D8F-F59F-4DFB-8149-14E905240A3A}" type="sibTrans" cxnId="{868708C7-9CF0-4E46-B9BE-344437417C45}">
      <dgm:prSet/>
      <dgm:spPr/>
      <dgm:t>
        <a:bodyPr/>
        <a:lstStyle/>
        <a:p>
          <a:endParaRPr lang="en-US"/>
        </a:p>
      </dgm:t>
    </dgm:pt>
    <dgm:pt modelId="{6B2AB7C0-4789-4670-94C3-CBE92665A5E5}">
      <dgm:prSet phldrT="[Text]" custT="1"/>
      <dgm:spPr/>
      <dgm:t>
        <a:bodyPr/>
        <a:lstStyle/>
        <a:p>
          <a:r>
            <a:rPr lang="en-US" sz="1800"/>
            <a:t>Student Clubs,</a:t>
          </a:r>
        </a:p>
        <a:p>
          <a:r>
            <a:rPr lang="en-US" sz="1800"/>
            <a:t>Activities,</a:t>
          </a:r>
        </a:p>
        <a:p>
          <a:r>
            <a:rPr lang="en-US" sz="1800"/>
            <a:t>Achivements</a:t>
          </a:r>
        </a:p>
      </dgm:t>
    </dgm:pt>
    <dgm:pt modelId="{1D9291DE-ECEF-495E-BA37-2D9235EF6E37}" type="parTrans" cxnId="{657ADBEC-81E8-4BB8-ADAC-DC328F84868B}">
      <dgm:prSet/>
      <dgm:spPr/>
      <dgm:t>
        <a:bodyPr/>
        <a:lstStyle/>
        <a:p>
          <a:endParaRPr lang="en-US"/>
        </a:p>
      </dgm:t>
    </dgm:pt>
    <dgm:pt modelId="{5BBE374D-C098-4821-B42F-483580712025}" type="sibTrans" cxnId="{657ADBEC-81E8-4BB8-ADAC-DC328F84868B}">
      <dgm:prSet/>
      <dgm:spPr/>
      <dgm:t>
        <a:bodyPr/>
        <a:lstStyle/>
        <a:p>
          <a:endParaRPr lang="en-US"/>
        </a:p>
      </dgm:t>
    </dgm:pt>
    <dgm:pt modelId="{668B7DE2-980E-48AD-8D8C-960504AEBC0A}">
      <dgm:prSet phldrT="[Text]" custT="1"/>
      <dgm:spPr/>
      <dgm:t>
        <a:bodyPr/>
        <a:lstStyle/>
        <a:p>
          <a:r>
            <a:rPr lang="en-US" sz="1800"/>
            <a:t>Workshops,</a:t>
          </a:r>
        </a:p>
        <a:p>
          <a:r>
            <a:rPr lang="en-US" sz="1800"/>
            <a:t>Seminars ,Conference</a:t>
          </a:r>
        </a:p>
      </dgm:t>
    </dgm:pt>
    <dgm:pt modelId="{9AA82364-053A-403C-8E57-828BD6150C68}" type="parTrans" cxnId="{28F6BBE9-04DC-48AB-BD5F-36DB7EEF6B92}">
      <dgm:prSet/>
      <dgm:spPr/>
      <dgm:t>
        <a:bodyPr/>
        <a:lstStyle/>
        <a:p>
          <a:endParaRPr lang="en-US"/>
        </a:p>
      </dgm:t>
    </dgm:pt>
    <dgm:pt modelId="{2EFA57C1-20ED-472A-AA3C-6EB71A34E542}" type="sibTrans" cxnId="{28F6BBE9-04DC-48AB-BD5F-36DB7EEF6B92}">
      <dgm:prSet/>
      <dgm:spPr/>
      <dgm:t>
        <a:bodyPr/>
        <a:lstStyle/>
        <a:p>
          <a:endParaRPr lang="en-US"/>
        </a:p>
      </dgm:t>
    </dgm:pt>
    <dgm:pt modelId="{2B862E66-0ADB-42B4-A256-9B247A8CD3FC}">
      <dgm:prSet phldrT="[Text]" custT="1"/>
      <dgm:spPr/>
      <dgm:t>
        <a:bodyPr/>
        <a:lstStyle/>
        <a:p>
          <a:r>
            <a:rPr lang="en-US" sz="1800"/>
            <a:t>FDP,MOU's with Industries</a:t>
          </a:r>
        </a:p>
      </dgm:t>
    </dgm:pt>
    <dgm:pt modelId="{FC18DF51-4BE5-4BF9-8230-22596F286CB6}" type="parTrans" cxnId="{7D96B80B-0F6B-4AE3-9CDF-FE9AFE7C63A0}">
      <dgm:prSet/>
      <dgm:spPr/>
      <dgm:t>
        <a:bodyPr/>
        <a:lstStyle/>
        <a:p>
          <a:endParaRPr lang="en-US"/>
        </a:p>
      </dgm:t>
    </dgm:pt>
    <dgm:pt modelId="{FF05A000-3E33-468A-85B9-3DD13C0CB6D4}" type="sibTrans" cxnId="{7D96B80B-0F6B-4AE3-9CDF-FE9AFE7C63A0}">
      <dgm:prSet/>
      <dgm:spPr/>
      <dgm:t>
        <a:bodyPr/>
        <a:lstStyle/>
        <a:p>
          <a:endParaRPr lang="en-US"/>
        </a:p>
      </dgm:t>
    </dgm:pt>
    <dgm:pt modelId="{F049C533-D587-4BA7-94A4-3A82A6FC64D6}" type="pres">
      <dgm:prSet presAssocID="{BF3CA905-D17A-4E97-9D12-5499ACF54F7F}" presName="matrix" presStyleCnt="0">
        <dgm:presLayoutVars>
          <dgm:chMax val="1"/>
          <dgm:dir/>
          <dgm:resizeHandles val="exact"/>
        </dgm:presLayoutVars>
      </dgm:prSet>
      <dgm:spPr/>
    </dgm:pt>
    <dgm:pt modelId="{F0590A69-60A7-4D3B-A81A-F89097B86CFF}" type="pres">
      <dgm:prSet presAssocID="{BF3CA905-D17A-4E97-9D12-5499ACF54F7F}" presName="diamond" presStyleLbl="bgShp" presStyleIdx="0" presStyleCnt="1"/>
      <dgm:spPr/>
    </dgm:pt>
    <dgm:pt modelId="{E096F2D9-D16E-469B-8AA8-CF1D313900C7}" type="pres">
      <dgm:prSet presAssocID="{BF3CA905-D17A-4E97-9D12-5499ACF54F7F}" presName="quad1" presStyleLbl="node1" presStyleIdx="0" presStyleCnt="4" custScaleX="146754" custScaleY="123939" custLinFactNeighborX="-12008" custLinFactNeighborY="-2826">
        <dgm:presLayoutVars>
          <dgm:chMax val="0"/>
          <dgm:chPref val="0"/>
          <dgm:bulletEnabled val="1"/>
        </dgm:presLayoutVars>
      </dgm:prSet>
      <dgm:spPr/>
    </dgm:pt>
    <dgm:pt modelId="{2CDF7AFF-A874-498A-83CB-E7486734418A}" type="pres">
      <dgm:prSet presAssocID="{BF3CA905-D17A-4E97-9D12-5499ACF54F7F}" presName="quad2" presStyleLbl="node1" presStyleIdx="1" presStyleCnt="4" custScaleX="146259" custScaleY="121114" custLinFactNeighborX="33906" custLinFactNeighborY="-3532">
        <dgm:presLayoutVars>
          <dgm:chMax val="0"/>
          <dgm:chPref val="0"/>
          <dgm:bulletEnabled val="1"/>
        </dgm:presLayoutVars>
      </dgm:prSet>
      <dgm:spPr/>
    </dgm:pt>
    <dgm:pt modelId="{2F9DBCBC-1DDE-4547-9F84-2494172A42B7}" type="pres">
      <dgm:prSet presAssocID="{BF3CA905-D17A-4E97-9D12-5499ACF54F7F}" presName="quad3" presStyleLbl="node1" presStyleIdx="2" presStyleCnt="4" custScaleX="152222" custScaleY="110984" custLinFactNeighborX="-12008" custLinFactNeighborY="25429">
        <dgm:presLayoutVars>
          <dgm:chMax val="0"/>
          <dgm:chPref val="0"/>
          <dgm:bulletEnabled val="1"/>
        </dgm:presLayoutVars>
      </dgm:prSet>
      <dgm:spPr/>
    </dgm:pt>
    <dgm:pt modelId="{243C8FF0-B7D7-4BCA-9FC8-D86607162F42}" type="pres">
      <dgm:prSet presAssocID="{BF3CA905-D17A-4E97-9D12-5499ACF54F7F}" presName="quad4" presStyleLbl="node1" presStyleIdx="3" presStyleCnt="4" custScaleX="131087" custScaleY="113322" custLinFactNeighborX="46620" custLinFactNeighborY="25429">
        <dgm:presLayoutVars>
          <dgm:chMax val="0"/>
          <dgm:chPref val="0"/>
          <dgm:bulletEnabled val="1"/>
        </dgm:presLayoutVars>
      </dgm:prSet>
      <dgm:spPr/>
    </dgm:pt>
  </dgm:ptLst>
  <dgm:cxnLst>
    <dgm:cxn modelId="{7D96B80B-0F6B-4AE3-9CDF-FE9AFE7C63A0}" srcId="{BF3CA905-D17A-4E97-9D12-5499ACF54F7F}" destId="{2B862E66-0ADB-42B4-A256-9B247A8CD3FC}" srcOrd="3" destOrd="0" parTransId="{FC18DF51-4BE5-4BF9-8230-22596F286CB6}" sibTransId="{FF05A000-3E33-468A-85B9-3DD13C0CB6D4}"/>
    <dgm:cxn modelId="{9830884D-34B2-4F58-BE99-4F50B1AB20BA}" type="presOf" srcId="{6B2AB7C0-4789-4670-94C3-CBE92665A5E5}" destId="{2CDF7AFF-A874-498A-83CB-E7486734418A}" srcOrd="0" destOrd="0" presId="urn:microsoft.com/office/officeart/2005/8/layout/matrix3"/>
    <dgm:cxn modelId="{E7C32FAD-A63C-4E43-AEBC-76CFE170813E}" type="presOf" srcId="{668B7DE2-980E-48AD-8D8C-960504AEBC0A}" destId="{2F9DBCBC-1DDE-4547-9F84-2494172A42B7}" srcOrd="0" destOrd="0" presId="urn:microsoft.com/office/officeart/2005/8/layout/matrix3"/>
    <dgm:cxn modelId="{868708C7-9CF0-4E46-B9BE-344437417C45}" srcId="{BF3CA905-D17A-4E97-9D12-5499ACF54F7F}" destId="{22506398-FF96-4A66-B86B-0711D2B68BEA}" srcOrd="0" destOrd="0" parTransId="{F69FF235-62B6-40EC-A0A7-9AB147ADCB76}" sibTransId="{82A46D8F-F59F-4DFB-8149-14E905240A3A}"/>
    <dgm:cxn modelId="{750D90C7-FDF0-485F-90E0-0DDD05DAEA82}" type="presOf" srcId="{BF3CA905-D17A-4E97-9D12-5499ACF54F7F}" destId="{F049C533-D587-4BA7-94A4-3A82A6FC64D6}" srcOrd="0" destOrd="0" presId="urn:microsoft.com/office/officeart/2005/8/layout/matrix3"/>
    <dgm:cxn modelId="{4AF102E4-FD1D-4AE4-A40D-47128D319C7C}" type="presOf" srcId="{2B862E66-0ADB-42B4-A256-9B247A8CD3FC}" destId="{243C8FF0-B7D7-4BCA-9FC8-D86607162F42}" srcOrd="0" destOrd="0" presId="urn:microsoft.com/office/officeart/2005/8/layout/matrix3"/>
    <dgm:cxn modelId="{28F6BBE9-04DC-48AB-BD5F-36DB7EEF6B92}" srcId="{BF3CA905-D17A-4E97-9D12-5499ACF54F7F}" destId="{668B7DE2-980E-48AD-8D8C-960504AEBC0A}" srcOrd="2" destOrd="0" parTransId="{9AA82364-053A-403C-8E57-828BD6150C68}" sibTransId="{2EFA57C1-20ED-472A-AA3C-6EB71A34E542}"/>
    <dgm:cxn modelId="{657ADBEC-81E8-4BB8-ADAC-DC328F84868B}" srcId="{BF3CA905-D17A-4E97-9D12-5499ACF54F7F}" destId="{6B2AB7C0-4789-4670-94C3-CBE92665A5E5}" srcOrd="1" destOrd="0" parTransId="{1D9291DE-ECEF-495E-BA37-2D9235EF6E37}" sibTransId="{5BBE374D-C098-4821-B42F-483580712025}"/>
    <dgm:cxn modelId="{3C6703ED-14E4-4807-82B5-D42917B088E2}" type="presOf" srcId="{22506398-FF96-4A66-B86B-0711D2B68BEA}" destId="{E096F2D9-D16E-469B-8AA8-CF1D313900C7}" srcOrd="0" destOrd="0" presId="urn:microsoft.com/office/officeart/2005/8/layout/matrix3"/>
    <dgm:cxn modelId="{AC37A43D-B9EF-4ADE-A231-F416F6B18061}" type="presParOf" srcId="{F049C533-D587-4BA7-94A4-3A82A6FC64D6}" destId="{F0590A69-60A7-4D3B-A81A-F89097B86CFF}" srcOrd="0" destOrd="0" presId="urn:microsoft.com/office/officeart/2005/8/layout/matrix3"/>
    <dgm:cxn modelId="{0E4571A1-3716-4B0A-ADDC-96929A9C0D71}" type="presParOf" srcId="{F049C533-D587-4BA7-94A4-3A82A6FC64D6}" destId="{E096F2D9-D16E-469B-8AA8-CF1D313900C7}" srcOrd="1" destOrd="0" presId="urn:microsoft.com/office/officeart/2005/8/layout/matrix3"/>
    <dgm:cxn modelId="{E78712E5-D3DF-458A-80AC-8890ECF5F588}" type="presParOf" srcId="{F049C533-D587-4BA7-94A4-3A82A6FC64D6}" destId="{2CDF7AFF-A874-498A-83CB-E7486734418A}" srcOrd="2" destOrd="0" presId="urn:microsoft.com/office/officeart/2005/8/layout/matrix3"/>
    <dgm:cxn modelId="{88164262-6515-433A-95FA-B4FEC9AF3312}" type="presParOf" srcId="{F049C533-D587-4BA7-94A4-3A82A6FC64D6}" destId="{2F9DBCBC-1DDE-4547-9F84-2494172A42B7}" srcOrd="3" destOrd="0" presId="urn:microsoft.com/office/officeart/2005/8/layout/matrix3"/>
    <dgm:cxn modelId="{CBE79602-FA46-40E2-8BE8-2940EA5E9E91}" type="presParOf" srcId="{F049C533-D587-4BA7-94A4-3A82A6FC64D6}" destId="{243C8FF0-B7D7-4BCA-9FC8-D86607162F42}" srcOrd="4" destOrd="0" presId="urn:microsoft.com/office/officeart/2005/8/layout/matrix3"/>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8F89887-2F54-4E09-BF0B-8BDE6119D7E5}"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US"/>
        </a:p>
      </dgm:t>
    </dgm:pt>
    <dgm:pt modelId="{49EE5AF7-4860-42EE-B956-B4852FBC44D9}">
      <dgm:prSet phldrT="[Text]" custT="1"/>
      <dgm:spPr/>
      <dgm:t>
        <a:bodyPr/>
        <a:lstStyle/>
        <a:p>
          <a:r>
            <a:rPr lang="en-US" sz="1600"/>
            <a:t>Institute &amp; Department</a:t>
          </a:r>
        </a:p>
      </dgm:t>
    </dgm:pt>
    <dgm:pt modelId="{D0E1F6B1-808F-42C6-9270-99E6169183DB}" type="parTrans" cxnId="{CAF862CB-4A50-4371-8F79-F15DCEAB606B}">
      <dgm:prSet/>
      <dgm:spPr/>
      <dgm:t>
        <a:bodyPr/>
        <a:lstStyle/>
        <a:p>
          <a:endParaRPr lang="en-US"/>
        </a:p>
      </dgm:t>
    </dgm:pt>
    <dgm:pt modelId="{CF645F5C-5B47-41C7-A223-27C693012F86}" type="sibTrans" cxnId="{CAF862CB-4A50-4371-8F79-F15DCEAB606B}">
      <dgm:prSet/>
      <dgm:spPr/>
      <dgm:t>
        <a:bodyPr/>
        <a:lstStyle/>
        <a:p>
          <a:endParaRPr lang="en-US"/>
        </a:p>
      </dgm:t>
    </dgm:pt>
    <dgm:pt modelId="{21549D75-F7E5-405C-A2ED-813528AE5EB1}">
      <dgm:prSet phldrT="[Text]" custT="1"/>
      <dgm:spPr/>
      <dgm:t>
        <a:bodyPr/>
        <a:lstStyle/>
        <a:p>
          <a:r>
            <a:rPr lang="en-US" sz="1600"/>
            <a:t>From HoD's Desk</a:t>
          </a:r>
        </a:p>
      </dgm:t>
    </dgm:pt>
    <dgm:pt modelId="{E397D2FC-14AA-49C0-9AD7-D232B020FA94}" type="parTrans" cxnId="{9C885D08-258A-4C78-BC51-23CD59F751BF}">
      <dgm:prSet/>
      <dgm:spPr/>
      <dgm:t>
        <a:bodyPr/>
        <a:lstStyle/>
        <a:p>
          <a:endParaRPr lang="en-US"/>
        </a:p>
      </dgm:t>
    </dgm:pt>
    <dgm:pt modelId="{40AFE212-EA7C-42DB-BEA1-6B356BF9D3AB}" type="sibTrans" cxnId="{9C885D08-258A-4C78-BC51-23CD59F751BF}">
      <dgm:prSet/>
      <dgm:spPr/>
      <dgm:t>
        <a:bodyPr/>
        <a:lstStyle/>
        <a:p>
          <a:endParaRPr lang="en-US"/>
        </a:p>
      </dgm:t>
    </dgm:pt>
    <dgm:pt modelId="{E35BC3A4-7B44-451B-8279-0EE881F1C7D5}">
      <dgm:prSet phldrT="[Text]" custT="1"/>
      <dgm:spPr/>
      <dgm:t>
        <a:bodyPr/>
        <a:lstStyle/>
        <a:p>
          <a:r>
            <a:rPr lang="en-US" sz="1600"/>
            <a:t>Student Achievements,</a:t>
          </a:r>
        </a:p>
        <a:p>
          <a:r>
            <a:rPr lang="en-US" sz="1600"/>
            <a:t>Activities,Development Program,Internships</a:t>
          </a:r>
        </a:p>
      </dgm:t>
    </dgm:pt>
    <dgm:pt modelId="{DBBE3785-380D-40A5-BE4A-BFAC703F0DD4}" type="parTrans" cxnId="{47D47573-A027-4CF5-ABD3-7EE97FE516D7}">
      <dgm:prSet/>
      <dgm:spPr/>
      <dgm:t>
        <a:bodyPr/>
        <a:lstStyle/>
        <a:p>
          <a:endParaRPr lang="en-US"/>
        </a:p>
      </dgm:t>
    </dgm:pt>
    <dgm:pt modelId="{977834AD-C93D-4A58-9F3D-18BFC6C204AA}" type="sibTrans" cxnId="{47D47573-A027-4CF5-ABD3-7EE97FE516D7}">
      <dgm:prSet/>
      <dgm:spPr/>
      <dgm:t>
        <a:bodyPr/>
        <a:lstStyle/>
        <a:p>
          <a:endParaRPr lang="en-US"/>
        </a:p>
      </dgm:t>
    </dgm:pt>
    <dgm:pt modelId="{86EE6112-39C0-4017-8982-16D5CB12BDED}">
      <dgm:prSet phldrT="[Text]" custT="1"/>
      <dgm:spPr/>
      <dgm:t>
        <a:bodyPr/>
        <a:lstStyle/>
        <a:p>
          <a:r>
            <a:rPr lang="en-US" sz="1600"/>
            <a:t>MOU's with Industries</a:t>
          </a:r>
        </a:p>
      </dgm:t>
    </dgm:pt>
    <dgm:pt modelId="{5DE283E7-4138-4F17-90CB-F77711E65DE8}" type="parTrans" cxnId="{D75BD976-3F9C-4B48-8B91-B1AA6CCACFAA}">
      <dgm:prSet/>
      <dgm:spPr/>
      <dgm:t>
        <a:bodyPr/>
        <a:lstStyle/>
        <a:p>
          <a:endParaRPr lang="en-US"/>
        </a:p>
      </dgm:t>
    </dgm:pt>
    <dgm:pt modelId="{F812384A-0213-443E-B6E5-C9A8BEB7CC03}" type="sibTrans" cxnId="{D75BD976-3F9C-4B48-8B91-B1AA6CCACFAA}">
      <dgm:prSet/>
      <dgm:spPr/>
      <dgm:t>
        <a:bodyPr/>
        <a:lstStyle/>
        <a:p>
          <a:endParaRPr lang="en-US"/>
        </a:p>
      </dgm:t>
    </dgm:pt>
    <dgm:pt modelId="{983FAC96-D25D-4DFA-A229-D21C60D75C0B}">
      <dgm:prSet phldrT="[Text]" custT="1"/>
      <dgm:spPr/>
      <dgm:t>
        <a:bodyPr/>
        <a:lstStyle/>
        <a:p>
          <a:r>
            <a:rPr lang="en-US" sz="1600"/>
            <a:t>Faculty Development Program,Conference</a:t>
          </a:r>
        </a:p>
      </dgm:t>
    </dgm:pt>
    <dgm:pt modelId="{CEA000FF-BFC6-4357-BE17-9A9E78878F4C}" type="parTrans" cxnId="{7BF67DB5-F63C-4FCF-88BF-59B691486417}">
      <dgm:prSet/>
      <dgm:spPr/>
      <dgm:t>
        <a:bodyPr/>
        <a:lstStyle/>
        <a:p>
          <a:endParaRPr lang="en-US"/>
        </a:p>
      </dgm:t>
    </dgm:pt>
    <dgm:pt modelId="{D8E0B52E-5F0B-4ADA-84BE-182DFC15EC83}" type="sibTrans" cxnId="{7BF67DB5-F63C-4FCF-88BF-59B691486417}">
      <dgm:prSet/>
      <dgm:spPr/>
      <dgm:t>
        <a:bodyPr/>
        <a:lstStyle/>
        <a:p>
          <a:endParaRPr lang="en-US"/>
        </a:p>
      </dgm:t>
    </dgm:pt>
    <dgm:pt modelId="{CA04957F-4012-42DA-8462-F747C13C1537}" type="pres">
      <dgm:prSet presAssocID="{08F89887-2F54-4E09-BF0B-8BDE6119D7E5}" presName="diagram" presStyleCnt="0">
        <dgm:presLayoutVars>
          <dgm:dir/>
          <dgm:resizeHandles val="exact"/>
        </dgm:presLayoutVars>
      </dgm:prSet>
      <dgm:spPr/>
    </dgm:pt>
    <dgm:pt modelId="{EF82974B-AABA-40E2-AA04-58C312F71B5F}" type="pres">
      <dgm:prSet presAssocID="{49EE5AF7-4860-42EE-B956-B4852FBC44D9}" presName="node" presStyleLbl="node1" presStyleIdx="0" presStyleCnt="5">
        <dgm:presLayoutVars>
          <dgm:bulletEnabled val="1"/>
        </dgm:presLayoutVars>
      </dgm:prSet>
      <dgm:spPr/>
    </dgm:pt>
    <dgm:pt modelId="{58407244-2620-4AC3-BB1E-F11C2CA26F80}" type="pres">
      <dgm:prSet presAssocID="{CF645F5C-5B47-41C7-A223-27C693012F86}" presName="sibTrans" presStyleCnt="0"/>
      <dgm:spPr/>
    </dgm:pt>
    <dgm:pt modelId="{80A7757C-B00B-42F1-9405-8A3E60FFBDE1}" type="pres">
      <dgm:prSet presAssocID="{21549D75-F7E5-405C-A2ED-813528AE5EB1}" presName="node" presStyleLbl="node1" presStyleIdx="1" presStyleCnt="5">
        <dgm:presLayoutVars>
          <dgm:bulletEnabled val="1"/>
        </dgm:presLayoutVars>
      </dgm:prSet>
      <dgm:spPr/>
    </dgm:pt>
    <dgm:pt modelId="{9E38EF92-12D2-43B0-8205-2DE26A21EB51}" type="pres">
      <dgm:prSet presAssocID="{40AFE212-EA7C-42DB-BEA1-6B356BF9D3AB}" presName="sibTrans" presStyleCnt="0"/>
      <dgm:spPr/>
    </dgm:pt>
    <dgm:pt modelId="{D492CCF6-7A7C-4807-956D-99817A85695B}" type="pres">
      <dgm:prSet presAssocID="{E35BC3A4-7B44-451B-8279-0EE881F1C7D5}" presName="node" presStyleLbl="node1" presStyleIdx="2" presStyleCnt="5" custScaleX="138173">
        <dgm:presLayoutVars>
          <dgm:bulletEnabled val="1"/>
        </dgm:presLayoutVars>
      </dgm:prSet>
      <dgm:spPr/>
    </dgm:pt>
    <dgm:pt modelId="{F73CAC98-458C-45E5-BC4C-70BA90A767FE}" type="pres">
      <dgm:prSet presAssocID="{977834AD-C93D-4A58-9F3D-18BFC6C204AA}" presName="sibTrans" presStyleCnt="0"/>
      <dgm:spPr/>
    </dgm:pt>
    <dgm:pt modelId="{8EE9ECBB-5D1A-4FE2-BFB0-EF1896585694}" type="pres">
      <dgm:prSet presAssocID="{86EE6112-39C0-4017-8982-16D5CB12BDED}" presName="node" presStyleLbl="node1" presStyleIdx="3" presStyleCnt="5">
        <dgm:presLayoutVars>
          <dgm:bulletEnabled val="1"/>
        </dgm:presLayoutVars>
      </dgm:prSet>
      <dgm:spPr/>
    </dgm:pt>
    <dgm:pt modelId="{AD3C26FB-0C1F-465F-AFF5-80448F47BE6B}" type="pres">
      <dgm:prSet presAssocID="{F812384A-0213-443E-B6E5-C9A8BEB7CC03}" presName="sibTrans" presStyleCnt="0"/>
      <dgm:spPr/>
    </dgm:pt>
    <dgm:pt modelId="{48AB9B7F-0FE8-4A3A-9954-14C477831420}" type="pres">
      <dgm:prSet presAssocID="{983FAC96-D25D-4DFA-A229-D21C60D75C0B}" presName="node" presStyleLbl="node1" presStyleIdx="4" presStyleCnt="5" custScaleX="106012">
        <dgm:presLayoutVars>
          <dgm:bulletEnabled val="1"/>
        </dgm:presLayoutVars>
      </dgm:prSet>
      <dgm:spPr/>
    </dgm:pt>
  </dgm:ptLst>
  <dgm:cxnLst>
    <dgm:cxn modelId="{9C885D08-258A-4C78-BC51-23CD59F751BF}" srcId="{08F89887-2F54-4E09-BF0B-8BDE6119D7E5}" destId="{21549D75-F7E5-405C-A2ED-813528AE5EB1}" srcOrd="1" destOrd="0" parTransId="{E397D2FC-14AA-49C0-9AD7-D232B020FA94}" sibTransId="{40AFE212-EA7C-42DB-BEA1-6B356BF9D3AB}"/>
    <dgm:cxn modelId="{9B6DC83E-5473-4C89-B7CB-62E38B48F8A7}" type="presOf" srcId="{983FAC96-D25D-4DFA-A229-D21C60D75C0B}" destId="{48AB9B7F-0FE8-4A3A-9954-14C477831420}" srcOrd="0" destOrd="0" presId="urn:microsoft.com/office/officeart/2005/8/layout/default"/>
    <dgm:cxn modelId="{47D47573-A027-4CF5-ABD3-7EE97FE516D7}" srcId="{08F89887-2F54-4E09-BF0B-8BDE6119D7E5}" destId="{E35BC3A4-7B44-451B-8279-0EE881F1C7D5}" srcOrd="2" destOrd="0" parTransId="{DBBE3785-380D-40A5-BE4A-BFAC703F0DD4}" sibTransId="{977834AD-C93D-4A58-9F3D-18BFC6C204AA}"/>
    <dgm:cxn modelId="{D75BD976-3F9C-4B48-8B91-B1AA6CCACFAA}" srcId="{08F89887-2F54-4E09-BF0B-8BDE6119D7E5}" destId="{86EE6112-39C0-4017-8982-16D5CB12BDED}" srcOrd="3" destOrd="0" parTransId="{5DE283E7-4138-4F17-90CB-F77711E65DE8}" sibTransId="{F812384A-0213-443E-B6E5-C9A8BEB7CC03}"/>
    <dgm:cxn modelId="{5347DF79-4FD6-4DFE-8324-F725E27FFAEC}" type="presOf" srcId="{21549D75-F7E5-405C-A2ED-813528AE5EB1}" destId="{80A7757C-B00B-42F1-9405-8A3E60FFBDE1}" srcOrd="0" destOrd="0" presId="urn:microsoft.com/office/officeart/2005/8/layout/default"/>
    <dgm:cxn modelId="{E3020083-5F96-4871-B69B-245E347FB614}" type="presOf" srcId="{86EE6112-39C0-4017-8982-16D5CB12BDED}" destId="{8EE9ECBB-5D1A-4FE2-BFB0-EF1896585694}" srcOrd="0" destOrd="0" presId="urn:microsoft.com/office/officeart/2005/8/layout/default"/>
    <dgm:cxn modelId="{7BF67DB5-F63C-4FCF-88BF-59B691486417}" srcId="{08F89887-2F54-4E09-BF0B-8BDE6119D7E5}" destId="{983FAC96-D25D-4DFA-A229-D21C60D75C0B}" srcOrd="4" destOrd="0" parTransId="{CEA000FF-BFC6-4357-BE17-9A9E78878F4C}" sibTransId="{D8E0B52E-5F0B-4ADA-84BE-182DFC15EC83}"/>
    <dgm:cxn modelId="{CAF862CB-4A50-4371-8F79-F15DCEAB606B}" srcId="{08F89887-2F54-4E09-BF0B-8BDE6119D7E5}" destId="{49EE5AF7-4860-42EE-B956-B4852FBC44D9}" srcOrd="0" destOrd="0" parTransId="{D0E1F6B1-808F-42C6-9270-99E6169183DB}" sibTransId="{CF645F5C-5B47-41C7-A223-27C693012F86}"/>
    <dgm:cxn modelId="{AD9B4ACD-9D3D-4BFB-B958-78CAAEF9F94E}" type="presOf" srcId="{08F89887-2F54-4E09-BF0B-8BDE6119D7E5}" destId="{CA04957F-4012-42DA-8462-F747C13C1537}" srcOrd="0" destOrd="0" presId="urn:microsoft.com/office/officeart/2005/8/layout/default"/>
    <dgm:cxn modelId="{F53944E3-9EA1-4137-A164-2A6CFA415105}" type="presOf" srcId="{49EE5AF7-4860-42EE-B956-B4852FBC44D9}" destId="{EF82974B-AABA-40E2-AA04-58C312F71B5F}" srcOrd="0" destOrd="0" presId="urn:microsoft.com/office/officeart/2005/8/layout/default"/>
    <dgm:cxn modelId="{0F19ADF4-7502-4178-AEFE-D3BE57D90AE0}" type="presOf" srcId="{E35BC3A4-7B44-451B-8279-0EE881F1C7D5}" destId="{D492CCF6-7A7C-4807-956D-99817A85695B}" srcOrd="0" destOrd="0" presId="urn:microsoft.com/office/officeart/2005/8/layout/default"/>
    <dgm:cxn modelId="{AFA4074F-2EE1-4A6F-8679-5AA92ED1DA7F}" type="presParOf" srcId="{CA04957F-4012-42DA-8462-F747C13C1537}" destId="{EF82974B-AABA-40E2-AA04-58C312F71B5F}" srcOrd="0" destOrd="0" presId="urn:microsoft.com/office/officeart/2005/8/layout/default"/>
    <dgm:cxn modelId="{5895EBB4-579F-4CA0-B0C8-2063E05E2AB9}" type="presParOf" srcId="{CA04957F-4012-42DA-8462-F747C13C1537}" destId="{58407244-2620-4AC3-BB1E-F11C2CA26F80}" srcOrd="1" destOrd="0" presId="urn:microsoft.com/office/officeart/2005/8/layout/default"/>
    <dgm:cxn modelId="{4D7F37C3-B139-4D1F-84A1-935979DD4C7C}" type="presParOf" srcId="{CA04957F-4012-42DA-8462-F747C13C1537}" destId="{80A7757C-B00B-42F1-9405-8A3E60FFBDE1}" srcOrd="2" destOrd="0" presId="urn:microsoft.com/office/officeart/2005/8/layout/default"/>
    <dgm:cxn modelId="{F7A65A66-C603-412E-9634-0638A5B67337}" type="presParOf" srcId="{CA04957F-4012-42DA-8462-F747C13C1537}" destId="{9E38EF92-12D2-43B0-8205-2DE26A21EB51}" srcOrd="3" destOrd="0" presId="urn:microsoft.com/office/officeart/2005/8/layout/default"/>
    <dgm:cxn modelId="{293BE8A3-9A0F-4D69-A2AA-F87189A97522}" type="presParOf" srcId="{CA04957F-4012-42DA-8462-F747C13C1537}" destId="{D492CCF6-7A7C-4807-956D-99817A85695B}" srcOrd="4" destOrd="0" presId="urn:microsoft.com/office/officeart/2005/8/layout/default"/>
    <dgm:cxn modelId="{75B45586-39A6-4F11-95A7-B3A7756C4911}" type="presParOf" srcId="{CA04957F-4012-42DA-8462-F747C13C1537}" destId="{F73CAC98-458C-45E5-BC4C-70BA90A767FE}" srcOrd="5" destOrd="0" presId="urn:microsoft.com/office/officeart/2005/8/layout/default"/>
    <dgm:cxn modelId="{2DBAA959-2636-4917-B0F1-7AEBFD38A46C}" type="presParOf" srcId="{CA04957F-4012-42DA-8462-F747C13C1537}" destId="{8EE9ECBB-5D1A-4FE2-BFB0-EF1896585694}" srcOrd="6" destOrd="0" presId="urn:microsoft.com/office/officeart/2005/8/layout/default"/>
    <dgm:cxn modelId="{16107802-3CE2-4FD3-B399-FC57554A9033}" type="presParOf" srcId="{CA04957F-4012-42DA-8462-F747C13C1537}" destId="{AD3C26FB-0C1F-465F-AFF5-80448F47BE6B}" srcOrd="7" destOrd="0" presId="urn:microsoft.com/office/officeart/2005/8/layout/default"/>
    <dgm:cxn modelId="{B6E31039-E071-41FD-8FA9-92E6C4E6F40A}" type="presParOf" srcId="{CA04957F-4012-42DA-8462-F747C13C1537}" destId="{48AB9B7F-0FE8-4A3A-9954-14C477831420}" srcOrd="8" destOrd="0" presId="urn:microsoft.com/office/officeart/2005/8/layout/default"/>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590A69-60A7-4D3B-A81A-F89097B86CFF}">
      <dsp:nvSpPr>
        <dsp:cNvPr id="0" name=""/>
        <dsp:cNvSpPr/>
      </dsp:nvSpPr>
      <dsp:spPr>
        <a:xfrm>
          <a:off x="1997775" y="0"/>
          <a:ext cx="3457575" cy="3457575"/>
        </a:xfrm>
        <a:prstGeom prst="diamond">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E096F2D9-D16E-469B-8AA8-CF1D313900C7}">
      <dsp:nvSpPr>
        <dsp:cNvPr id="0" name=""/>
        <dsp:cNvSpPr/>
      </dsp:nvSpPr>
      <dsp:spPr>
        <a:xfrm>
          <a:off x="1849094" y="128959"/>
          <a:ext cx="1978910" cy="1671260"/>
        </a:xfrm>
        <a:prstGeom prst="roundRect">
          <a:avLst/>
        </a:prstGeom>
        <a:solidFill>
          <a:schemeClr val="accent1">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t>Student Internships</a:t>
          </a:r>
        </a:p>
      </dsp:txBody>
      <dsp:txXfrm>
        <a:off x="1930678" y="210543"/>
        <a:ext cx="1815742" cy="1508092"/>
      </dsp:txXfrm>
    </dsp:sp>
    <dsp:sp modelId="{2CDF7AFF-A874-498A-83CB-E7486734418A}">
      <dsp:nvSpPr>
        <dsp:cNvPr id="0" name=""/>
        <dsp:cNvSpPr/>
      </dsp:nvSpPr>
      <dsp:spPr>
        <a:xfrm>
          <a:off x="3923742" y="138485"/>
          <a:ext cx="1972235" cy="1633166"/>
        </a:xfrm>
        <a:prstGeom prst="roundRect">
          <a:avLst/>
        </a:prstGeom>
        <a:solidFill>
          <a:schemeClr val="accent1">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t>Student Clubs,</a:t>
          </a:r>
        </a:p>
        <a:p>
          <a:pPr marL="0" lvl="0" indent="0" algn="ctr" defTabSz="800100">
            <a:lnSpc>
              <a:spcPct val="90000"/>
            </a:lnSpc>
            <a:spcBef>
              <a:spcPct val="0"/>
            </a:spcBef>
            <a:spcAft>
              <a:spcPct val="35000"/>
            </a:spcAft>
            <a:buNone/>
          </a:pPr>
          <a:r>
            <a:rPr lang="en-US" sz="1800" kern="1200"/>
            <a:t>Activities,</a:t>
          </a:r>
        </a:p>
        <a:p>
          <a:pPr marL="0" lvl="0" indent="0" algn="ctr" defTabSz="800100">
            <a:lnSpc>
              <a:spcPct val="90000"/>
            </a:lnSpc>
            <a:spcBef>
              <a:spcPct val="0"/>
            </a:spcBef>
            <a:spcAft>
              <a:spcPct val="35000"/>
            </a:spcAft>
            <a:buNone/>
          </a:pPr>
          <a:r>
            <a:rPr lang="en-US" sz="1800" kern="1200"/>
            <a:t>Achivements</a:t>
          </a:r>
        </a:p>
      </dsp:txBody>
      <dsp:txXfrm>
        <a:off x="4003467" y="218210"/>
        <a:ext cx="1812785" cy="1473716"/>
      </dsp:txXfrm>
    </dsp:sp>
    <dsp:sp modelId="{2F9DBCBC-1DDE-4547-9F84-2494172A42B7}">
      <dsp:nvSpPr>
        <dsp:cNvPr id="0" name=""/>
        <dsp:cNvSpPr/>
      </dsp:nvSpPr>
      <dsp:spPr>
        <a:xfrm>
          <a:off x="1812227" y="1961006"/>
          <a:ext cx="2052644" cy="1496568"/>
        </a:xfrm>
        <a:prstGeom prst="roundRect">
          <a:avLst/>
        </a:prstGeom>
        <a:solidFill>
          <a:schemeClr val="accent1">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t>Workshops,</a:t>
          </a:r>
        </a:p>
        <a:p>
          <a:pPr marL="0" lvl="0" indent="0" algn="ctr" defTabSz="800100">
            <a:lnSpc>
              <a:spcPct val="90000"/>
            </a:lnSpc>
            <a:spcBef>
              <a:spcPct val="0"/>
            </a:spcBef>
            <a:spcAft>
              <a:spcPct val="35000"/>
            </a:spcAft>
            <a:buNone/>
          </a:pPr>
          <a:r>
            <a:rPr lang="en-US" sz="1800" kern="1200"/>
            <a:t>Seminars ,Conference</a:t>
          </a:r>
        </a:p>
      </dsp:txBody>
      <dsp:txXfrm>
        <a:off x="1885283" y="2034062"/>
        <a:ext cx="1906532" cy="1350456"/>
      </dsp:txXfrm>
    </dsp:sp>
    <dsp:sp modelId="{243C8FF0-B7D7-4BCA-9FC8-D86607162F42}">
      <dsp:nvSpPr>
        <dsp:cNvPr id="0" name=""/>
        <dsp:cNvSpPr/>
      </dsp:nvSpPr>
      <dsp:spPr>
        <a:xfrm>
          <a:off x="4197478" y="1929479"/>
          <a:ext cx="1767648" cy="1528095"/>
        </a:xfrm>
        <a:prstGeom prst="roundRect">
          <a:avLst/>
        </a:prstGeom>
        <a:solidFill>
          <a:schemeClr val="accent1">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t>FDP,MOU's with Industries</a:t>
          </a:r>
        </a:p>
      </dsp:txBody>
      <dsp:txXfrm>
        <a:off x="4272073" y="2004074"/>
        <a:ext cx="1618458" cy="137890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82974B-AABA-40E2-AA04-58C312F71B5F}">
      <dsp:nvSpPr>
        <dsp:cNvPr id="0" name=""/>
        <dsp:cNvSpPr/>
      </dsp:nvSpPr>
      <dsp:spPr>
        <a:xfrm>
          <a:off x="625122" y="2083"/>
          <a:ext cx="2017216" cy="1210329"/>
        </a:xfrm>
        <a:prstGeom prst="rect">
          <a:avLst/>
        </a:prstGeom>
        <a:solidFill>
          <a:schemeClr val="accent1">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t>Institute &amp; Department</a:t>
          </a:r>
        </a:p>
      </dsp:txBody>
      <dsp:txXfrm>
        <a:off x="625122" y="2083"/>
        <a:ext cx="2017216" cy="1210329"/>
      </dsp:txXfrm>
    </dsp:sp>
    <dsp:sp modelId="{80A7757C-B00B-42F1-9405-8A3E60FFBDE1}">
      <dsp:nvSpPr>
        <dsp:cNvPr id="0" name=""/>
        <dsp:cNvSpPr/>
      </dsp:nvSpPr>
      <dsp:spPr>
        <a:xfrm>
          <a:off x="2844060" y="2083"/>
          <a:ext cx="2017216" cy="1210329"/>
        </a:xfrm>
        <a:prstGeom prst="rect">
          <a:avLst/>
        </a:prstGeom>
        <a:solidFill>
          <a:schemeClr val="accent1">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t>From HoD's Desk</a:t>
          </a:r>
        </a:p>
      </dsp:txBody>
      <dsp:txXfrm>
        <a:off x="2844060" y="2083"/>
        <a:ext cx="2017216" cy="1210329"/>
      </dsp:txXfrm>
    </dsp:sp>
    <dsp:sp modelId="{D492CCF6-7A7C-4807-956D-99817A85695B}">
      <dsp:nvSpPr>
        <dsp:cNvPr id="0" name=""/>
        <dsp:cNvSpPr/>
      </dsp:nvSpPr>
      <dsp:spPr>
        <a:xfrm>
          <a:off x="240106" y="1414135"/>
          <a:ext cx="2787248" cy="1210329"/>
        </a:xfrm>
        <a:prstGeom prst="rect">
          <a:avLst/>
        </a:prstGeom>
        <a:solidFill>
          <a:schemeClr val="accent1">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t>Student Achievements,</a:t>
          </a:r>
        </a:p>
        <a:p>
          <a:pPr marL="0" lvl="0" indent="0" algn="ctr" defTabSz="711200">
            <a:lnSpc>
              <a:spcPct val="90000"/>
            </a:lnSpc>
            <a:spcBef>
              <a:spcPct val="0"/>
            </a:spcBef>
            <a:spcAft>
              <a:spcPct val="35000"/>
            </a:spcAft>
            <a:buNone/>
          </a:pPr>
          <a:r>
            <a:rPr lang="en-US" sz="1600" kern="1200"/>
            <a:t>Activities,Development Program,Internships</a:t>
          </a:r>
        </a:p>
      </dsp:txBody>
      <dsp:txXfrm>
        <a:off x="240106" y="1414135"/>
        <a:ext cx="2787248" cy="1210329"/>
      </dsp:txXfrm>
    </dsp:sp>
    <dsp:sp modelId="{8EE9ECBB-5D1A-4FE2-BFB0-EF1896585694}">
      <dsp:nvSpPr>
        <dsp:cNvPr id="0" name=""/>
        <dsp:cNvSpPr/>
      </dsp:nvSpPr>
      <dsp:spPr>
        <a:xfrm>
          <a:off x="3229076" y="1414135"/>
          <a:ext cx="2017216" cy="1210329"/>
        </a:xfrm>
        <a:prstGeom prst="rect">
          <a:avLst/>
        </a:prstGeom>
        <a:solidFill>
          <a:schemeClr val="accent1">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t>MOU's with Industries</a:t>
          </a:r>
        </a:p>
      </dsp:txBody>
      <dsp:txXfrm>
        <a:off x="3229076" y="1414135"/>
        <a:ext cx="2017216" cy="1210329"/>
      </dsp:txXfrm>
    </dsp:sp>
    <dsp:sp modelId="{48AB9B7F-0FE8-4A3A-9954-14C477831420}">
      <dsp:nvSpPr>
        <dsp:cNvPr id="0" name=""/>
        <dsp:cNvSpPr/>
      </dsp:nvSpPr>
      <dsp:spPr>
        <a:xfrm>
          <a:off x="1673954" y="2826186"/>
          <a:ext cx="2138491" cy="1210329"/>
        </a:xfrm>
        <a:prstGeom prst="rect">
          <a:avLst/>
        </a:prstGeom>
        <a:solidFill>
          <a:schemeClr val="accent1">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t>Faculty Development Program,Conference</a:t>
          </a:r>
        </a:p>
      </dsp:txBody>
      <dsp:txXfrm>
        <a:off x="1673954" y="2826186"/>
        <a:ext cx="2138491" cy="1210329"/>
      </dsp:txXfrm>
    </dsp:sp>
  </dsp:spTree>
</dsp:drawing>
</file>

<file path=word/diagrams/layout1.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lossy">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12700" cap="flat" cmpd="sng" algn="ctr">
          <a:solidFill>
            <a:schemeClr val="phClr">
              <a:tint val="95000"/>
              <a:shade val="95000"/>
              <a:satMod val="120000"/>
            </a:schemeClr>
          </a:solidFill>
          <a:prstDash val="solid"/>
        </a:ln>
        <a:ln w="55000" cap="flat" cmpd="thickThin" algn="ctr">
          <a:solidFill>
            <a:schemeClr val="phClr">
              <a:tint val="90000"/>
              <a:satMod val="130000"/>
            </a:schemeClr>
          </a:solidFill>
          <a:prstDash val="solid"/>
        </a:ln>
        <a:ln w="50800" cap="flat" cmpd="sng"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2564</Words>
  <Characters>14620</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AIML-VISHWA</vt:lpstr>
    </vt:vector>
  </TitlesOfParts>
  <Manager/>
  <Company>CSE(AI&amp;ML) ,VIT,PUNE</Company>
  <LinksUpToDate>false</LinksUpToDate>
  <CharactersWithSpaces>17150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AIML-VISHWA</dc:title>
  <dc:subject/>
  <dc:creator>DELL</dc:creator>
  <cp:keywords/>
  <dc:description>generated by python-docx</dc:description>
  <cp:lastModifiedBy>DELL</cp:lastModifiedBy>
  <cp:revision>2</cp:revision>
  <dcterms:created xsi:type="dcterms:W3CDTF">2026-01-20T10:12:00Z</dcterms:created>
  <dcterms:modified xsi:type="dcterms:W3CDTF">2026-01-20T10:12:00Z</dcterms:modified>
  <cp:category/>
</cp:coreProperties>
</file>